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A558F7" w14:textId="77777777" w:rsidR="00FC7D38" w:rsidRDefault="00FC7D38">
      <w:pPr>
        <w:jc w:val="center"/>
        <w:rPr>
          <w:b/>
          <w:color w:val="1E88E5"/>
          <w:sz w:val="68"/>
        </w:rPr>
      </w:pPr>
    </w:p>
    <w:p w14:paraId="6BEF4353" w14:textId="78EC9163" w:rsidR="00FC7D38" w:rsidRDefault="00FC7D38" w:rsidP="00FC7D38">
      <w:pPr>
        <w:jc w:val="center"/>
        <w:rPr>
          <w:b/>
          <w:color w:val="1E88E5"/>
          <w:sz w:val="68"/>
        </w:rPr>
      </w:pPr>
      <w:r>
        <w:rPr>
          <w:b/>
          <w:noProof/>
          <w:color w:val="1E88E5"/>
          <w:sz w:val="68"/>
        </w:rPr>
        <w:drawing>
          <wp:inline distT="0" distB="0" distL="0" distR="0" wp14:anchorId="66A3D5A3" wp14:editId="3647BB63">
            <wp:extent cx="3264486" cy="1878740"/>
            <wp:effectExtent l="0" t="0" r="0" b="1270"/>
            <wp:docPr id="19604517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451757" name="Picture 1960451757"/>
                    <pic:cNvPicPr/>
                  </pic:nvPicPr>
                  <pic:blipFill>
                    <a:blip r:embed="rId8"/>
                    <a:stretch>
                      <a:fillRect/>
                    </a:stretch>
                  </pic:blipFill>
                  <pic:spPr>
                    <a:xfrm>
                      <a:off x="0" y="0"/>
                      <a:ext cx="3277166" cy="1886038"/>
                    </a:xfrm>
                    <a:prstGeom prst="rect">
                      <a:avLst/>
                    </a:prstGeom>
                  </pic:spPr>
                </pic:pic>
              </a:graphicData>
            </a:graphic>
          </wp:inline>
        </w:drawing>
      </w:r>
    </w:p>
    <w:p w14:paraId="641AC253" w14:textId="5D7EBBC2" w:rsidR="00A50336" w:rsidRDefault="00000000">
      <w:pPr>
        <w:jc w:val="center"/>
      </w:pPr>
      <w:r>
        <w:rPr>
          <w:b/>
          <w:color w:val="1E88E5"/>
          <w:sz w:val="68"/>
        </w:rPr>
        <w:t>SHAPEYS®</w:t>
      </w:r>
    </w:p>
    <w:p w14:paraId="719DDEE3" w14:textId="77777777" w:rsidR="00A50336" w:rsidRDefault="00000000">
      <w:pPr>
        <w:jc w:val="center"/>
      </w:pPr>
      <w:r>
        <w:rPr>
          <w:b/>
          <w:sz w:val="50"/>
        </w:rPr>
        <w:t>INTERNATIONAL RIGHTS GUIDE</w:t>
      </w:r>
    </w:p>
    <w:p w14:paraId="507CAA84" w14:textId="77777777" w:rsidR="00A50336" w:rsidRDefault="00000000">
      <w:pPr>
        <w:jc w:val="center"/>
        <w:rPr>
          <w:b/>
          <w:sz w:val="30"/>
        </w:rPr>
      </w:pPr>
      <w:r>
        <w:rPr>
          <w:b/>
          <w:sz w:val="30"/>
        </w:rPr>
        <w:t>2026 EDITION</w:t>
      </w:r>
    </w:p>
    <w:p w14:paraId="59A67420" w14:textId="2D899DF8" w:rsidR="00A50336" w:rsidRPr="00C50851" w:rsidRDefault="00C50851" w:rsidP="00C50851">
      <w:pPr>
        <w:jc w:val="center"/>
        <w:rPr>
          <w:bCs/>
          <w:sz w:val="28"/>
          <w:szCs w:val="28"/>
        </w:rPr>
      </w:pPr>
      <w:proofErr w:type="spellStart"/>
      <w:r w:rsidRPr="00C50851">
        <w:rPr>
          <w:bCs/>
          <w:sz w:val="28"/>
          <w:szCs w:val="28"/>
        </w:rPr>
        <w:t>Shapeys</w:t>
      </w:r>
      <w:proofErr w:type="spellEnd"/>
      <w:r w:rsidRPr="00C50851">
        <w:rPr>
          <w:bCs/>
          <w:sz w:val="28"/>
          <w:szCs w:val="28"/>
        </w:rPr>
        <w:t xml:space="preserve"> Phonic</w:t>
      </w:r>
      <w:r>
        <w:rPr>
          <w:bCs/>
          <w:sz w:val="28"/>
          <w:szCs w:val="28"/>
        </w:rPr>
        <w:t xml:space="preserve">s </w:t>
      </w:r>
      <w:r w:rsidR="00000000">
        <w:rPr>
          <w:sz w:val="28"/>
        </w:rPr>
        <w:t>•</w:t>
      </w:r>
      <w:r>
        <w:rPr>
          <w:sz w:val="28"/>
        </w:rPr>
        <w:t xml:space="preserve"> 48 Reading and</w:t>
      </w:r>
      <w:r w:rsidR="00000000">
        <w:rPr>
          <w:sz w:val="28"/>
        </w:rPr>
        <w:t xml:space="preserve"> </w:t>
      </w:r>
      <w:r w:rsidR="004A5EFA">
        <w:rPr>
          <w:sz w:val="28"/>
        </w:rPr>
        <w:t>16</w:t>
      </w:r>
      <w:r w:rsidR="00000000">
        <w:rPr>
          <w:sz w:val="28"/>
        </w:rPr>
        <w:t xml:space="preserve"> Activity Books</w:t>
      </w:r>
      <w:r w:rsidR="00000000">
        <w:rPr>
          <w:sz w:val="28"/>
        </w:rPr>
        <w:br/>
        <w:t>English • Mathematics • Science • Life Skills</w:t>
      </w:r>
    </w:p>
    <w:p w14:paraId="61C1D839" w14:textId="77777777" w:rsidR="00A50336" w:rsidRDefault="00000000">
      <w:r>
        <w:br/>
      </w:r>
    </w:p>
    <w:p w14:paraId="6490F26C" w14:textId="77777777" w:rsidR="00A50336" w:rsidRDefault="00000000">
      <w:pPr>
        <w:jc w:val="center"/>
      </w:pPr>
      <w:r>
        <w:rPr>
          <w:i/>
          <w:sz w:val="24"/>
        </w:rPr>
        <w:t>A publisher and licensing guide for the Shapeys educational programme</w:t>
      </w:r>
    </w:p>
    <w:p w14:paraId="27B112C5" w14:textId="77777777" w:rsidR="00A50336" w:rsidRDefault="00000000">
      <w:r>
        <w:br w:type="page"/>
      </w:r>
    </w:p>
    <w:p w14:paraId="4F29DADE" w14:textId="77777777" w:rsidR="00A50336" w:rsidRDefault="00000000">
      <w:pPr>
        <w:pStyle w:val="Heading1"/>
      </w:pPr>
      <w:r>
        <w:lastRenderedPageBreak/>
        <w:t>1. Rights at a Glance</w:t>
      </w:r>
    </w:p>
    <w:p w14:paraId="3CE1C31A" w14:textId="77777777" w:rsidR="00070E24" w:rsidRDefault="00000000">
      <w:r>
        <w:t xml:space="preserve">Shapeys® is a children's educational publishing programme created, written and illustrated by Adrian Alexander. </w:t>
      </w:r>
    </w:p>
    <w:p w14:paraId="08A578BA" w14:textId="45AB34D6" w:rsidR="004466CC" w:rsidRDefault="00000000">
      <w:r>
        <w:t>The</w:t>
      </w:r>
      <w:r w:rsidR="00070E24">
        <w:t xml:space="preserve"> full range</w:t>
      </w:r>
      <w:r>
        <w:t xml:space="preserve"> </w:t>
      </w:r>
      <w:r w:rsidR="004466CC">
        <w:t>includes;</w:t>
      </w:r>
    </w:p>
    <w:p w14:paraId="544C7A9F" w14:textId="5487F6F3" w:rsidR="00070E24" w:rsidRDefault="004466CC" w:rsidP="004466CC">
      <w:pPr>
        <w:pStyle w:val="ListParagraph"/>
        <w:numPr>
          <w:ilvl w:val="0"/>
          <w:numId w:val="10"/>
        </w:numPr>
      </w:pPr>
      <w:r>
        <w:t>A</w:t>
      </w:r>
      <w:r w:rsidR="004A5EFA">
        <w:t xml:space="preserve"> full phonics learning system, </w:t>
      </w:r>
      <w:proofErr w:type="spellStart"/>
      <w:r w:rsidR="004A5EFA">
        <w:t>Shapeys</w:t>
      </w:r>
      <w:proofErr w:type="spellEnd"/>
      <w:r w:rsidR="004A5EFA">
        <w:t xml:space="preserve"> Teaching English Phonics System (STEPS) comprising of three instruction manual</w:t>
      </w:r>
      <w:r w:rsidR="00070E24">
        <w:t xml:space="preserve">s, </w:t>
      </w:r>
      <w:r w:rsidR="004A5EFA">
        <w:t xml:space="preserve">exercise books, </w:t>
      </w:r>
      <w:r w:rsidR="00070E24">
        <w:t>flashcards, wall charts</w:t>
      </w:r>
      <w:r>
        <w:t>, word cards</w:t>
      </w:r>
      <w:r w:rsidR="00070E24">
        <w:t xml:space="preserve"> and assessment sheets. </w:t>
      </w:r>
    </w:p>
    <w:p w14:paraId="1938BEDC" w14:textId="77777777" w:rsidR="004466CC" w:rsidRDefault="004466CC" w:rsidP="004466CC">
      <w:pPr>
        <w:pStyle w:val="ListParagraph"/>
        <w:numPr>
          <w:ilvl w:val="0"/>
          <w:numId w:val="10"/>
        </w:numPr>
      </w:pPr>
      <w:r>
        <w:t xml:space="preserve">The </w:t>
      </w:r>
      <w:proofErr w:type="spellStart"/>
      <w:r w:rsidR="004A5EFA">
        <w:t>Shapeys</w:t>
      </w:r>
      <w:proofErr w:type="spellEnd"/>
      <w:r w:rsidR="004A5EFA">
        <w:t xml:space="preserve"> book series comprising </w:t>
      </w:r>
      <w:r w:rsidR="00000000">
        <w:t xml:space="preserve">48 reading books across four learning areas, supported by </w:t>
      </w:r>
      <w:r w:rsidR="004A5EFA">
        <w:t>16</w:t>
      </w:r>
      <w:r w:rsidR="00000000">
        <w:t xml:space="preserve"> activity books. </w:t>
      </w:r>
    </w:p>
    <w:p w14:paraId="39D0BAB9" w14:textId="77777777" w:rsidR="004466CC" w:rsidRDefault="004466CC" w:rsidP="004466CC">
      <w:pPr>
        <w:pStyle w:val="ListParagraph"/>
      </w:pPr>
    </w:p>
    <w:p w14:paraId="13BE658C" w14:textId="30FECB79" w:rsidR="00A50336" w:rsidRDefault="00000000" w:rsidP="004466CC">
      <w:pPr>
        <w:pStyle w:val="ListParagraph"/>
      </w:pPr>
      <w:r>
        <w:t xml:space="preserve">The </w:t>
      </w:r>
      <w:proofErr w:type="spellStart"/>
      <w:r>
        <w:t>programme</w:t>
      </w:r>
      <w:proofErr w:type="spellEnd"/>
      <w:r>
        <w:t xml:space="preserve"> is designed as a connected educational range, </w:t>
      </w:r>
      <w:r w:rsidR="004263B0">
        <w:t>taking young learners through basic letters and sounds and progressing through to</w:t>
      </w:r>
      <w:r>
        <w:t xml:space="preserve"> stories, language development, subject learning and practical life skills.</w:t>
      </w:r>
    </w:p>
    <w:p w14:paraId="7486E3EC" w14:textId="77777777" w:rsidR="004466CC" w:rsidRDefault="004466CC" w:rsidP="004466CC">
      <w:pPr>
        <w:pStyle w:val="ListParagraph"/>
      </w:pPr>
    </w:p>
    <w:tbl>
      <w:tblPr>
        <w:tblStyle w:val="TableGrid"/>
        <w:tblW w:w="8249" w:type="dxa"/>
        <w:tblInd w:w="988" w:type="dxa"/>
        <w:tblLook w:val="04A0" w:firstRow="1" w:lastRow="0" w:firstColumn="1" w:lastColumn="0" w:noHBand="0" w:noVBand="1"/>
      </w:tblPr>
      <w:tblGrid>
        <w:gridCol w:w="4199"/>
        <w:gridCol w:w="2431"/>
        <w:gridCol w:w="1619"/>
      </w:tblGrid>
      <w:tr w:rsidR="000561A9" w14:paraId="1F763E8E" w14:textId="77777777" w:rsidTr="00FC7D38">
        <w:trPr>
          <w:trHeight w:val="236"/>
        </w:trPr>
        <w:tc>
          <w:tcPr>
            <w:tcW w:w="8249" w:type="dxa"/>
            <w:gridSpan w:val="3"/>
            <w:shd w:val="clear" w:color="auto" w:fill="1E88E5"/>
          </w:tcPr>
          <w:p w14:paraId="6BD9D967" w14:textId="51913967" w:rsidR="000561A9" w:rsidRDefault="000561A9" w:rsidP="000561A9">
            <w:pPr>
              <w:jc w:val="center"/>
              <w:rPr>
                <w:b/>
                <w:sz w:val="17"/>
              </w:rPr>
            </w:pPr>
            <w:r>
              <w:rPr>
                <w:b/>
                <w:sz w:val="17"/>
              </w:rPr>
              <w:t>STEPS Phonics</w:t>
            </w:r>
          </w:p>
        </w:tc>
      </w:tr>
      <w:tr w:rsidR="004A5EFA" w14:paraId="4F4C79F4" w14:textId="77777777" w:rsidTr="00FC7D38">
        <w:trPr>
          <w:trHeight w:val="236"/>
        </w:trPr>
        <w:tc>
          <w:tcPr>
            <w:tcW w:w="3378" w:type="dxa"/>
            <w:shd w:val="clear" w:color="auto" w:fill="1E88E5"/>
            <w:vAlign w:val="center"/>
          </w:tcPr>
          <w:p w14:paraId="39610318" w14:textId="77777777" w:rsidR="004A5EFA" w:rsidRDefault="004A5EFA" w:rsidP="00E44E23">
            <w:r>
              <w:rPr>
                <w:b/>
                <w:sz w:val="17"/>
              </w:rPr>
              <w:t>Learning area</w:t>
            </w:r>
          </w:p>
        </w:tc>
        <w:tc>
          <w:tcPr>
            <w:tcW w:w="0" w:type="auto"/>
            <w:shd w:val="clear" w:color="auto" w:fill="1E88E5"/>
            <w:vAlign w:val="center"/>
          </w:tcPr>
          <w:p w14:paraId="59C079D2" w14:textId="2BC41FBD" w:rsidR="004A5EFA" w:rsidRDefault="004A5EFA" w:rsidP="00E44E23"/>
        </w:tc>
        <w:tc>
          <w:tcPr>
            <w:tcW w:w="0" w:type="auto"/>
            <w:shd w:val="clear" w:color="auto" w:fill="1E88E5"/>
            <w:vAlign w:val="center"/>
          </w:tcPr>
          <w:p w14:paraId="62AAD8CF" w14:textId="77777777" w:rsidR="004A5EFA" w:rsidRDefault="004A5EFA" w:rsidP="00E44E23">
            <w:r>
              <w:rPr>
                <w:b/>
                <w:sz w:val="17"/>
              </w:rPr>
              <w:t>Activity books</w:t>
            </w:r>
          </w:p>
        </w:tc>
      </w:tr>
      <w:tr w:rsidR="004A5EFA" w14:paraId="2CF77033" w14:textId="77777777" w:rsidTr="00FC7D38">
        <w:trPr>
          <w:trHeight w:val="283"/>
        </w:trPr>
        <w:tc>
          <w:tcPr>
            <w:tcW w:w="3378" w:type="dxa"/>
            <w:vAlign w:val="center"/>
          </w:tcPr>
          <w:p w14:paraId="43EF700A" w14:textId="35FD52F7" w:rsidR="004A5EFA" w:rsidRPr="000561A9" w:rsidRDefault="004A5EFA" w:rsidP="00E44E23">
            <w:pPr>
              <w:rPr>
                <w:sz w:val="17"/>
                <w:szCs w:val="17"/>
              </w:rPr>
            </w:pPr>
            <w:r w:rsidRPr="000561A9">
              <w:rPr>
                <w:sz w:val="17"/>
                <w:szCs w:val="17"/>
              </w:rPr>
              <w:t>Sounds</w:t>
            </w:r>
          </w:p>
        </w:tc>
        <w:tc>
          <w:tcPr>
            <w:tcW w:w="0" w:type="auto"/>
            <w:vAlign w:val="center"/>
          </w:tcPr>
          <w:p w14:paraId="53AA06C6" w14:textId="2F072478" w:rsidR="004A5EFA" w:rsidRPr="000561A9" w:rsidRDefault="004A5EFA" w:rsidP="00E44E23">
            <w:pPr>
              <w:rPr>
                <w:sz w:val="17"/>
                <w:szCs w:val="17"/>
              </w:rPr>
            </w:pPr>
            <w:r w:rsidRPr="000561A9">
              <w:rPr>
                <w:sz w:val="17"/>
                <w:szCs w:val="17"/>
              </w:rPr>
              <w:t xml:space="preserve">Teaching Manual </w:t>
            </w:r>
            <w:r w:rsidR="000561A9">
              <w:rPr>
                <w:sz w:val="17"/>
                <w:szCs w:val="17"/>
              </w:rPr>
              <w:t xml:space="preserve">Step </w:t>
            </w:r>
            <w:r w:rsidRPr="000561A9">
              <w:rPr>
                <w:sz w:val="17"/>
                <w:szCs w:val="17"/>
              </w:rPr>
              <w:t>1</w:t>
            </w:r>
          </w:p>
        </w:tc>
        <w:tc>
          <w:tcPr>
            <w:tcW w:w="0" w:type="auto"/>
            <w:vAlign w:val="center"/>
          </w:tcPr>
          <w:p w14:paraId="53E5ABAA" w14:textId="487C3240" w:rsidR="004A5EFA" w:rsidRPr="000561A9" w:rsidRDefault="004A5EFA" w:rsidP="00E44E23">
            <w:pPr>
              <w:rPr>
                <w:sz w:val="17"/>
                <w:szCs w:val="17"/>
              </w:rPr>
            </w:pPr>
            <w:r w:rsidRPr="000561A9">
              <w:rPr>
                <w:sz w:val="17"/>
                <w:szCs w:val="17"/>
              </w:rPr>
              <w:t>1</w:t>
            </w:r>
          </w:p>
        </w:tc>
      </w:tr>
      <w:tr w:rsidR="004A5EFA" w14:paraId="2FFE843F" w14:textId="77777777" w:rsidTr="00FC7D38">
        <w:trPr>
          <w:trHeight w:val="283"/>
        </w:trPr>
        <w:tc>
          <w:tcPr>
            <w:tcW w:w="3378" w:type="dxa"/>
            <w:vAlign w:val="center"/>
          </w:tcPr>
          <w:p w14:paraId="2B982D65" w14:textId="0726B125" w:rsidR="004A5EFA" w:rsidRPr="000561A9" w:rsidRDefault="004A5EFA" w:rsidP="00E44E23">
            <w:pPr>
              <w:rPr>
                <w:sz w:val="17"/>
                <w:szCs w:val="17"/>
              </w:rPr>
            </w:pPr>
            <w:r w:rsidRPr="000561A9">
              <w:rPr>
                <w:sz w:val="17"/>
                <w:szCs w:val="17"/>
              </w:rPr>
              <w:t>Letter Sounds</w:t>
            </w:r>
          </w:p>
        </w:tc>
        <w:tc>
          <w:tcPr>
            <w:tcW w:w="0" w:type="auto"/>
            <w:vAlign w:val="center"/>
          </w:tcPr>
          <w:p w14:paraId="08123F81" w14:textId="17A2CAA7" w:rsidR="004A5EFA" w:rsidRPr="000561A9" w:rsidRDefault="004A5EFA" w:rsidP="00E44E23">
            <w:pPr>
              <w:rPr>
                <w:sz w:val="17"/>
                <w:szCs w:val="17"/>
              </w:rPr>
            </w:pPr>
            <w:r w:rsidRPr="000561A9">
              <w:rPr>
                <w:sz w:val="17"/>
                <w:szCs w:val="17"/>
              </w:rPr>
              <w:t xml:space="preserve">Teaching Manual </w:t>
            </w:r>
            <w:r w:rsidR="000561A9">
              <w:rPr>
                <w:sz w:val="17"/>
                <w:szCs w:val="17"/>
              </w:rPr>
              <w:t xml:space="preserve">Step </w:t>
            </w:r>
            <w:r w:rsidRPr="000561A9">
              <w:rPr>
                <w:sz w:val="17"/>
                <w:szCs w:val="17"/>
              </w:rPr>
              <w:t>2</w:t>
            </w:r>
          </w:p>
        </w:tc>
        <w:tc>
          <w:tcPr>
            <w:tcW w:w="0" w:type="auto"/>
            <w:vAlign w:val="center"/>
          </w:tcPr>
          <w:p w14:paraId="66CF0BA4" w14:textId="2DE848E5" w:rsidR="004A5EFA" w:rsidRPr="000561A9" w:rsidRDefault="000561A9" w:rsidP="00E44E23">
            <w:pPr>
              <w:rPr>
                <w:sz w:val="17"/>
                <w:szCs w:val="17"/>
              </w:rPr>
            </w:pPr>
            <w:r w:rsidRPr="000561A9">
              <w:rPr>
                <w:sz w:val="17"/>
                <w:szCs w:val="17"/>
              </w:rPr>
              <w:t>1</w:t>
            </w:r>
          </w:p>
        </w:tc>
      </w:tr>
      <w:tr w:rsidR="004A5EFA" w14:paraId="0F203FD1" w14:textId="77777777" w:rsidTr="00FC7D38">
        <w:trPr>
          <w:trHeight w:val="283"/>
        </w:trPr>
        <w:tc>
          <w:tcPr>
            <w:tcW w:w="3378" w:type="dxa"/>
            <w:vAlign w:val="center"/>
          </w:tcPr>
          <w:p w14:paraId="52242D6B" w14:textId="322FC529" w:rsidR="004A5EFA" w:rsidRPr="000561A9" w:rsidRDefault="004A5EFA" w:rsidP="00E44E23">
            <w:pPr>
              <w:rPr>
                <w:sz w:val="17"/>
                <w:szCs w:val="17"/>
              </w:rPr>
            </w:pPr>
            <w:r w:rsidRPr="000561A9">
              <w:rPr>
                <w:sz w:val="17"/>
                <w:szCs w:val="17"/>
              </w:rPr>
              <w:t>Tricky Words</w:t>
            </w:r>
          </w:p>
        </w:tc>
        <w:tc>
          <w:tcPr>
            <w:tcW w:w="0" w:type="auto"/>
            <w:vAlign w:val="center"/>
          </w:tcPr>
          <w:p w14:paraId="50EF351E" w14:textId="47D8DD00" w:rsidR="004A5EFA" w:rsidRPr="000561A9" w:rsidRDefault="004A5EFA" w:rsidP="00E44E23">
            <w:pPr>
              <w:rPr>
                <w:sz w:val="17"/>
                <w:szCs w:val="17"/>
              </w:rPr>
            </w:pPr>
            <w:r w:rsidRPr="000561A9">
              <w:rPr>
                <w:sz w:val="17"/>
                <w:szCs w:val="17"/>
              </w:rPr>
              <w:t xml:space="preserve">Teaching Manual </w:t>
            </w:r>
            <w:r w:rsidR="000561A9">
              <w:rPr>
                <w:sz w:val="17"/>
                <w:szCs w:val="17"/>
              </w:rPr>
              <w:t>Step 3</w:t>
            </w:r>
          </w:p>
        </w:tc>
        <w:tc>
          <w:tcPr>
            <w:tcW w:w="0" w:type="auto"/>
            <w:vAlign w:val="center"/>
          </w:tcPr>
          <w:p w14:paraId="6E46044F" w14:textId="3C156BD6" w:rsidR="004A5EFA" w:rsidRPr="000561A9" w:rsidRDefault="000561A9" w:rsidP="00E44E23">
            <w:pPr>
              <w:rPr>
                <w:sz w:val="17"/>
                <w:szCs w:val="17"/>
              </w:rPr>
            </w:pPr>
            <w:r w:rsidRPr="000561A9">
              <w:rPr>
                <w:sz w:val="17"/>
                <w:szCs w:val="17"/>
              </w:rPr>
              <w:t>1</w:t>
            </w:r>
          </w:p>
        </w:tc>
      </w:tr>
      <w:tr w:rsidR="004A5EFA" w14:paraId="014034DB" w14:textId="77777777" w:rsidTr="00FC7D38">
        <w:trPr>
          <w:trHeight w:val="283"/>
        </w:trPr>
        <w:tc>
          <w:tcPr>
            <w:tcW w:w="3378" w:type="dxa"/>
            <w:vAlign w:val="center"/>
          </w:tcPr>
          <w:p w14:paraId="633CE4CE" w14:textId="0805CD44" w:rsidR="004A5EFA" w:rsidRPr="000561A9" w:rsidRDefault="000561A9" w:rsidP="00E44E23">
            <w:pPr>
              <w:rPr>
                <w:sz w:val="17"/>
                <w:szCs w:val="17"/>
              </w:rPr>
            </w:pPr>
            <w:r w:rsidRPr="000561A9">
              <w:rPr>
                <w:sz w:val="17"/>
                <w:szCs w:val="17"/>
              </w:rPr>
              <w:t>Practice</w:t>
            </w:r>
          </w:p>
        </w:tc>
        <w:tc>
          <w:tcPr>
            <w:tcW w:w="0" w:type="auto"/>
            <w:vAlign w:val="center"/>
          </w:tcPr>
          <w:p w14:paraId="32228F4C" w14:textId="4E2E7359" w:rsidR="004A5EFA" w:rsidRPr="000561A9" w:rsidRDefault="000561A9" w:rsidP="00E44E23">
            <w:pPr>
              <w:rPr>
                <w:sz w:val="17"/>
                <w:szCs w:val="17"/>
              </w:rPr>
            </w:pPr>
            <w:r w:rsidRPr="000561A9">
              <w:rPr>
                <w:sz w:val="17"/>
                <w:szCs w:val="17"/>
              </w:rPr>
              <w:t>Exercise Book Step 2</w:t>
            </w:r>
          </w:p>
        </w:tc>
        <w:tc>
          <w:tcPr>
            <w:tcW w:w="0" w:type="auto"/>
            <w:vAlign w:val="center"/>
          </w:tcPr>
          <w:p w14:paraId="50C71A13" w14:textId="72F5FF56" w:rsidR="004A5EFA" w:rsidRPr="000561A9" w:rsidRDefault="000561A9" w:rsidP="00E44E23">
            <w:pPr>
              <w:rPr>
                <w:sz w:val="17"/>
                <w:szCs w:val="17"/>
              </w:rPr>
            </w:pPr>
            <w:r w:rsidRPr="000561A9">
              <w:rPr>
                <w:sz w:val="17"/>
                <w:szCs w:val="17"/>
              </w:rPr>
              <w:t>1</w:t>
            </w:r>
          </w:p>
        </w:tc>
      </w:tr>
      <w:tr w:rsidR="000561A9" w14:paraId="036E1316" w14:textId="77777777" w:rsidTr="00FC7D38">
        <w:trPr>
          <w:trHeight w:val="283"/>
        </w:trPr>
        <w:tc>
          <w:tcPr>
            <w:tcW w:w="3378" w:type="dxa"/>
            <w:vAlign w:val="center"/>
          </w:tcPr>
          <w:p w14:paraId="4817A35E" w14:textId="64EDC2C2" w:rsidR="000561A9" w:rsidRPr="000561A9" w:rsidRDefault="000561A9" w:rsidP="00E44E23">
            <w:pPr>
              <w:rPr>
                <w:sz w:val="17"/>
                <w:szCs w:val="17"/>
              </w:rPr>
            </w:pPr>
            <w:r w:rsidRPr="000561A9">
              <w:rPr>
                <w:sz w:val="17"/>
                <w:szCs w:val="17"/>
              </w:rPr>
              <w:t>Practice</w:t>
            </w:r>
          </w:p>
        </w:tc>
        <w:tc>
          <w:tcPr>
            <w:tcW w:w="0" w:type="auto"/>
            <w:vAlign w:val="center"/>
          </w:tcPr>
          <w:p w14:paraId="4DE32C15" w14:textId="3C6A6E71" w:rsidR="000561A9" w:rsidRPr="000561A9" w:rsidRDefault="000561A9" w:rsidP="00E44E23">
            <w:pPr>
              <w:rPr>
                <w:sz w:val="17"/>
                <w:szCs w:val="17"/>
              </w:rPr>
            </w:pPr>
            <w:r w:rsidRPr="000561A9">
              <w:rPr>
                <w:sz w:val="17"/>
                <w:szCs w:val="17"/>
              </w:rPr>
              <w:t>Exercise Book Step 3</w:t>
            </w:r>
          </w:p>
        </w:tc>
        <w:tc>
          <w:tcPr>
            <w:tcW w:w="0" w:type="auto"/>
            <w:vAlign w:val="center"/>
          </w:tcPr>
          <w:p w14:paraId="1F1F00CA" w14:textId="62518445" w:rsidR="000561A9" w:rsidRPr="000561A9" w:rsidRDefault="000561A9" w:rsidP="00E44E23">
            <w:pPr>
              <w:rPr>
                <w:sz w:val="17"/>
                <w:szCs w:val="17"/>
              </w:rPr>
            </w:pPr>
            <w:r w:rsidRPr="000561A9">
              <w:rPr>
                <w:sz w:val="17"/>
                <w:szCs w:val="17"/>
              </w:rPr>
              <w:t>1</w:t>
            </w:r>
          </w:p>
        </w:tc>
      </w:tr>
      <w:tr w:rsidR="004A5EFA" w14:paraId="377F6BD2" w14:textId="77777777" w:rsidTr="00FC7D38">
        <w:trPr>
          <w:trHeight w:val="283"/>
        </w:trPr>
        <w:tc>
          <w:tcPr>
            <w:tcW w:w="3378" w:type="dxa"/>
            <w:vAlign w:val="center"/>
          </w:tcPr>
          <w:p w14:paraId="173862E5" w14:textId="77777777" w:rsidR="004A5EFA" w:rsidRPr="000561A9" w:rsidRDefault="004A5EFA" w:rsidP="00E44E23">
            <w:pPr>
              <w:rPr>
                <w:sz w:val="17"/>
                <w:szCs w:val="17"/>
              </w:rPr>
            </w:pPr>
            <w:r w:rsidRPr="000561A9">
              <w:rPr>
                <w:sz w:val="17"/>
                <w:szCs w:val="17"/>
              </w:rPr>
              <w:t>TOTAL</w:t>
            </w:r>
          </w:p>
        </w:tc>
        <w:tc>
          <w:tcPr>
            <w:tcW w:w="0" w:type="auto"/>
            <w:vAlign w:val="center"/>
          </w:tcPr>
          <w:p w14:paraId="69369A8C" w14:textId="61D57688" w:rsidR="004A5EFA" w:rsidRPr="000561A9" w:rsidRDefault="004A5EFA" w:rsidP="00E44E23">
            <w:pPr>
              <w:rPr>
                <w:sz w:val="17"/>
                <w:szCs w:val="17"/>
              </w:rPr>
            </w:pPr>
          </w:p>
        </w:tc>
        <w:tc>
          <w:tcPr>
            <w:tcW w:w="0" w:type="auto"/>
            <w:vAlign w:val="center"/>
          </w:tcPr>
          <w:p w14:paraId="44F9A017" w14:textId="739DD45C" w:rsidR="004A5EFA" w:rsidRPr="000561A9" w:rsidRDefault="000561A9" w:rsidP="00E44E23">
            <w:pPr>
              <w:rPr>
                <w:sz w:val="17"/>
                <w:szCs w:val="17"/>
              </w:rPr>
            </w:pPr>
            <w:r>
              <w:rPr>
                <w:sz w:val="17"/>
                <w:szCs w:val="17"/>
              </w:rPr>
              <w:t>5</w:t>
            </w:r>
          </w:p>
        </w:tc>
      </w:tr>
    </w:tbl>
    <w:p w14:paraId="36D1DAA9" w14:textId="77777777" w:rsidR="004A5EFA" w:rsidRDefault="004A5EFA"/>
    <w:tbl>
      <w:tblPr>
        <w:tblStyle w:val="TableGrid"/>
        <w:tblW w:w="0" w:type="auto"/>
        <w:jc w:val="center"/>
        <w:tblLook w:val="04A0" w:firstRow="1" w:lastRow="0" w:firstColumn="1" w:lastColumn="0" w:noHBand="0" w:noVBand="1"/>
      </w:tblPr>
      <w:tblGrid>
        <w:gridCol w:w="2448"/>
        <w:gridCol w:w="1296"/>
        <w:gridCol w:w="1296"/>
        <w:gridCol w:w="1440"/>
        <w:gridCol w:w="1728"/>
      </w:tblGrid>
      <w:tr w:rsidR="000561A9" w14:paraId="34E63FC0" w14:textId="77777777" w:rsidTr="000561A9">
        <w:trPr>
          <w:trHeight w:val="232"/>
          <w:jc w:val="center"/>
        </w:trPr>
        <w:tc>
          <w:tcPr>
            <w:tcW w:w="8208" w:type="dxa"/>
            <w:gridSpan w:val="5"/>
            <w:shd w:val="clear" w:color="auto" w:fill="1E88E5"/>
          </w:tcPr>
          <w:p w14:paraId="54615427" w14:textId="18CBBC16" w:rsidR="000561A9" w:rsidRDefault="000561A9" w:rsidP="000561A9">
            <w:pPr>
              <w:jc w:val="center"/>
              <w:rPr>
                <w:b/>
                <w:sz w:val="17"/>
              </w:rPr>
            </w:pPr>
            <w:proofErr w:type="spellStart"/>
            <w:r>
              <w:rPr>
                <w:b/>
                <w:sz w:val="17"/>
              </w:rPr>
              <w:t>Shapeys</w:t>
            </w:r>
            <w:proofErr w:type="spellEnd"/>
            <w:r>
              <w:rPr>
                <w:b/>
                <w:sz w:val="17"/>
              </w:rPr>
              <w:t xml:space="preserve"> Book Series</w:t>
            </w:r>
          </w:p>
        </w:tc>
      </w:tr>
      <w:tr w:rsidR="00A50336" w14:paraId="41865FDB" w14:textId="77777777" w:rsidTr="000561A9">
        <w:trPr>
          <w:trHeight w:val="232"/>
          <w:jc w:val="center"/>
        </w:trPr>
        <w:tc>
          <w:tcPr>
            <w:tcW w:w="2448" w:type="dxa"/>
            <w:shd w:val="clear" w:color="auto" w:fill="1E88E5"/>
            <w:vAlign w:val="center"/>
          </w:tcPr>
          <w:p w14:paraId="0A4A58BF" w14:textId="77777777" w:rsidR="00A50336" w:rsidRDefault="00000000">
            <w:r>
              <w:rPr>
                <w:b/>
                <w:sz w:val="17"/>
              </w:rPr>
              <w:t>Learning area</w:t>
            </w:r>
          </w:p>
        </w:tc>
        <w:tc>
          <w:tcPr>
            <w:tcW w:w="1296" w:type="dxa"/>
            <w:shd w:val="clear" w:color="auto" w:fill="1E88E5"/>
            <w:vAlign w:val="center"/>
          </w:tcPr>
          <w:p w14:paraId="613B434B" w14:textId="77777777" w:rsidR="00A50336" w:rsidRDefault="00000000">
            <w:r>
              <w:rPr>
                <w:b/>
                <w:sz w:val="17"/>
              </w:rPr>
              <w:t>Level 1</w:t>
            </w:r>
          </w:p>
        </w:tc>
        <w:tc>
          <w:tcPr>
            <w:tcW w:w="1296" w:type="dxa"/>
            <w:shd w:val="clear" w:color="auto" w:fill="1E88E5"/>
            <w:vAlign w:val="center"/>
          </w:tcPr>
          <w:p w14:paraId="39917F05" w14:textId="77777777" w:rsidR="00A50336" w:rsidRDefault="00000000">
            <w:r>
              <w:rPr>
                <w:b/>
                <w:sz w:val="17"/>
              </w:rPr>
              <w:t>Level 2</w:t>
            </w:r>
          </w:p>
        </w:tc>
        <w:tc>
          <w:tcPr>
            <w:tcW w:w="1440" w:type="dxa"/>
            <w:shd w:val="clear" w:color="auto" w:fill="1E88E5"/>
            <w:vAlign w:val="center"/>
          </w:tcPr>
          <w:p w14:paraId="1DC2B670" w14:textId="77777777" w:rsidR="00A50336" w:rsidRDefault="00000000">
            <w:r>
              <w:rPr>
                <w:b/>
                <w:sz w:val="17"/>
              </w:rPr>
              <w:t>Total readers</w:t>
            </w:r>
          </w:p>
        </w:tc>
        <w:tc>
          <w:tcPr>
            <w:tcW w:w="1728" w:type="dxa"/>
            <w:shd w:val="clear" w:color="auto" w:fill="1E88E5"/>
            <w:vAlign w:val="center"/>
          </w:tcPr>
          <w:p w14:paraId="51DDB570" w14:textId="77777777" w:rsidR="00A50336" w:rsidRDefault="00000000">
            <w:r>
              <w:rPr>
                <w:b/>
                <w:sz w:val="17"/>
              </w:rPr>
              <w:t>Activity books</w:t>
            </w:r>
          </w:p>
        </w:tc>
      </w:tr>
      <w:tr w:rsidR="00A50336" w14:paraId="7CFAA8DB" w14:textId="77777777" w:rsidTr="000561A9">
        <w:trPr>
          <w:trHeight w:val="232"/>
          <w:jc w:val="center"/>
        </w:trPr>
        <w:tc>
          <w:tcPr>
            <w:tcW w:w="2448" w:type="dxa"/>
            <w:vAlign w:val="center"/>
          </w:tcPr>
          <w:p w14:paraId="5B182A0D" w14:textId="77777777" w:rsidR="00A50336" w:rsidRDefault="00000000">
            <w:r>
              <w:rPr>
                <w:sz w:val="17"/>
              </w:rPr>
              <w:t>English</w:t>
            </w:r>
          </w:p>
        </w:tc>
        <w:tc>
          <w:tcPr>
            <w:tcW w:w="1296" w:type="dxa"/>
            <w:vAlign w:val="center"/>
          </w:tcPr>
          <w:p w14:paraId="4912183A" w14:textId="77777777" w:rsidR="00A50336" w:rsidRDefault="00000000">
            <w:r>
              <w:rPr>
                <w:sz w:val="17"/>
              </w:rPr>
              <w:t>12</w:t>
            </w:r>
          </w:p>
        </w:tc>
        <w:tc>
          <w:tcPr>
            <w:tcW w:w="1296" w:type="dxa"/>
            <w:vAlign w:val="center"/>
          </w:tcPr>
          <w:p w14:paraId="56384B4D" w14:textId="77777777" w:rsidR="00A50336" w:rsidRDefault="00000000">
            <w:r>
              <w:rPr>
                <w:sz w:val="17"/>
              </w:rPr>
              <w:t>12</w:t>
            </w:r>
          </w:p>
        </w:tc>
        <w:tc>
          <w:tcPr>
            <w:tcW w:w="1440" w:type="dxa"/>
            <w:vAlign w:val="center"/>
          </w:tcPr>
          <w:p w14:paraId="48ADA7D5" w14:textId="77777777" w:rsidR="00A50336" w:rsidRDefault="00000000">
            <w:r>
              <w:rPr>
                <w:sz w:val="17"/>
              </w:rPr>
              <w:t>24</w:t>
            </w:r>
          </w:p>
        </w:tc>
        <w:tc>
          <w:tcPr>
            <w:tcW w:w="1728" w:type="dxa"/>
            <w:vAlign w:val="center"/>
          </w:tcPr>
          <w:p w14:paraId="490C6E92" w14:textId="77777777" w:rsidR="00A50336" w:rsidRDefault="00000000">
            <w:r>
              <w:rPr>
                <w:sz w:val="17"/>
              </w:rPr>
              <w:t>4</w:t>
            </w:r>
          </w:p>
        </w:tc>
      </w:tr>
      <w:tr w:rsidR="00A50336" w14:paraId="55DEA50F" w14:textId="77777777" w:rsidTr="000561A9">
        <w:trPr>
          <w:trHeight w:val="232"/>
          <w:jc w:val="center"/>
        </w:trPr>
        <w:tc>
          <w:tcPr>
            <w:tcW w:w="2448" w:type="dxa"/>
            <w:vAlign w:val="center"/>
          </w:tcPr>
          <w:p w14:paraId="372CE740" w14:textId="77777777" w:rsidR="00A50336" w:rsidRDefault="00000000">
            <w:r>
              <w:rPr>
                <w:sz w:val="17"/>
              </w:rPr>
              <w:t>Mathematics</w:t>
            </w:r>
          </w:p>
        </w:tc>
        <w:tc>
          <w:tcPr>
            <w:tcW w:w="1296" w:type="dxa"/>
            <w:vAlign w:val="center"/>
          </w:tcPr>
          <w:p w14:paraId="50B0484F" w14:textId="77777777" w:rsidR="00A50336" w:rsidRDefault="00000000">
            <w:r>
              <w:rPr>
                <w:sz w:val="17"/>
              </w:rPr>
              <w:t>4</w:t>
            </w:r>
          </w:p>
        </w:tc>
        <w:tc>
          <w:tcPr>
            <w:tcW w:w="1296" w:type="dxa"/>
            <w:vAlign w:val="center"/>
          </w:tcPr>
          <w:p w14:paraId="15D2D22C" w14:textId="77777777" w:rsidR="00A50336" w:rsidRDefault="00000000">
            <w:r>
              <w:rPr>
                <w:sz w:val="17"/>
              </w:rPr>
              <w:t>4</w:t>
            </w:r>
          </w:p>
        </w:tc>
        <w:tc>
          <w:tcPr>
            <w:tcW w:w="1440" w:type="dxa"/>
            <w:vAlign w:val="center"/>
          </w:tcPr>
          <w:p w14:paraId="53D5A2CC" w14:textId="77777777" w:rsidR="00A50336" w:rsidRDefault="00000000">
            <w:r>
              <w:rPr>
                <w:sz w:val="17"/>
              </w:rPr>
              <w:t>8</w:t>
            </w:r>
          </w:p>
        </w:tc>
        <w:tc>
          <w:tcPr>
            <w:tcW w:w="1728" w:type="dxa"/>
            <w:vAlign w:val="center"/>
          </w:tcPr>
          <w:p w14:paraId="45D34A85" w14:textId="77777777" w:rsidR="00A50336" w:rsidRDefault="00000000">
            <w:r>
              <w:rPr>
                <w:sz w:val="17"/>
              </w:rPr>
              <w:t>4</w:t>
            </w:r>
          </w:p>
        </w:tc>
      </w:tr>
      <w:tr w:rsidR="00A50336" w14:paraId="0E171BA7" w14:textId="77777777" w:rsidTr="000561A9">
        <w:trPr>
          <w:trHeight w:val="232"/>
          <w:jc w:val="center"/>
        </w:trPr>
        <w:tc>
          <w:tcPr>
            <w:tcW w:w="2448" w:type="dxa"/>
            <w:vAlign w:val="center"/>
          </w:tcPr>
          <w:p w14:paraId="596F1AFF" w14:textId="77777777" w:rsidR="00A50336" w:rsidRDefault="00000000">
            <w:r>
              <w:rPr>
                <w:sz w:val="17"/>
              </w:rPr>
              <w:t>Science</w:t>
            </w:r>
          </w:p>
        </w:tc>
        <w:tc>
          <w:tcPr>
            <w:tcW w:w="1296" w:type="dxa"/>
            <w:vAlign w:val="center"/>
          </w:tcPr>
          <w:p w14:paraId="166B8DB8" w14:textId="77777777" w:rsidR="00A50336" w:rsidRDefault="00000000">
            <w:r>
              <w:rPr>
                <w:sz w:val="17"/>
              </w:rPr>
              <w:t>4</w:t>
            </w:r>
          </w:p>
        </w:tc>
        <w:tc>
          <w:tcPr>
            <w:tcW w:w="1296" w:type="dxa"/>
            <w:vAlign w:val="center"/>
          </w:tcPr>
          <w:p w14:paraId="37288098" w14:textId="77777777" w:rsidR="00A50336" w:rsidRDefault="00000000">
            <w:r>
              <w:rPr>
                <w:sz w:val="17"/>
              </w:rPr>
              <w:t>4</w:t>
            </w:r>
          </w:p>
        </w:tc>
        <w:tc>
          <w:tcPr>
            <w:tcW w:w="1440" w:type="dxa"/>
            <w:vAlign w:val="center"/>
          </w:tcPr>
          <w:p w14:paraId="27DA1C44" w14:textId="77777777" w:rsidR="00A50336" w:rsidRDefault="00000000">
            <w:r>
              <w:rPr>
                <w:sz w:val="17"/>
              </w:rPr>
              <w:t>8</w:t>
            </w:r>
          </w:p>
        </w:tc>
        <w:tc>
          <w:tcPr>
            <w:tcW w:w="1728" w:type="dxa"/>
            <w:vAlign w:val="center"/>
          </w:tcPr>
          <w:p w14:paraId="757B1665" w14:textId="77777777" w:rsidR="00A50336" w:rsidRDefault="00000000">
            <w:r>
              <w:rPr>
                <w:sz w:val="17"/>
              </w:rPr>
              <w:t>4</w:t>
            </w:r>
          </w:p>
        </w:tc>
      </w:tr>
      <w:tr w:rsidR="00A50336" w14:paraId="0A8206B5" w14:textId="77777777" w:rsidTr="000561A9">
        <w:trPr>
          <w:trHeight w:val="232"/>
          <w:jc w:val="center"/>
        </w:trPr>
        <w:tc>
          <w:tcPr>
            <w:tcW w:w="2448" w:type="dxa"/>
            <w:vAlign w:val="center"/>
          </w:tcPr>
          <w:p w14:paraId="278C8BFE" w14:textId="77777777" w:rsidR="00A50336" w:rsidRDefault="00000000">
            <w:r>
              <w:rPr>
                <w:sz w:val="17"/>
              </w:rPr>
              <w:t>Life Skills</w:t>
            </w:r>
          </w:p>
        </w:tc>
        <w:tc>
          <w:tcPr>
            <w:tcW w:w="1296" w:type="dxa"/>
            <w:vAlign w:val="center"/>
          </w:tcPr>
          <w:p w14:paraId="55E35D33" w14:textId="77777777" w:rsidR="00A50336" w:rsidRDefault="00000000">
            <w:r>
              <w:rPr>
                <w:sz w:val="17"/>
              </w:rPr>
              <w:t>4</w:t>
            </w:r>
          </w:p>
        </w:tc>
        <w:tc>
          <w:tcPr>
            <w:tcW w:w="1296" w:type="dxa"/>
            <w:vAlign w:val="center"/>
          </w:tcPr>
          <w:p w14:paraId="0E7B43C6" w14:textId="77777777" w:rsidR="00A50336" w:rsidRDefault="00000000">
            <w:r>
              <w:rPr>
                <w:sz w:val="17"/>
              </w:rPr>
              <w:t>4</w:t>
            </w:r>
          </w:p>
        </w:tc>
        <w:tc>
          <w:tcPr>
            <w:tcW w:w="1440" w:type="dxa"/>
            <w:vAlign w:val="center"/>
          </w:tcPr>
          <w:p w14:paraId="29E3B908" w14:textId="77777777" w:rsidR="00A50336" w:rsidRDefault="00000000">
            <w:r>
              <w:rPr>
                <w:sz w:val="17"/>
              </w:rPr>
              <w:t>8</w:t>
            </w:r>
          </w:p>
        </w:tc>
        <w:tc>
          <w:tcPr>
            <w:tcW w:w="1728" w:type="dxa"/>
            <w:vAlign w:val="center"/>
          </w:tcPr>
          <w:p w14:paraId="203E20EE" w14:textId="77777777" w:rsidR="00A50336" w:rsidRDefault="00000000">
            <w:r>
              <w:rPr>
                <w:sz w:val="17"/>
              </w:rPr>
              <w:t>4</w:t>
            </w:r>
          </w:p>
        </w:tc>
      </w:tr>
      <w:tr w:rsidR="00A50336" w14:paraId="3F03A6C1" w14:textId="77777777" w:rsidTr="000561A9">
        <w:trPr>
          <w:trHeight w:val="232"/>
          <w:jc w:val="center"/>
        </w:trPr>
        <w:tc>
          <w:tcPr>
            <w:tcW w:w="2448" w:type="dxa"/>
            <w:vAlign w:val="center"/>
          </w:tcPr>
          <w:p w14:paraId="394802BB" w14:textId="77777777" w:rsidR="00A50336" w:rsidRDefault="00000000">
            <w:r>
              <w:rPr>
                <w:sz w:val="17"/>
              </w:rPr>
              <w:t>TOTAL</w:t>
            </w:r>
          </w:p>
        </w:tc>
        <w:tc>
          <w:tcPr>
            <w:tcW w:w="1296" w:type="dxa"/>
            <w:vAlign w:val="center"/>
          </w:tcPr>
          <w:p w14:paraId="1A9D8386" w14:textId="77777777" w:rsidR="00A50336" w:rsidRDefault="00000000">
            <w:r>
              <w:rPr>
                <w:sz w:val="17"/>
              </w:rPr>
              <w:t>24</w:t>
            </w:r>
          </w:p>
        </w:tc>
        <w:tc>
          <w:tcPr>
            <w:tcW w:w="1296" w:type="dxa"/>
            <w:vAlign w:val="center"/>
          </w:tcPr>
          <w:p w14:paraId="27CB5903" w14:textId="77777777" w:rsidR="00A50336" w:rsidRDefault="00000000">
            <w:r>
              <w:rPr>
                <w:sz w:val="17"/>
              </w:rPr>
              <w:t>24</w:t>
            </w:r>
          </w:p>
        </w:tc>
        <w:tc>
          <w:tcPr>
            <w:tcW w:w="1440" w:type="dxa"/>
            <w:vAlign w:val="center"/>
          </w:tcPr>
          <w:p w14:paraId="3F229DCF" w14:textId="77777777" w:rsidR="00A50336" w:rsidRDefault="00000000">
            <w:r>
              <w:rPr>
                <w:sz w:val="17"/>
              </w:rPr>
              <w:t>48</w:t>
            </w:r>
          </w:p>
        </w:tc>
        <w:tc>
          <w:tcPr>
            <w:tcW w:w="1728" w:type="dxa"/>
            <w:vAlign w:val="center"/>
          </w:tcPr>
          <w:p w14:paraId="2E0CE03F" w14:textId="5EF096CF" w:rsidR="00A50336" w:rsidRDefault="004A5EFA">
            <w:r>
              <w:t>16</w:t>
            </w:r>
          </w:p>
        </w:tc>
      </w:tr>
    </w:tbl>
    <w:p w14:paraId="0A211A1A" w14:textId="77777777" w:rsidR="00A50336" w:rsidRDefault="00A50336"/>
    <w:p w14:paraId="32F2FEB5" w14:textId="77777777" w:rsidR="00A50336" w:rsidRDefault="00000000">
      <w:pPr>
        <w:pStyle w:val="Heading2"/>
      </w:pPr>
      <w:r>
        <w:t>Rights position</w:t>
      </w:r>
    </w:p>
    <w:p w14:paraId="270870F6" w14:textId="38B1E51A" w:rsidR="004466CC" w:rsidRDefault="004A5EFA">
      <w:proofErr w:type="spellStart"/>
      <w:r>
        <w:t>Shapeys</w:t>
      </w:r>
      <w:proofErr w:type="spellEnd"/>
      <w:r>
        <w:t xml:space="preserve"> Education </w:t>
      </w:r>
      <w:r w:rsidR="00FC7D38">
        <w:t>(Pte)</w:t>
      </w:r>
      <w:r>
        <w:t xml:space="preserve">Ltd, </w:t>
      </w:r>
      <w:r w:rsidR="000561A9">
        <w:t>has</w:t>
      </w:r>
      <w:r>
        <w:t xml:space="preserve"> all </w:t>
      </w:r>
      <w:r w:rsidR="000561A9">
        <w:t xml:space="preserve">the </w:t>
      </w:r>
      <w:r>
        <w:t xml:space="preserve">global rights in all formats for the </w:t>
      </w:r>
      <w:proofErr w:type="spellStart"/>
      <w:r>
        <w:t>Shapeys</w:t>
      </w:r>
      <w:proofErr w:type="spellEnd"/>
      <w:r>
        <w:t xml:space="preserve">® brand </w:t>
      </w:r>
      <w:r w:rsidR="004263B0">
        <w:t>via a</w:t>
      </w:r>
      <w:r>
        <w:t xml:space="preserve"> license </w:t>
      </w:r>
      <w:r w:rsidR="000561A9">
        <w:t>granted by</w:t>
      </w:r>
      <w:r>
        <w:t xml:space="preserve"> the owner Adrian Alexander. </w:t>
      </w:r>
    </w:p>
    <w:p w14:paraId="2F22467D" w14:textId="27C40BE1" w:rsidR="00A50336" w:rsidRDefault="004A5EFA">
      <w:r>
        <w:t>This Rights Guide is intended to identify the rights and licensing opportunities that may be discussed with publishers and licensing partners. Specific rights, territories, formats, languages, term, exclusivity, minimum guarantees, royalties and other commercial terms are subject to a separate written agreement.</w:t>
      </w:r>
    </w:p>
    <w:p w14:paraId="50F6EFFE" w14:textId="77777777" w:rsidR="00A50336" w:rsidRDefault="00000000">
      <w:pPr>
        <w:pStyle w:val="Heading1"/>
      </w:pPr>
      <w:r>
        <w:t xml:space="preserve">2. The </w:t>
      </w:r>
      <w:proofErr w:type="spellStart"/>
      <w:r>
        <w:t>Shapeys</w:t>
      </w:r>
      <w:proofErr w:type="spellEnd"/>
      <w:r>
        <w:t xml:space="preserve"> </w:t>
      </w:r>
      <w:proofErr w:type="spellStart"/>
      <w:r>
        <w:t>Programme</w:t>
      </w:r>
      <w:proofErr w:type="spellEnd"/>
    </w:p>
    <w:p w14:paraId="6AC4206D" w14:textId="77777777" w:rsidR="004263B0" w:rsidRDefault="004263B0" w:rsidP="004263B0">
      <w:pPr>
        <w:pStyle w:val="Heading2"/>
      </w:pPr>
      <w:r>
        <w:t>Phonics as the English entry point</w:t>
      </w:r>
    </w:p>
    <w:p w14:paraId="2F96AFF8" w14:textId="77777777" w:rsidR="004263B0" w:rsidRDefault="004263B0" w:rsidP="004263B0">
      <w:r>
        <w:t>T</w:t>
      </w:r>
      <w:r>
        <w:t xml:space="preserve">he </w:t>
      </w:r>
      <w:proofErr w:type="spellStart"/>
      <w:r>
        <w:t>Shapeys</w:t>
      </w:r>
      <w:proofErr w:type="spellEnd"/>
      <w:r>
        <w:t xml:space="preserve"> English </w:t>
      </w:r>
      <w:proofErr w:type="spellStart"/>
      <w:r>
        <w:t>programme</w:t>
      </w:r>
      <w:proofErr w:type="spellEnd"/>
      <w:r>
        <w:t xml:space="preserve"> is led by its phonics system</w:t>
      </w:r>
      <w:r>
        <w:t xml:space="preserve"> </w:t>
      </w:r>
      <w:proofErr w:type="spellStart"/>
      <w:r>
        <w:t>Shapeys</w:t>
      </w:r>
      <w:proofErr w:type="spellEnd"/>
      <w:r>
        <w:t xml:space="preserve"> Teaching English Phonics (STEPS)</w:t>
      </w:r>
      <w:r>
        <w:t xml:space="preserve">. </w:t>
      </w:r>
    </w:p>
    <w:p w14:paraId="7833800B" w14:textId="3FD6D42E" w:rsidR="004263B0" w:rsidRPr="004263B0" w:rsidRDefault="004263B0" w:rsidP="004263B0">
      <w:r>
        <w:t xml:space="preserve">The website and publisher materials can therefore position phonics, sound progression, flashcards, lesson resources and supporting video as the foundation through which publishers enter the English </w:t>
      </w:r>
      <w:proofErr w:type="spellStart"/>
      <w:r>
        <w:t>programme</w:t>
      </w:r>
      <w:proofErr w:type="spellEnd"/>
      <w:r>
        <w:t>.</w:t>
      </w:r>
    </w:p>
    <w:p w14:paraId="1A8055D9" w14:textId="682225A7" w:rsidR="004263B0" w:rsidRDefault="00000000">
      <w:r>
        <w:t xml:space="preserve">The programme is built around four recurring Shapeys characters and everyday learning situations. </w:t>
      </w:r>
      <w:r w:rsidR="004263B0">
        <w:t xml:space="preserve">The characters introduce the basic phonic sounds and letters. They continue to be actively involved </w:t>
      </w:r>
      <w:r w:rsidR="004466CC">
        <w:t>throughout</w:t>
      </w:r>
      <w:r w:rsidR="004263B0">
        <w:t xml:space="preserve"> book series. </w:t>
      </w:r>
    </w:p>
    <w:p w14:paraId="2EA3C776" w14:textId="77777777" w:rsidR="004466CC" w:rsidRDefault="004466CC"/>
    <w:p w14:paraId="2C61C129" w14:textId="010B6EBC" w:rsidR="00A50336" w:rsidRDefault="00000000">
      <w:r>
        <w:t>The book</w:t>
      </w:r>
      <w:r w:rsidR="004263B0">
        <w:t xml:space="preserve"> series</w:t>
      </w:r>
      <w:r>
        <w:t xml:space="preserve"> use</w:t>
      </w:r>
      <w:r w:rsidR="004263B0">
        <w:t>s</w:t>
      </w:r>
      <w:r>
        <w:t xml:space="preserve"> British English and cover</w:t>
      </w:r>
      <w:r w:rsidR="004263B0">
        <w:t>s</w:t>
      </w:r>
      <w:r>
        <w:t xml:space="preserve"> four complementary areas: English, Mathematics, Science and Life Skills. Level 1 </w:t>
      </w:r>
      <w:r w:rsidR="004263B0">
        <w:t xml:space="preserve">builds on the phonics knowledge and </w:t>
      </w:r>
      <w:r>
        <w:t>provides foundational language and concepts; Level 2 extends the programme with more developed language, concepts and activities.</w:t>
      </w:r>
    </w:p>
    <w:p w14:paraId="7CD4801D" w14:textId="77777777" w:rsidR="00A50336" w:rsidRDefault="00000000">
      <w:pPr>
        <w:pStyle w:val="Heading1"/>
      </w:pPr>
      <w:r>
        <w:t>3. Rights Available for Discussion</w:t>
      </w:r>
    </w:p>
    <w:tbl>
      <w:tblPr>
        <w:tblStyle w:val="TableGrid"/>
        <w:tblW w:w="0" w:type="auto"/>
        <w:jc w:val="center"/>
        <w:tblLook w:val="04A0" w:firstRow="1" w:lastRow="0" w:firstColumn="1" w:lastColumn="0" w:noHBand="0" w:noVBand="1"/>
      </w:tblPr>
      <w:tblGrid>
        <w:gridCol w:w="3096"/>
        <w:gridCol w:w="6912"/>
      </w:tblGrid>
      <w:tr w:rsidR="00A50336" w14:paraId="3D7A785D" w14:textId="77777777" w:rsidTr="004263B0">
        <w:trPr>
          <w:trHeight w:val="415"/>
          <w:jc w:val="center"/>
        </w:trPr>
        <w:tc>
          <w:tcPr>
            <w:tcW w:w="3096" w:type="dxa"/>
            <w:shd w:val="clear" w:color="auto" w:fill="1E88E5"/>
            <w:vAlign w:val="center"/>
          </w:tcPr>
          <w:p w14:paraId="7F43CC4C" w14:textId="77777777" w:rsidR="00A50336" w:rsidRDefault="00000000">
            <w:r>
              <w:rPr>
                <w:b/>
                <w:sz w:val="17"/>
              </w:rPr>
              <w:t>Rights category</w:t>
            </w:r>
          </w:p>
        </w:tc>
        <w:tc>
          <w:tcPr>
            <w:tcW w:w="6912" w:type="dxa"/>
            <w:shd w:val="clear" w:color="auto" w:fill="1E88E5"/>
            <w:vAlign w:val="center"/>
          </w:tcPr>
          <w:p w14:paraId="670171DF" w14:textId="77777777" w:rsidR="00A50336" w:rsidRDefault="00000000">
            <w:r>
              <w:rPr>
                <w:b/>
                <w:sz w:val="17"/>
              </w:rPr>
              <w:t>Scope</w:t>
            </w:r>
          </w:p>
        </w:tc>
      </w:tr>
      <w:tr w:rsidR="00A50336" w14:paraId="676A2D14" w14:textId="77777777" w:rsidTr="004263B0">
        <w:trPr>
          <w:trHeight w:val="415"/>
          <w:jc w:val="center"/>
        </w:trPr>
        <w:tc>
          <w:tcPr>
            <w:tcW w:w="3096" w:type="dxa"/>
            <w:vAlign w:val="center"/>
          </w:tcPr>
          <w:p w14:paraId="1E686765" w14:textId="77777777" w:rsidR="00A50336" w:rsidRDefault="00000000">
            <w:r>
              <w:rPr>
                <w:sz w:val="17"/>
              </w:rPr>
              <w:t>Print publishing rights</w:t>
            </w:r>
          </w:p>
        </w:tc>
        <w:tc>
          <w:tcPr>
            <w:tcW w:w="6912" w:type="dxa"/>
            <w:vAlign w:val="center"/>
          </w:tcPr>
          <w:p w14:paraId="26535ED7" w14:textId="77777777" w:rsidR="00A50336" w:rsidRDefault="00000000">
            <w:r>
              <w:rPr>
                <w:sz w:val="17"/>
              </w:rPr>
              <w:t>Publication of the Shapeys reading books and/or activity books in physical print editions.</w:t>
            </w:r>
          </w:p>
        </w:tc>
      </w:tr>
      <w:tr w:rsidR="00A50336" w14:paraId="6D31F5EC" w14:textId="77777777" w:rsidTr="004263B0">
        <w:trPr>
          <w:trHeight w:val="415"/>
          <w:jc w:val="center"/>
        </w:trPr>
        <w:tc>
          <w:tcPr>
            <w:tcW w:w="3096" w:type="dxa"/>
            <w:vAlign w:val="center"/>
          </w:tcPr>
          <w:p w14:paraId="6F504356" w14:textId="77777777" w:rsidR="00A50336" w:rsidRDefault="00000000">
            <w:r>
              <w:rPr>
                <w:sz w:val="17"/>
              </w:rPr>
              <w:t>Translation rights</w:t>
            </w:r>
          </w:p>
        </w:tc>
        <w:tc>
          <w:tcPr>
            <w:tcW w:w="6912" w:type="dxa"/>
            <w:vAlign w:val="center"/>
          </w:tcPr>
          <w:p w14:paraId="753429BC" w14:textId="77777777" w:rsidR="00A50336" w:rsidRDefault="00000000">
            <w:r>
              <w:rPr>
                <w:sz w:val="17"/>
              </w:rPr>
              <w:t>Translation and publication in agreed languages, subject to approval of translations and terminology.</w:t>
            </w:r>
          </w:p>
        </w:tc>
      </w:tr>
      <w:tr w:rsidR="00A50336" w14:paraId="32E9923F" w14:textId="77777777" w:rsidTr="004263B0">
        <w:trPr>
          <w:trHeight w:val="415"/>
          <w:jc w:val="center"/>
        </w:trPr>
        <w:tc>
          <w:tcPr>
            <w:tcW w:w="3096" w:type="dxa"/>
            <w:vAlign w:val="center"/>
          </w:tcPr>
          <w:p w14:paraId="30B45CD7" w14:textId="77777777" w:rsidR="00A50336" w:rsidRDefault="00000000">
            <w:r>
              <w:rPr>
                <w:sz w:val="17"/>
              </w:rPr>
              <w:t>Territorial rights</w:t>
            </w:r>
          </w:p>
        </w:tc>
        <w:tc>
          <w:tcPr>
            <w:tcW w:w="6912" w:type="dxa"/>
            <w:vAlign w:val="center"/>
          </w:tcPr>
          <w:p w14:paraId="125A728F" w14:textId="77777777" w:rsidR="00A50336" w:rsidRDefault="00000000">
            <w:r>
              <w:rPr>
                <w:sz w:val="17"/>
              </w:rPr>
              <w:t>Rights may be discussed by country, region or agreed territory.</w:t>
            </w:r>
          </w:p>
        </w:tc>
      </w:tr>
      <w:tr w:rsidR="00A50336" w14:paraId="7CA19F2D" w14:textId="77777777" w:rsidTr="004263B0">
        <w:trPr>
          <w:trHeight w:val="415"/>
          <w:jc w:val="center"/>
        </w:trPr>
        <w:tc>
          <w:tcPr>
            <w:tcW w:w="3096" w:type="dxa"/>
            <w:vAlign w:val="center"/>
          </w:tcPr>
          <w:p w14:paraId="459C3A80" w14:textId="77777777" w:rsidR="00A50336" w:rsidRDefault="00000000">
            <w:r>
              <w:rPr>
                <w:sz w:val="17"/>
              </w:rPr>
              <w:t>Educational/institutional rights</w:t>
            </w:r>
          </w:p>
        </w:tc>
        <w:tc>
          <w:tcPr>
            <w:tcW w:w="6912" w:type="dxa"/>
            <w:vAlign w:val="center"/>
          </w:tcPr>
          <w:p w14:paraId="157D2282" w14:textId="77777777" w:rsidR="00A50336" w:rsidRDefault="00000000">
            <w:r>
              <w:rPr>
                <w:sz w:val="17"/>
              </w:rPr>
              <w:t>Use and distribution through schools, educational organisations and institutional channels where agreed.</w:t>
            </w:r>
          </w:p>
        </w:tc>
      </w:tr>
      <w:tr w:rsidR="00A50336" w14:paraId="71F143AF" w14:textId="77777777" w:rsidTr="004263B0">
        <w:trPr>
          <w:trHeight w:val="415"/>
          <w:jc w:val="center"/>
        </w:trPr>
        <w:tc>
          <w:tcPr>
            <w:tcW w:w="3096" w:type="dxa"/>
            <w:vAlign w:val="center"/>
          </w:tcPr>
          <w:p w14:paraId="5F648C43" w14:textId="77777777" w:rsidR="00A50336" w:rsidRDefault="00000000">
            <w:r>
              <w:rPr>
                <w:sz w:val="17"/>
              </w:rPr>
              <w:t>Digital publishing rights</w:t>
            </w:r>
          </w:p>
        </w:tc>
        <w:tc>
          <w:tcPr>
            <w:tcW w:w="6912" w:type="dxa"/>
            <w:vAlign w:val="center"/>
          </w:tcPr>
          <w:p w14:paraId="2F65DD8D" w14:textId="77777777" w:rsidR="00A50336" w:rsidRDefault="00000000">
            <w:r>
              <w:rPr>
                <w:sz w:val="17"/>
              </w:rPr>
              <w:t>E-books, digital editions, downloadable educational products and other agreed digital formats.</w:t>
            </w:r>
          </w:p>
        </w:tc>
      </w:tr>
      <w:tr w:rsidR="00A50336" w14:paraId="55C55EC5" w14:textId="77777777" w:rsidTr="004263B0">
        <w:trPr>
          <w:trHeight w:val="415"/>
          <w:jc w:val="center"/>
        </w:trPr>
        <w:tc>
          <w:tcPr>
            <w:tcW w:w="3096" w:type="dxa"/>
            <w:vAlign w:val="center"/>
          </w:tcPr>
          <w:p w14:paraId="4FBE8C21" w14:textId="77777777" w:rsidR="00A50336" w:rsidRDefault="00000000">
            <w:r>
              <w:rPr>
                <w:sz w:val="17"/>
              </w:rPr>
              <w:t>Audio rights</w:t>
            </w:r>
          </w:p>
        </w:tc>
        <w:tc>
          <w:tcPr>
            <w:tcW w:w="6912" w:type="dxa"/>
            <w:vAlign w:val="center"/>
          </w:tcPr>
          <w:p w14:paraId="5C12BC0E" w14:textId="77777777" w:rsidR="00A50336" w:rsidRDefault="00000000">
            <w:r>
              <w:rPr>
                <w:sz w:val="17"/>
              </w:rPr>
              <w:t>Audiobook, narrated reading and other audio adaptations, subject to format and approval.</w:t>
            </w:r>
          </w:p>
        </w:tc>
      </w:tr>
      <w:tr w:rsidR="00A50336" w14:paraId="0F38C468" w14:textId="77777777" w:rsidTr="004263B0">
        <w:trPr>
          <w:trHeight w:val="415"/>
          <w:jc w:val="center"/>
        </w:trPr>
        <w:tc>
          <w:tcPr>
            <w:tcW w:w="3096" w:type="dxa"/>
            <w:vAlign w:val="center"/>
          </w:tcPr>
          <w:p w14:paraId="0FD184CF" w14:textId="77777777" w:rsidR="00A50336" w:rsidRDefault="00000000">
            <w:r>
              <w:rPr>
                <w:sz w:val="17"/>
              </w:rPr>
              <w:t>Interactive/learning-platform rights</w:t>
            </w:r>
          </w:p>
        </w:tc>
        <w:tc>
          <w:tcPr>
            <w:tcW w:w="6912" w:type="dxa"/>
            <w:vAlign w:val="center"/>
          </w:tcPr>
          <w:p w14:paraId="73E0B97C" w14:textId="77777777" w:rsidR="00A50336" w:rsidRDefault="00000000">
            <w:r>
              <w:rPr>
                <w:sz w:val="17"/>
              </w:rPr>
              <w:t>Use within approved educational apps, learning platforms, games or interactive products.</w:t>
            </w:r>
          </w:p>
        </w:tc>
      </w:tr>
      <w:tr w:rsidR="00A50336" w14:paraId="201128ED" w14:textId="77777777" w:rsidTr="004263B0">
        <w:trPr>
          <w:trHeight w:val="415"/>
          <w:jc w:val="center"/>
        </w:trPr>
        <w:tc>
          <w:tcPr>
            <w:tcW w:w="3096" w:type="dxa"/>
            <w:vAlign w:val="center"/>
          </w:tcPr>
          <w:p w14:paraId="0FD39516" w14:textId="77777777" w:rsidR="00A50336" w:rsidRDefault="00000000">
            <w:r>
              <w:rPr>
                <w:sz w:val="17"/>
              </w:rPr>
              <w:t>Video/animation rights</w:t>
            </w:r>
          </w:p>
        </w:tc>
        <w:tc>
          <w:tcPr>
            <w:tcW w:w="6912" w:type="dxa"/>
            <w:vAlign w:val="center"/>
          </w:tcPr>
          <w:p w14:paraId="430B3586" w14:textId="77777777" w:rsidR="00A50336" w:rsidRDefault="00000000">
            <w:r>
              <w:rPr>
                <w:sz w:val="17"/>
              </w:rPr>
              <w:t>Adaptation of characters, stories or educational material into video or animation, subject to separate agreement.</w:t>
            </w:r>
          </w:p>
        </w:tc>
      </w:tr>
      <w:tr w:rsidR="00A50336" w14:paraId="28067F5B" w14:textId="77777777" w:rsidTr="004263B0">
        <w:trPr>
          <w:trHeight w:val="415"/>
          <w:jc w:val="center"/>
        </w:trPr>
        <w:tc>
          <w:tcPr>
            <w:tcW w:w="3096" w:type="dxa"/>
            <w:vAlign w:val="center"/>
          </w:tcPr>
          <w:p w14:paraId="4D5BDE5E" w14:textId="77777777" w:rsidR="00A50336" w:rsidRDefault="00000000">
            <w:r>
              <w:rPr>
                <w:sz w:val="17"/>
              </w:rPr>
              <w:t>Phonics rights</w:t>
            </w:r>
          </w:p>
        </w:tc>
        <w:tc>
          <w:tcPr>
            <w:tcW w:w="6912" w:type="dxa"/>
            <w:vAlign w:val="center"/>
          </w:tcPr>
          <w:p w14:paraId="586EA6EC" w14:textId="77777777" w:rsidR="00A50336" w:rsidRDefault="00000000">
            <w:r>
              <w:rPr>
                <w:sz w:val="17"/>
              </w:rPr>
              <w:t>Licensing of agreed elements of the Shapeys phonics programme, including supporting teaching materials.</w:t>
            </w:r>
          </w:p>
        </w:tc>
      </w:tr>
      <w:tr w:rsidR="00A50336" w14:paraId="2113AEA5" w14:textId="77777777" w:rsidTr="004263B0">
        <w:trPr>
          <w:trHeight w:val="415"/>
          <w:jc w:val="center"/>
        </w:trPr>
        <w:tc>
          <w:tcPr>
            <w:tcW w:w="3096" w:type="dxa"/>
            <w:vAlign w:val="center"/>
          </w:tcPr>
          <w:p w14:paraId="1C5094D0" w14:textId="77777777" w:rsidR="00A50336" w:rsidRDefault="00000000">
            <w:r>
              <w:rPr>
                <w:sz w:val="17"/>
              </w:rPr>
              <w:t>Teacher-resource rights</w:t>
            </w:r>
          </w:p>
        </w:tc>
        <w:tc>
          <w:tcPr>
            <w:tcW w:w="6912" w:type="dxa"/>
            <w:vAlign w:val="center"/>
          </w:tcPr>
          <w:p w14:paraId="5A699F5E" w14:textId="77777777" w:rsidR="00A50336" w:rsidRDefault="00000000">
            <w:r>
              <w:rPr>
                <w:sz w:val="17"/>
              </w:rPr>
              <w:t>Publication and distribution of agreed lesson plans, worksheets, flashcards and other supporting resources.</w:t>
            </w:r>
          </w:p>
        </w:tc>
      </w:tr>
      <w:tr w:rsidR="00A50336" w14:paraId="02A236C9" w14:textId="77777777" w:rsidTr="004263B0">
        <w:trPr>
          <w:trHeight w:val="415"/>
          <w:jc w:val="center"/>
        </w:trPr>
        <w:tc>
          <w:tcPr>
            <w:tcW w:w="3096" w:type="dxa"/>
            <w:vAlign w:val="center"/>
          </w:tcPr>
          <w:p w14:paraId="0B1FAD16" w14:textId="77777777" w:rsidR="00A50336" w:rsidRDefault="00000000">
            <w:r>
              <w:rPr>
                <w:sz w:val="17"/>
              </w:rPr>
              <w:t>Merchandising rights</w:t>
            </w:r>
          </w:p>
        </w:tc>
        <w:tc>
          <w:tcPr>
            <w:tcW w:w="6912" w:type="dxa"/>
            <w:vAlign w:val="center"/>
          </w:tcPr>
          <w:p w14:paraId="593FE0DC" w14:textId="77777777" w:rsidR="00A50336" w:rsidRDefault="00000000">
            <w:r>
              <w:rPr>
                <w:sz w:val="17"/>
              </w:rPr>
              <w:t>Character and brand merchandise may be discussed separately, with product categories and approvals specified in contract.</w:t>
            </w:r>
          </w:p>
        </w:tc>
      </w:tr>
      <w:tr w:rsidR="00A50336" w14:paraId="1EEAA100" w14:textId="77777777" w:rsidTr="004263B0">
        <w:trPr>
          <w:trHeight w:val="415"/>
          <w:jc w:val="center"/>
        </w:trPr>
        <w:tc>
          <w:tcPr>
            <w:tcW w:w="3096" w:type="dxa"/>
            <w:vAlign w:val="center"/>
          </w:tcPr>
          <w:p w14:paraId="241C6ED9" w14:textId="77777777" w:rsidR="00A50336" w:rsidRDefault="00000000">
            <w:r>
              <w:rPr>
                <w:sz w:val="17"/>
              </w:rPr>
              <w:t>Promotional rights</w:t>
            </w:r>
          </w:p>
        </w:tc>
        <w:tc>
          <w:tcPr>
            <w:tcW w:w="6912" w:type="dxa"/>
            <w:vAlign w:val="center"/>
          </w:tcPr>
          <w:p w14:paraId="71D54CA7" w14:textId="77777777" w:rsidR="00A50336" w:rsidRDefault="00000000">
            <w:r>
              <w:rPr>
                <w:sz w:val="17"/>
              </w:rPr>
              <w:t>Use of approved Shapeys artwork, characters, extracts and programme information for marketing the licensed edition.</w:t>
            </w:r>
          </w:p>
        </w:tc>
      </w:tr>
    </w:tbl>
    <w:p w14:paraId="2A2F3A11" w14:textId="77777777" w:rsidR="00A50336" w:rsidRDefault="00A50336"/>
    <w:p w14:paraId="70D37970" w14:textId="77777777" w:rsidR="00A50336" w:rsidRDefault="00000000">
      <w:r>
        <w:br w:type="page"/>
      </w:r>
    </w:p>
    <w:p w14:paraId="7BE6A0AA" w14:textId="77777777" w:rsidR="00A50336" w:rsidRDefault="00000000">
      <w:pPr>
        <w:pStyle w:val="Heading1"/>
      </w:pPr>
      <w:r>
        <w:lastRenderedPageBreak/>
        <w:t>4. Licensing Framework</w:t>
      </w:r>
    </w:p>
    <w:p w14:paraId="59AE9803" w14:textId="77777777" w:rsidR="00A50336" w:rsidRDefault="00000000">
      <w:r>
        <w:t>Shapeys can be licensed as a complete programme, as a subject range, as selected titles, or through agreed combinations of print and supporting educational rights. A publisher's proposal can therefore be tailored to its market, distribution model and educational strategy.</w:t>
      </w:r>
    </w:p>
    <w:tbl>
      <w:tblPr>
        <w:tblStyle w:val="TableGrid"/>
        <w:tblW w:w="0" w:type="auto"/>
        <w:jc w:val="center"/>
        <w:tblLook w:val="04A0" w:firstRow="1" w:lastRow="0" w:firstColumn="1" w:lastColumn="0" w:noHBand="0" w:noVBand="1"/>
      </w:tblPr>
      <w:tblGrid>
        <w:gridCol w:w="2448"/>
        <w:gridCol w:w="7560"/>
      </w:tblGrid>
      <w:tr w:rsidR="00A50336" w14:paraId="0526B207" w14:textId="77777777" w:rsidTr="004466CC">
        <w:trPr>
          <w:trHeight w:val="227"/>
          <w:jc w:val="center"/>
        </w:trPr>
        <w:tc>
          <w:tcPr>
            <w:tcW w:w="2448" w:type="dxa"/>
            <w:shd w:val="clear" w:color="auto" w:fill="1E88E5"/>
            <w:vAlign w:val="center"/>
          </w:tcPr>
          <w:p w14:paraId="1A0A877B" w14:textId="77777777" w:rsidR="00A50336" w:rsidRDefault="00000000">
            <w:r>
              <w:rPr>
                <w:b/>
                <w:sz w:val="17"/>
              </w:rPr>
              <w:t>Possible licence structure</w:t>
            </w:r>
          </w:p>
        </w:tc>
        <w:tc>
          <w:tcPr>
            <w:tcW w:w="7560" w:type="dxa"/>
            <w:shd w:val="clear" w:color="auto" w:fill="1E88E5"/>
            <w:vAlign w:val="center"/>
          </w:tcPr>
          <w:p w14:paraId="20FC2BBD" w14:textId="77777777" w:rsidR="00A50336" w:rsidRDefault="00000000">
            <w:r>
              <w:rPr>
                <w:b/>
                <w:sz w:val="17"/>
              </w:rPr>
              <w:t>Typical scope to discuss</w:t>
            </w:r>
          </w:p>
        </w:tc>
      </w:tr>
      <w:tr w:rsidR="00A50336" w14:paraId="1810B02A" w14:textId="77777777" w:rsidTr="004466CC">
        <w:trPr>
          <w:trHeight w:val="227"/>
          <w:jc w:val="center"/>
        </w:trPr>
        <w:tc>
          <w:tcPr>
            <w:tcW w:w="2448" w:type="dxa"/>
            <w:vAlign w:val="center"/>
          </w:tcPr>
          <w:p w14:paraId="38886B25" w14:textId="77777777" w:rsidR="00A50336" w:rsidRDefault="00000000">
            <w:r>
              <w:rPr>
                <w:sz w:val="17"/>
              </w:rPr>
              <w:t>Complete programme</w:t>
            </w:r>
          </w:p>
        </w:tc>
        <w:tc>
          <w:tcPr>
            <w:tcW w:w="7560" w:type="dxa"/>
            <w:vAlign w:val="center"/>
          </w:tcPr>
          <w:p w14:paraId="6483318C" w14:textId="05A8DDBB" w:rsidR="00A50336" w:rsidRDefault="004B0CA4">
            <w:r>
              <w:rPr>
                <w:sz w:val="17"/>
              </w:rPr>
              <w:t xml:space="preserve">All phonics materials. </w:t>
            </w:r>
            <w:r w:rsidR="00000000">
              <w:rPr>
                <w:sz w:val="17"/>
              </w:rPr>
              <w:t>All four subjects and agreed levels across an agreed territory.</w:t>
            </w:r>
          </w:p>
        </w:tc>
      </w:tr>
      <w:tr w:rsidR="00A50336" w14:paraId="73E5B33A" w14:textId="77777777" w:rsidTr="004466CC">
        <w:trPr>
          <w:trHeight w:val="227"/>
          <w:jc w:val="center"/>
        </w:trPr>
        <w:tc>
          <w:tcPr>
            <w:tcW w:w="2448" w:type="dxa"/>
            <w:vAlign w:val="center"/>
          </w:tcPr>
          <w:p w14:paraId="5342E8BD" w14:textId="77777777" w:rsidR="00A50336" w:rsidRDefault="00000000">
            <w:r>
              <w:rPr>
                <w:sz w:val="17"/>
              </w:rPr>
              <w:t>English programme</w:t>
            </w:r>
          </w:p>
        </w:tc>
        <w:tc>
          <w:tcPr>
            <w:tcW w:w="7560" w:type="dxa"/>
            <w:vAlign w:val="center"/>
          </w:tcPr>
          <w:p w14:paraId="48E77E51" w14:textId="5EF29027" w:rsidR="00A50336" w:rsidRDefault="004B0CA4">
            <w:r>
              <w:rPr>
                <w:sz w:val="17"/>
              </w:rPr>
              <w:t xml:space="preserve">48 </w:t>
            </w:r>
            <w:r w:rsidR="00000000">
              <w:rPr>
                <w:sz w:val="17"/>
              </w:rPr>
              <w:t xml:space="preserve">English readers, plus agreed English </w:t>
            </w:r>
            <w:r>
              <w:rPr>
                <w:sz w:val="17"/>
              </w:rPr>
              <w:t xml:space="preserve">16 </w:t>
            </w:r>
            <w:r w:rsidR="00000000">
              <w:rPr>
                <w:sz w:val="17"/>
              </w:rPr>
              <w:t>activity books and phonics/supporting resources.</w:t>
            </w:r>
          </w:p>
        </w:tc>
      </w:tr>
      <w:tr w:rsidR="00A50336" w14:paraId="79782088" w14:textId="77777777" w:rsidTr="004466CC">
        <w:trPr>
          <w:trHeight w:val="227"/>
          <w:jc w:val="center"/>
        </w:trPr>
        <w:tc>
          <w:tcPr>
            <w:tcW w:w="2448" w:type="dxa"/>
            <w:vAlign w:val="center"/>
          </w:tcPr>
          <w:p w14:paraId="4E19B50D" w14:textId="77777777" w:rsidR="00A50336" w:rsidRDefault="00000000">
            <w:r>
              <w:rPr>
                <w:sz w:val="17"/>
              </w:rPr>
              <w:t>Subject licence</w:t>
            </w:r>
          </w:p>
        </w:tc>
        <w:tc>
          <w:tcPr>
            <w:tcW w:w="7560" w:type="dxa"/>
            <w:vAlign w:val="center"/>
          </w:tcPr>
          <w:p w14:paraId="4B438CAA" w14:textId="77777777" w:rsidR="00A50336" w:rsidRDefault="00000000">
            <w:r>
              <w:rPr>
                <w:sz w:val="17"/>
              </w:rPr>
              <w:t>Mathematics, Science or Life Skills reader range, with associated activity books where agreed.</w:t>
            </w:r>
          </w:p>
        </w:tc>
      </w:tr>
      <w:tr w:rsidR="00A50336" w14:paraId="6AE898B3" w14:textId="77777777" w:rsidTr="004466CC">
        <w:trPr>
          <w:trHeight w:val="227"/>
          <w:jc w:val="center"/>
        </w:trPr>
        <w:tc>
          <w:tcPr>
            <w:tcW w:w="2448" w:type="dxa"/>
            <w:vAlign w:val="center"/>
          </w:tcPr>
          <w:p w14:paraId="10850C40" w14:textId="77777777" w:rsidR="00A50336" w:rsidRDefault="00000000">
            <w:r>
              <w:rPr>
                <w:sz w:val="17"/>
              </w:rPr>
              <w:t>Level licence</w:t>
            </w:r>
          </w:p>
        </w:tc>
        <w:tc>
          <w:tcPr>
            <w:tcW w:w="7560" w:type="dxa"/>
            <w:vAlign w:val="center"/>
          </w:tcPr>
          <w:p w14:paraId="5B33BD0E" w14:textId="77777777" w:rsidR="00A50336" w:rsidRDefault="00000000">
            <w:r>
              <w:rPr>
                <w:sz w:val="17"/>
              </w:rPr>
              <w:t>Level 1 or Level 2 readers within selected subjects.</w:t>
            </w:r>
          </w:p>
        </w:tc>
      </w:tr>
      <w:tr w:rsidR="00A50336" w14:paraId="3911D675" w14:textId="77777777" w:rsidTr="004466CC">
        <w:trPr>
          <w:trHeight w:val="227"/>
          <w:jc w:val="center"/>
        </w:trPr>
        <w:tc>
          <w:tcPr>
            <w:tcW w:w="2448" w:type="dxa"/>
            <w:vAlign w:val="center"/>
          </w:tcPr>
          <w:p w14:paraId="78370A54" w14:textId="77777777" w:rsidR="00A50336" w:rsidRDefault="00000000">
            <w:r>
              <w:rPr>
                <w:sz w:val="17"/>
              </w:rPr>
              <w:t>Selected-title licence</w:t>
            </w:r>
          </w:p>
        </w:tc>
        <w:tc>
          <w:tcPr>
            <w:tcW w:w="7560" w:type="dxa"/>
            <w:vAlign w:val="center"/>
          </w:tcPr>
          <w:p w14:paraId="729429BB" w14:textId="77777777" w:rsidR="00A50336" w:rsidRDefault="00000000">
            <w:r>
              <w:rPr>
                <w:sz w:val="17"/>
              </w:rPr>
              <w:t>A defined list of individual titles.</w:t>
            </w:r>
          </w:p>
        </w:tc>
      </w:tr>
      <w:tr w:rsidR="00A50336" w14:paraId="45131D5C" w14:textId="77777777" w:rsidTr="004466CC">
        <w:trPr>
          <w:trHeight w:val="227"/>
          <w:jc w:val="center"/>
        </w:trPr>
        <w:tc>
          <w:tcPr>
            <w:tcW w:w="2448" w:type="dxa"/>
            <w:vAlign w:val="center"/>
          </w:tcPr>
          <w:p w14:paraId="7C5D1327" w14:textId="77777777" w:rsidR="00A50336" w:rsidRDefault="00000000">
            <w:r>
              <w:rPr>
                <w:sz w:val="17"/>
              </w:rPr>
              <w:t>Print + digital</w:t>
            </w:r>
          </w:p>
        </w:tc>
        <w:tc>
          <w:tcPr>
            <w:tcW w:w="7560" w:type="dxa"/>
            <w:vAlign w:val="center"/>
          </w:tcPr>
          <w:p w14:paraId="19B4B868" w14:textId="77777777" w:rsidR="00A50336" w:rsidRDefault="00000000">
            <w:r>
              <w:rPr>
                <w:sz w:val="17"/>
              </w:rPr>
              <w:t>Physical editions together with agreed digital editions.</w:t>
            </w:r>
          </w:p>
        </w:tc>
      </w:tr>
      <w:tr w:rsidR="00A50336" w14:paraId="776E2758" w14:textId="77777777" w:rsidTr="004466CC">
        <w:trPr>
          <w:trHeight w:val="227"/>
          <w:jc w:val="center"/>
        </w:trPr>
        <w:tc>
          <w:tcPr>
            <w:tcW w:w="2448" w:type="dxa"/>
            <w:vAlign w:val="center"/>
          </w:tcPr>
          <w:p w14:paraId="095A3961" w14:textId="77777777" w:rsidR="00A50336" w:rsidRDefault="00000000">
            <w:r>
              <w:rPr>
                <w:sz w:val="17"/>
              </w:rPr>
              <w:t>Educational package</w:t>
            </w:r>
          </w:p>
        </w:tc>
        <w:tc>
          <w:tcPr>
            <w:tcW w:w="7560" w:type="dxa"/>
            <w:vAlign w:val="center"/>
          </w:tcPr>
          <w:p w14:paraId="6557E161" w14:textId="04790480" w:rsidR="00A50336" w:rsidRDefault="004B0CA4">
            <w:r>
              <w:rPr>
                <w:sz w:val="17"/>
              </w:rPr>
              <w:t xml:space="preserve">Phonics, </w:t>
            </w:r>
            <w:r w:rsidR="00000000">
              <w:rPr>
                <w:sz w:val="17"/>
              </w:rPr>
              <w:t>Readers, activity books and agreed teacher/learning resources.</w:t>
            </w:r>
          </w:p>
        </w:tc>
      </w:tr>
      <w:tr w:rsidR="00A50336" w14:paraId="54CCBF87" w14:textId="77777777" w:rsidTr="004466CC">
        <w:trPr>
          <w:trHeight w:val="227"/>
          <w:jc w:val="center"/>
        </w:trPr>
        <w:tc>
          <w:tcPr>
            <w:tcW w:w="2448" w:type="dxa"/>
            <w:vAlign w:val="center"/>
          </w:tcPr>
          <w:p w14:paraId="57E84464" w14:textId="77777777" w:rsidR="00A50336" w:rsidRDefault="00000000">
            <w:r>
              <w:rPr>
                <w:sz w:val="17"/>
              </w:rPr>
              <w:t>Character/content licence</w:t>
            </w:r>
          </w:p>
        </w:tc>
        <w:tc>
          <w:tcPr>
            <w:tcW w:w="7560" w:type="dxa"/>
            <w:vAlign w:val="center"/>
          </w:tcPr>
          <w:p w14:paraId="0494A00D" w14:textId="77777777" w:rsidR="00A50336" w:rsidRDefault="00000000">
            <w:r>
              <w:rPr>
                <w:sz w:val="17"/>
              </w:rPr>
              <w:t>Specified character, story, artwork or adaptation rights under a separate agreement.</w:t>
            </w:r>
          </w:p>
        </w:tc>
      </w:tr>
    </w:tbl>
    <w:p w14:paraId="4DDC8FB5" w14:textId="77777777" w:rsidR="00A50336" w:rsidRDefault="00A50336"/>
    <w:p w14:paraId="218201A6" w14:textId="77777777" w:rsidR="00A50336" w:rsidRDefault="00000000">
      <w:pPr>
        <w:pStyle w:val="Heading1"/>
      </w:pPr>
      <w:r>
        <w:t>5. Territorial and Language Rights</w:t>
      </w:r>
    </w:p>
    <w:p w14:paraId="1386108E" w14:textId="77777777" w:rsidR="00A50336" w:rsidRDefault="00000000">
      <w:r>
        <w:t>Rights may be negotiated for individual countries, groups of countries or wider territories. Translation rights may be licensed independently from English-language rights. Shapeys can also consider localised editions where selected educational content, examples or pages are adapted for an agreed market, subject to prior approval.</w:t>
      </w:r>
    </w:p>
    <w:p w14:paraId="1935C37F" w14:textId="77777777" w:rsidR="00A50336" w:rsidRPr="004466CC" w:rsidRDefault="00000000">
      <w:pPr>
        <w:pStyle w:val="Heading2"/>
        <w:rPr>
          <w:color w:val="365F91" w:themeColor="accent1" w:themeShade="BF"/>
          <w:sz w:val="40"/>
          <w:szCs w:val="40"/>
        </w:rPr>
      </w:pPr>
      <w:r w:rsidRPr="004466CC">
        <w:rPr>
          <w:color w:val="365F91" w:themeColor="accent1" w:themeShade="BF"/>
          <w:sz w:val="40"/>
          <w:szCs w:val="40"/>
        </w:rPr>
        <w:t>6. Exclusivity</w:t>
      </w:r>
    </w:p>
    <w:p w14:paraId="3E99A38C" w14:textId="77777777" w:rsidR="00A50336" w:rsidRDefault="00000000">
      <w:r>
        <w:t>Exclusive and non-exclusive arrangements may be considered. Any exclusivity should be defined precisely by territory, language, format, subject, title range, distribution channel and licence term. No exclusivity should be assumed from initial discussions or catalogue availability.</w:t>
      </w:r>
    </w:p>
    <w:p w14:paraId="2724057B" w14:textId="77777777" w:rsidR="00A50336" w:rsidRPr="004466CC" w:rsidRDefault="00000000">
      <w:pPr>
        <w:pStyle w:val="Heading2"/>
        <w:rPr>
          <w:color w:val="365F91" w:themeColor="accent1" w:themeShade="BF"/>
          <w:sz w:val="40"/>
          <w:szCs w:val="40"/>
        </w:rPr>
      </w:pPr>
      <w:r w:rsidRPr="004466CC">
        <w:rPr>
          <w:color w:val="365F91" w:themeColor="accent1" w:themeShade="BF"/>
          <w:sz w:val="40"/>
          <w:szCs w:val="40"/>
        </w:rPr>
        <w:t>7. Rights Approval and Quality Control</w:t>
      </w:r>
    </w:p>
    <w:p w14:paraId="2BF30E6F" w14:textId="77777777" w:rsidR="00A50336" w:rsidRDefault="00000000">
      <w:r>
        <w:t>Licensed editions should preserve the integrity of the Shapeys brand, characters and educational purpose. Translations, adaptations, new artwork, localisations, cover designs, substantial editorial changes and derivative products should be subject to an agreed approval process.</w:t>
      </w:r>
    </w:p>
    <w:p w14:paraId="720BFB08" w14:textId="5FE62FE4" w:rsidR="004B0CA4" w:rsidRDefault="004B0CA4" w:rsidP="004B0CA4">
      <w:pPr>
        <w:pStyle w:val="Heading1"/>
      </w:pPr>
      <w:r>
        <w:t>8</w:t>
      </w:r>
      <w:r>
        <w:t>. Phonics and Educational Resource Rights</w:t>
      </w:r>
    </w:p>
    <w:p w14:paraId="50AA57D8" w14:textId="02105506" w:rsidR="004B0CA4" w:rsidRDefault="004B0CA4" w:rsidP="004B0CA4">
      <w:r>
        <w:t>The</w:t>
      </w:r>
      <w:r>
        <w:t xml:space="preserve"> following schedule introduces the main items included in STEPS. </w:t>
      </w:r>
    </w:p>
    <w:tbl>
      <w:tblPr>
        <w:tblStyle w:val="TableGrid"/>
        <w:tblW w:w="8533" w:type="dxa"/>
        <w:tblInd w:w="704" w:type="dxa"/>
        <w:tblLook w:val="04A0" w:firstRow="1" w:lastRow="0" w:firstColumn="1" w:lastColumn="0" w:noHBand="0" w:noVBand="1"/>
      </w:tblPr>
      <w:tblGrid>
        <w:gridCol w:w="3698"/>
        <w:gridCol w:w="3325"/>
        <w:gridCol w:w="1510"/>
      </w:tblGrid>
      <w:tr w:rsidR="004B0CA4" w14:paraId="31455594" w14:textId="77777777" w:rsidTr="00FC7D38">
        <w:trPr>
          <w:trHeight w:val="236"/>
        </w:trPr>
        <w:tc>
          <w:tcPr>
            <w:tcW w:w="8533" w:type="dxa"/>
            <w:gridSpan w:val="3"/>
            <w:shd w:val="clear" w:color="auto" w:fill="1E88E5"/>
          </w:tcPr>
          <w:p w14:paraId="31F8CFB6" w14:textId="77777777" w:rsidR="004B0CA4" w:rsidRDefault="004B0CA4" w:rsidP="00E44E23">
            <w:pPr>
              <w:jc w:val="center"/>
              <w:rPr>
                <w:b/>
                <w:sz w:val="17"/>
              </w:rPr>
            </w:pPr>
            <w:r>
              <w:rPr>
                <w:b/>
                <w:sz w:val="17"/>
              </w:rPr>
              <w:t>STEPS Phonics</w:t>
            </w:r>
          </w:p>
        </w:tc>
      </w:tr>
      <w:tr w:rsidR="004B0CA4" w14:paraId="776B0DB4" w14:textId="77777777" w:rsidTr="00FC7D38">
        <w:trPr>
          <w:trHeight w:val="236"/>
        </w:trPr>
        <w:tc>
          <w:tcPr>
            <w:tcW w:w="3192" w:type="dxa"/>
            <w:shd w:val="clear" w:color="auto" w:fill="1E88E5"/>
            <w:vAlign w:val="center"/>
          </w:tcPr>
          <w:p w14:paraId="4BF0EE26" w14:textId="77777777" w:rsidR="004B0CA4" w:rsidRDefault="004B0CA4" w:rsidP="00E44E23">
            <w:r>
              <w:rPr>
                <w:b/>
                <w:sz w:val="17"/>
              </w:rPr>
              <w:t>Learning area</w:t>
            </w:r>
          </w:p>
        </w:tc>
        <w:tc>
          <w:tcPr>
            <w:tcW w:w="0" w:type="auto"/>
            <w:shd w:val="clear" w:color="auto" w:fill="1E88E5"/>
            <w:vAlign w:val="center"/>
          </w:tcPr>
          <w:p w14:paraId="74ED0A68" w14:textId="77777777" w:rsidR="004B0CA4" w:rsidRDefault="004B0CA4" w:rsidP="00E44E23"/>
        </w:tc>
        <w:tc>
          <w:tcPr>
            <w:tcW w:w="0" w:type="auto"/>
            <w:shd w:val="clear" w:color="auto" w:fill="1E88E5"/>
            <w:vAlign w:val="center"/>
          </w:tcPr>
          <w:p w14:paraId="44B5397B" w14:textId="77777777" w:rsidR="004B0CA4" w:rsidRDefault="004B0CA4" w:rsidP="00E44E23">
            <w:r>
              <w:rPr>
                <w:b/>
                <w:sz w:val="17"/>
              </w:rPr>
              <w:t>Activity books</w:t>
            </w:r>
          </w:p>
        </w:tc>
      </w:tr>
      <w:tr w:rsidR="004B0CA4" w14:paraId="22B0BE95" w14:textId="77777777" w:rsidTr="00FC7D38">
        <w:trPr>
          <w:trHeight w:val="283"/>
        </w:trPr>
        <w:tc>
          <w:tcPr>
            <w:tcW w:w="3192" w:type="dxa"/>
            <w:vAlign w:val="center"/>
          </w:tcPr>
          <w:p w14:paraId="60F9B36A" w14:textId="77777777" w:rsidR="004B0CA4" w:rsidRPr="000561A9" w:rsidRDefault="004B0CA4" w:rsidP="00E44E23">
            <w:pPr>
              <w:rPr>
                <w:sz w:val="17"/>
                <w:szCs w:val="17"/>
              </w:rPr>
            </w:pPr>
            <w:r w:rsidRPr="000561A9">
              <w:rPr>
                <w:sz w:val="17"/>
                <w:szCs w:val="17"/>
              </w:rPr>
              <w:t>Sounds</w:t>
            </w:r>
          </w:p>
        </w:tc>
        <w:tc>
          <w:tcPr>
            <w:tcW w:w="0" w:type="auto"/>
            <w:vAlign w:val="center"/>
          </w:tcPr>
          <w:p w14:paraId="6664E19E" w14:textId="77777777" w:rsidR="004B0CA4" w:rsidRPr="000561A9" w:rsidRDefault="004B0CA4" w:rsidP="00E44E23">
            <w:pPr>
              <w:rPr>
                <w:sz w:val="17"/>
                <w:szCs w:val="17"/>
              </w:rPr>
            </w:pPr>
            <w:r w:rsidRPr="000561A9">
              <w:rPr>
                <w:sz w:val="17"/>
                <w:szCs w:val="17"/>
              </w:rPr>
              <w:t xml:space="preserve">Teaching Manual </w:t>
            </w:r>
            <w:r>
              <w:rPr>
                <w:sz w:val="17"/>
                <w:szCs w:val="17"/>
              </w:rPr>
              <w:t xml:space="preserve">Step </w:t>
            </w:r>
            <w:r w:rsidRPr="000561A9">
              <w:rPr>
                <w:sz w:val="17"/>
                <w:szCs w:val="17"/>
              </w:rPr>
              <w:t>1</w:t>
            </w:r>
          </w:p>
        </w:tc>
        <w:tc>
          <w:tcPr>
            <w:tcW w:w="0" w:type="auto"/>
            <w:vAlign w:val="center"/>
          </w:tcPr>
          <w:p w14:paraId="47304AC2" w14:textId="77777777" w:rsidR="004B0CA4" w:rsidRPr="000561A9" w:rsidRDefault="004B0CA4" w:rsidP="00E44E23">
            <w:pPr>
              <w:rPr>
                <w:sz w:val="17"/>
                <w:szCs w:val="17"/>
              </w:rPr>
            </w:pPr>
            <w:r w:rsidRPr="000561A9">
              <w:rPr>
                <w:sz w:val="17"/>
                <w:szCs w:val="17"/>
              </w:rPr>
              <w:t>1</w:t>
            </w:r>
          </w:p>
        </w:tc>
      </w:tr>
      <w:tr w:rsidR="004B0CA4" w14:paraId="30618A36" w14:textId="77777777" w:rsidTr="00FC7D38">
        <w:trPr>
          <w:trHeight w:val="283"/>
        </w:trPr>
        <w:tc>
          <w:tcPr>
            <w:tcW w:w="3192" w:type="dxa"/>
            <w:vAlign w:val="center"/>
          </w:tcPr>
          <w:p w14:paraId="718C2641" w14:textId="77777777" w:rsidR="004B0CA4" w:rsidRPr="000561A9" w:rsidRDefault="004B0CA4" w:rsidP="00E44E23">
            <w:pPr>
              <w:rPr>
                <w:sz w:val="17"/>
                <w:szCs w:val="17"/>
              </w:rPr>
            </w:pPr>
            <w:r w:rsidRPr="000561A9">
              <w:rPr>
                <w:sz w:val="17"/>
                <w:szCs w:val="17"/>
              </w:rPr>
              <w:t>Letter Sounds</w:t>
            </w:r>
          </w:p>
        </w:tc>
        <w:tc>
          <w:tcPr>
            <w:tcW w:w="0" w:type="auto"/>
            <w:vAlign w:val="center"/>
          </w:tcPr>
          <w:p w14:paraId="28A47A6F" w14:textId="77777777" w:rsidR="004B0CA4" w:rsidRPr="000561A9" w:rsidRDefault="004B0CA4" w:rsidP="00E44E23">
            <w:pPr>
              <w:rPr>
                <w:sz w:val="17"/>
                <w:szCs w:val="17"/>
              </w:rPr>
            </w:pPr>
            <w:r w:rsidRPr="000561A9">
              <w:rPr>
                <w:sz w:val="17"/>
                <w:szCs w:val="17"/>
              </w:rPr>
              <w:t xml:space="preserve">Teaching Manual </w:t>
            </w:r>
            <w:r>
              <w:rPr>
                <w:sz w:val="17"/>
                <w:szCs w:val="17"/>
              </w:rPr>
              <w:t xml:space="preserve">Step </w:t>
            </w:r>
            <w:r w:rsidRPr="000561A9">
              <w:rPr>
                <w:sz w:val="17"/>
                <w:szCs w:val="17"/>
              </w:rPr>
              <w:t>2</w:t>
            </w:r>
          </w:p>
        </w:tc>
        <w:tc>
          <w:tcPr>
            <w:tcW w:w="0" w:type="auto"/>
            <w:vAlign w:val="center"/>
          </w:tcPr>
          <w:p w14:paraId="48F9C0AD" w14:textId="77777777" w:rsidR="004B0CA4" w:rsidRPr="000561A9" w:rsidRDefault="004B0CA4" w:rsidP="00E44E23">
            <w:pPr>
              <w:rPr>
                <w:sz w:val="17"/>
                <w:szCs w:val="17"/>
              </w:rPr>
            </w:pPr>
            <w:r w:rsidRPr="000561A9">
              <w:rPr>
                <w:sz w:val="17"/>
                <w:szCs w:val="17"/>
              </w:rPr>
              <w:t>1</w:t>
            </w:r>
          </w:p>
        </w:tc>
      </w:tr>
      <w:tr w:rsidR="004B0CA4" w14:paraId="42AB9ECE" w14:textId="77777777" w:rsidTr="00FC7D38">
        <w:trPr>
          <w:trHeight w:val="283"/>
        </w:trPr>
        <w:tc>
          <w:tcPr>
            <w:tcW w:w="3192" w:type="dxa"/>
            <w:vAlign w:val="center"/>
          </w:tcPr>
          <w:p w14:paraId="28FFF988" w14:textId="77777777" w:rsidR="004B0CA4" w:rsidRPr="000561A9" w:rsidRDefault="004B0CA4" w:rsidP="00E44E23">
            <w:pPr>
              <w:rPr>
                <w:sz w:val="17"/>
                <w:szCs w:val="17"/>
              </w:rPr>
            </w:pPr>
            <w:r w:rsidRPr="000561A9">
              <w:rPr>
                <w:sz w:val="17"/>
                <w:szCs w:val="17"/>
              </w:rPr>
              <w:t>Tricky Words</w:t>
            </w:r>
          </w:p>
        </w:tc>
        <w:tc>
          <w:tcPr>
            <w:tcW w:w="0" w:type="auto"/>
            <w:vAlign w:val="center"/>
          </w:tcPr>
          <w:p w14:paraId="7F14ADEB" w14:textId="77777777" w:rsidR="004B0CA4" w:rsidRPr="000561A9" w:rsidRDefault="004B0CA4" w:rsidP="00E44E23">
            <w:pPr>
              <w:rPr>
                <w:sz w:val="17"/>
                <w:szCs w:val="17"/>
              </w:rPr>
            </w:pPr>
            <w:r w:rsidRPr="000561A9">
              <w:rPr>
                <w:sz w:val="17"/>
                <w:szCs w:val="17"/>
              </w:rPr>
              <w:t xml:space="preserve">Teaching Manual </w:t>
            </w:r>
            <w:r>
              <w:rPr>
                <w:sz w:val="17"/>
                <w:szCs w:val="17"/>
              </w:rPr>
              <w:t>Step 3</w:t>
            </w:r>
          </w:p>
        </w:tc>
        <w:tc>
          <w:tcPr>
            <w:tcW w:w="0" w:type="auto"/>
            <w:vAlign w:val="center"/>
          </w:tcPr>
          <w:p w14:paraId="57611691" w14:textId="77777777" w:rsidR="004B0CA4" w:rsidRPr="000561A9" w:rsidRDefault="004B0CA4" w:rsidP="00E44E23">
            <w:pPr>
              <w:rPr>
                <w:sz w:val="17"/>
                <w:szCs w:val="17"/>
              </w:rPr>
            </w:pPr>
            <w:r w:rsidRPr="000561A9">
              <w:rPr>
                <w:sz w:val="17"/>
                <w:szCs w:val="17"/>
              </w:rPr>
              <w:t>1</w:t>
            </w:r>
          </w:p>
        </w:tc>
      </w:tr>
      <w:tr w:rsidR="004B0CA4" w14:paraId="47E400FB" w14:textId="77777777" w:rsidTr="00FC7D38">
        <w:trPr>
          <w:trHeight w:val="283"/>
        </w:trPr>
        <w:tc>
          <w:tcPr>
            <w:tcW w:w="3192" w:type="dxa"/>
            <w:vAlign w:val="center"/>
          </w:tcPr>
          <w:p w14:paraId="4CF80E6A" w14:textId="77777777" w:rsidR="004B0CA4" w:rsidRPr="000561A9" w:rsidRDefault="004B0CA4" w:rsidP="00E44E23">
            <w:pPr>
              <w:rPr>
                <w:sz w:val="17"/>
                <w:szCs w:val="17"/>
              </w:rPr>
            </w:pPr>
            <w:r w:rsidRPr="000561A9">
              <w:rPr>
                <w:sz w:val="17"/>
                <w:szCs w:val="17"/>
              </w:rPr>
              <w:t>Practice</w:t>
            </w:r>
          </w:p>
        </w:tc>
        <w:tc>
          <w:tcPr>
            <w:tcW w:w="0" w:type="auto"/>
            <w:vAlign w:val="center"/>
          </w:tcPr>
          <w:p w14:paraId="634DE095" w14:textId="77777777" w:rsidR="004B0CA4" w:rsidRPr="000561A9" w:rsidRDefault="004B0CA4" w:rsidP="00E44E23">
            <w:pPr>
              <w:rPr>
                <w:sz w:val="17"/>
                <w:szCs w:val="17"/>
              </w:rPr>
            </w:pPr>
            <w:r w:rsidRPr="000561A9">
              <w:rPr>
                <w:sz w:val="17"/>
                <w:szCs w:val="17"/>
              </w:rPr>
              <w:t>Exercise Book Step 2</w:t>
            </w:r>
          </w:p>
        </w:tc>
        <w:tc>
          <w:tcPr>
            <w:tcW w:w="0" w:type="auto"/>
            <w:vAlign w:val="center"/>
          </w:tcPr>
          <w:p w14:paraId="3DAD996F" w14:textId="77777777" w:rsidR="004B0CA4" w:rsidRPr="000561A9" w:rsidRDefault="004B0CA4" w:rsidP="00E44E23">
            <w:pPr>
              <w:rPr>
                <w:sz w:val="17"/>
                <w:szCs w:val="17"/>
              </w:rPr>
            </w:pPr>
            <w:r w:rsidRPr="000561A9">
              <w:rPr>
                <w:sz w:val="17"/>
                <w:szCs w:val="17"/>
              </w:rPr>
              <w:t>1</w:t>
            </w:r>
          </w:p>
        </w:tc>
      </w:tr>
      <w:tr w:rsidR="004B0CA4" w14:paraId="26F88049" w14:textId="77777777" w:rsidTr="00FC7D38">
        <w:trPr>
          <w:trHeight w:val="283"/>
        </w:trPr>
        <w:tc>
          <w:tcPr>
            <w:tcW w:w="3192" w:type="dxa"/>
            <w:vAlign w:val="center"/>
          </w:tcPr>
          <w:p w14:paraId="110665DE" w14:textId="77777777" w:rsidR="004B0CA4" w:rsidRPr="000561A9" w:rsidRDefault="004B0CA4" w:rsidP="00E44E23">
            <w:pPr>
              <w:rPr>
                <w:sz w:val="17"/>
                <w:szCs w:val="17"/>
              </w:rPr>
            </w:pPr>
            <w:r w:rsidRPr="000561A9">
              <w:rPr>
                <w:sz w:val="17"/>
                <w:szCs w:val="17"/>
              </w:rPr>
              <w:t>Practice</w:t>
            </w:r>
          </w:p>
        </w:tc>
        <w:tc>
          <w:tcPr>
            <w:tcW w:w="0" w:type="auto"/>
            <w:vAlign w:val="center"/>
          </w:tcPr>
          <w:p w14:paraId="3D7EB078" w14:textId="77777777" w:rsidR="004B0CA4" w:rsidRPr="000561A9" w:rsidRDefault="004B0CA4" w:rsidP="00E44E23">
            <w:pPr>
              <w:rPr>
                <w:sz w:val="17"/>
                <w:szCs w:val="17"/>
              </w:rPr>
            </w:pPr>
            <w:r w:rsidRPr="000561A9">
              <w:rPr>
                <w:sz w:val="17"/>
                <w:szCs w:val="17"/>
              </w:rPr>
              <w:t>Exercise Book Step 3</w:t>
            </w:r>
          </w:p>
        </w:tc>
        <w:tc>
          <w:tcPr>
            <w:tcW w:w="0" w:type="auto"/>
            <w:vAlign w:val="center"/>
          </w:tcPr>
          <w:p w14:paraId="4044B5A0" w14:textId="77777777" w:rsidR="004B0CA4" w:rsidRPr="000561A9" w:rsidRDefault="004B0CA4" w:rsidP="00E44E23">
            <w:pPr>
              <w:rPr>
                <w:sz w:val="17"/>
                <w:szCs w:val="17"/>
              </w:rPr>
            </w:pPr>
            <w:r w:rsidRPr="000561A9">
              <w:rPr>
                <w:sz w:val="17"/>
                <w:szCs w:val="17"/>
              </w:rPr>
              <w:t>1</w:t>
            </w:r>
          </w:p>
        </w:tc>
      </w:tr>
      <w:tr w:rsidR="004B0CA4" w14:paraId="122D1B83" w14:textId="77777777" w:rsidTr="00FC7D38">
        <w:trPr>
          <w:trHeight w:val="283"/>
        </w:trPr>
        <w:tc>
          <w:tcPr>
            <w:tcW w:w="3192" w:type="dxa"/>
            <w:vAlign w:val="center"/>
          </w:tcPr>
          <w:p w14:paraId="265E3D19" w14:textId="1628871D" w:rsidR="004B0CA4" w:rsidRPr="000561A9" w:rsidRDefault="00070E24" w:rsidP="00E44E23">
            <w:pPr>
              <w:rPr>
                <w:sz w:val="17"/>
                <w:szCs w:val="17"/>
              </w:rPr>
            </w:pPr>
            <w:r>
              <w:rPr>
                <w:sz w:val="17"/>
                <w:szCs w:val="17"/>
              </w:rPr>
              <w:t>Classroom</w:t>
            </w:r>
          </w:p>
        </w:tc>
        <w:tc>
          <w:tcPr>
            <w:tcW w:w="0" w:type="auto"/>
            <w:vAlign w:val="center"/>
          </w:tcPr>
          <w:p w14:paraId="085AB3FD" w14:textId="0C21138E" w:rsidR="004B0CA4" w:rsidRPr="000561A9" w:rsidRDefault="00070E24" w:rsidP="00E44E23">
            <w:pPr>
              <w:rPr>
                <w:sz w:val="17"/>
                <w:szCs w:val="17"/>
              </w:rPr>
            </w:pPr>
            <w:r>
              <w:rPr>
                <w:sz w:val="17"/>
                <w:szCs w:val="17"/>
              </w:rPr>
              <w:t>Flashcards, Wallcharts, Word Cards</w:t>
            </w:r>
          </w:p>
        </w:tc>
        <w:tc>
          <w:tcPr>
            <w:tcW w:w="0" w:type="auto"/>
            <w:vAlign w:val="center"/>
          </w:tcPr>
          <w:p w14:paraId="1AB7A477" w14:textId="385A7A3D" w:rsidR="004B0CA4" w:rsidRPr="000561A9" w:rsidRDefault="00070E24" w:rsidP="00E44E23">
            <w:pPr>
              <w:rPr>
                <w:sz w:val="17"/>
                <w:szCs w:val="17"/>
              </w:rPr>
            </w:pPr>
            <w:r>
              <w:rPr>
                <w:sz w:val="17"/>
                <w:szCs w:val="17"/>
              </w:rPr>
              <w:t>1 Set</w:t>
            </w:r>
          </w:p>
        </w:tc>
      </w:tr>
    </w:tbl>
    <w:p w14:paraId="0C2E94B7" w14:textId="77777777" w:rsidR="004B0CA4" w:rsidRDefault="004B0CA4"/>
    <w:p w14:paraId="267D8E7E" w14:textId="77777777" w:rsidR="00A50336" w:rsidRDefault="00000000">
      <w:pPr>
        <w:pStyle w:val="Heading1"/>
      </w:pPr>
      <w:r>
        <w:lastRenderedPageBreak/>
        <w:t>8. The 48-Book Rights Schedule</w:t>
      </w:r>
    </w:p>
    <w:p w14:paraId="39D04D44" w14:textId="77777777" w:rsidR="00A50336" w:rsidRDefault="00000000">
      <w:r>
        <w:t>The following schedule identifies the current 48 reading books by subject and level. Each title can be considered for the rights categories described in this Guide, subject to availability and a separate licence.</w:t>
      </w:r>
    </w:p>
    <w:p w14:paraId="07310D36" w14:textId="77777777" w:rsidR="00A50336" w:rsidRDefault="00000000">
      <w:pPr>
        <w:pStyle w:val="Heading2"/>
      </w:pPr>
      <w:r>
        <w:t>English — Level 1</w:t>
      </w:r>
    </w:p>
    <w:tbl>
      <w:tblPr>
        <w:tblStyle w:val="TableGrid"/>
        <w:tblW w:w="0" w:type="auto"/>
        <w:jc w:val="center"/>
        <w:tblLook w:val="04A0" w:firstRow="1" w:lastRow="0" w:firstColumn="1" w:lastColumn="0" w:noHBand="0" w:noVBand="1"/>
      </w:tblPr>
      <w:tblGrid>
        <w:gridCol w:w="3162"/>
        <w:gridCol w:w="2178"/>
        <w:gridCol w:w="1070"/>
        <w:gridCol w:w="3804"/>
      </w:tblGrid>
      <w:tr w:rsidR="00A50336" w14:paraId="0FE4DB67" w14:textId="77777777">
        <w:trPr>
          <w:jc w:val="center"/>
        </w:trPr>
        <w:tc>
          <w:tcPr>
            <w:tcW w:w="3240" w:type="dxa"/>
            <w:shd w:val="clear" w:color="auto" w:fill="1E88E5"/>
            <w:vAlign w:val="center"/>
          </w:tcPr>
          <w:p w14:paraId="7FD48C7B" w14:textId="77777777" w:rsidR="00A50336" w:rsidRDefault="00000000">
            <w:r>
              <w:rPr>
                <w:b/>
                <w:sz w:val="17"/>
              </w:rPr>
              <w:t>Title</w:t>
            </w:r>
          </w:p>
        </w:tc>
        <w:tc>
          <w:tcPr>
            <w:tcW w:w="2232" w:type="dxa"/>
            <w:shd w:val="clear" w:color="auto" w:fill="1E88E5"/>
            <w:vAlign w:val="center"/>
          </w:tcPr>
          <w:p w14:paraId="181E4FE9" w14:textId="77777777" w:rsidR="00A50336" w:rsidRDefault="00000000">
            <w:r>
              <w:rPr>
                <w:b/>
                <w:sz w:val="17"/>
              </w:rPr>
              <w:t>ISBN</w:t>
            </w:r>
          </w:p>
        </w:tc>
        <w:tc>
          <w:tcPr>
            <w:tcW w:w="1080" w:type="dxa"/>
            <w:shd w:val="clear" w:color="auto" w:fill="1E88E5"/>
            <w:vAlign w:val="center"/>
          </w:tcPr>
          <w:p w14:paraId="5DEC4F9F" w14:textId="77777777" w:rsidR="00A50336" w:rsidRDefault="00000000">
            <w:r>
              <w:rPr>
                <w:b/>
                <w:sz w:val="17"/>
              </w:rPr>
              <w:t>Format</w:t>
            </w:r>
          </w:p>
        </w:tc>
        <w:tc>
          <w:tcPr>
            <w:tcW w:w="3888" w:type="dxa"/>
            <w:shd w:val="clear" w:color="auto" w:fill="1E88E5"/>
            <w:vAlign w:val="center"/>
          </w:tcPr>
          <w:p w14:paraId="4DB76685" w14:textId="77777777" w:rsidR="00A50336" w:rsidRDefault="00000000">
            <w:r>
              <w:rPr>
                <w:b/>
                <w:sz w:val="17"/>
              </w:rPr>
              <w:t>Learning focus</w:t>
            </w:r>
          </w:p>
        </w:tc>
      </w:tr>
      <w:tr w:rsidR="00A50336" w14:paraId="24A7A33B" w14:textId="77777777">
        <w:trPr>
          <w:jc w:val="center"/>
        </w:trPr>
        <w:tc>
          <w:tcPr>
            <w:tcW w:w="3240" w:type="dxa"/>
            <w:vAlign w:val="center"/>
          </w:tcPr>
          <w:p w14:paraId="59C1C526" w14:textId="77777777" w:rsidR="00A50336" w:rsidRDefault="00000000">
            <w:r>
              <w:rPr>
                <w:sz w:val="17"/>
              </w:rPr>
              <w:t>Shapeys Talking Fruit</w:t>
            </w:r>
          </w:p>
        </w:tc>
        <w:tc>
          <w:tcPr>
            <w:tcW w:w="2232" w:type="dxa"/>
            <w:vAlign w:val="center"/>
          </w:tcPr>
          <w:p w14:paraId="79B52EA0" w14:textId="77777777" w:rsidR="00A50336" w:rsidRDefault="00000000">
            <w:r>
              <w:rPr>
                <w:sz w:val="17"/>
              </w:rPr>
              <w:t>978-981-08-7309-7</w:t>
            </w:r>
          </w:p>
        </w:tc>
        <w:tc>
          <w:tcPr>
            <w:tcW w:w="1080" w:type="dxa"/>
            <w:vAlign w:val="center"/>
          </w:tcPr>
          <w:p w14:paraId="36CA9893" w14:textId="77777777" w:rsidR="00A50336" w:rsidRDefault="00000000">
            <w:r>
              <w:rPr>
                <w:sz w:val="17"/>
              </w:rPr>
              <w:t>16 pp</w:t>
            </w:r>
          </w:p>
        </w:tc>
        <w:tc>
          <w:tcPr>
            <w:tcW w:w="3888" w:type="dxa"/>
            <w:vAlign w:val="center"/>
          </w:tcPr>
          <w:p w14:paraId="154C2156" w14:textId="77777777" w:rsidR="00A50336" w:rsidRDefault="00000000">
            <w:r>
              <w:rPr>
                <w:sz w:val="17"/>
              </w:rPr>
              <w:t>Grammar and fruit vocabulary</w:t>
            </w:r>
          </w:p>
        </w:tc>
      </w:tr>
      <w:tr w:rsidR="00A50336" w14:paraId="06BAEFFC" w14:textId="77777777">
        <w:trPr>
          <w:jc w:val="center"/>
        </w:trPr>
        <w:tc>
          <w:tcPr>
            <w:tcW w:w="3240" w:type="dxa"/>
            <w:vAlign w:val="center"/>
          </w:tcPr>
          <w:p w14:paraId="4E2DD0BF" w14:textId="77777777" w:rsidR="00A50336" w:rsidRDefault="00000000">
            <w:r>
              <w:rPr>
                <w:sz w:val="17"/>
              </w:rPr>
              <w:t>Shapeys “I Have Pink Hair”</w:t>
            </w:r>
          </w:p>
        </w:tc>
        <w:tc>
          <w:tcPr>
            <w:tcW w:w="2232" w:type="dxa"/>
            <w:vAlign w:val="center"/>
          </w:tcPr>
          <w:p w14:paraId="4EADFFB6" w14:textId="77777777" w:rsidR="00A50336" w:rsidRDefault="00000000">
            <w:r>
              <w:rPr>
                <w:sz w:val="17"/>
              </w:rPr>
              <w:t>978-982-08-7310-3</w:t>
            </w:r>
          </w:p>
        </w:tc>
        <w:tc>
          <w:tcPr>
            <w:tcW w:w="1080" w:type="dxa"/>
            <w:vAlign w:val="center"/>
          </w:tcPr>
          <w:p w14:paraId="0437B82C" w14:textId="77777777" w:rsidR="00A50336" w:rsidRDefault="00000000">
            <w:r>
              <w:rPr>
                <w:sz w:val="17"/>
              </w:rPr>
              <w:t>16 pp</w:t>
            </w:r>
          </w:p>
        </w:tc>
        <w:tc>
          <w:tcPr>
            <w:tcW w:w="3888" w:type="dxa"/>
            <w:vAlign w:val="center"/>
          </w:tcPr>
          <w:p w14:paraId="68A1154C" w14:textId="77777777" w:rsidR="00A50336" w:rsidRDefault="00000000">
            <w:r>
              <w:rPr>
                <w:sz w:val="17"/>
              </w:rPr>
              <w:t>I + have; parts of the body</w:t>
            </w:r>
          </w:p>
        </w:tc>
      </w:tr>
      <w:tr w:rsidR="00A50336" w14:paraId="665B8193" w14:textId="77777777">
        <w:trPr>
          <w:jc w:val="center"/>
        </w:trPr>
        <w:tc>
          <w:tcPr>
            <w:tcW w:w="3240" w:type="dxa"/>
            <w:vAlign w:val="center"/>
          </w:tcPr>
          <w:p w14:paraId="4C955530" w14:textId="77777777" w:rsidR="00A50336" w:rsidRDefault="00000000">
            <w:r>
              <w:rPr>
                <w:sz w:val="17"/>
              </w:rPr>
              <w:t>Shapeys “Who Will Do It?”</w:t>
            </w:r>
          </w:p>
        </w:tc>
        <w:tc>
          <w:tcPr>
            <w:tcW w:w="2232" w:type="dxa"/>
            <w:vAlign w:val="center"/>
          </w:tcPr>
          <w:p w14:paraId="17F1E696" w14:textId="77777777" w:rsidR="00A50336" w:rsidRDefault="00000000">
            <w:r>
              <w:rPr>
                <w:sz w:val="17"/>
              </w:rPr>
              <w:t>978-981-08-7311-0</w:t>
            </w:r>
          </w:p>
        </w:tc>
        <w:tc>
          <w:tcPr>
            <w:tcW w:w="1080" w:type="dxa"/>
            <w:vAlign w:val="center"/>
          </w:tcPr>
          <w:p w14:paraId="3627BB4B" w14:textId="77777777" w:rsidR="00A50336" w:rsidRDefault="00000000">
            <w:r>
              <w:rPr>
                <w:sz w:val="17"/>
              </w:rPr>
              <w:t>16 pp</w:t>
            </w:r>
          </w:p>
        </w:tc>
        <w:tc>
          <w:tcPr>
            <w:tcW w:w="3888" w:type="dxa"/>
            <w:vAlign w:val="center"/>
          </w:tcPr>
          <w:p w14:paraId="2D490BEE" w14:textId="77777777" w:rsidR="00A50336" w:rsidRDefault="00000000">
            <w:r>
              <w:rPr>
                <w:sz w:val="17"/>
              </w:rPr>
              <w:t>Who?; and; vehicles and people</w:t>
            </w:r>
          </w:p>
        </w:tc>
      </w:tr>
      <w:tr w:rsidR="00A50336" w14:paraId="1EA70C72" w14:textId="77777777">
        <w:trPr>
          <w:jc w:val="center"/>
        </w:trPr>
        <w:tc>
          <w:tcPr>
            <w:tcW w:w="3240" w:type="dxa"/>
            <w:vAlign w:val="center"/>
          </w:tcPr>
          <w:p w14:paraId="5F86D59E" w14:textId="77777777" w:rsidR="00A50336" w:rsidRDefault="00000000">
            <w:r>
              <w:rPr>
                <w:sz w:val="17"/>
              </w:rPr>
              <w:t>Shapeys Home Sweet Home</w:t>
            </w:r>
          </w:p>
        </w:tc>
        <w:tc>
          <w:tcPr>
            <w:tcW w:w="2232" w:type="dxa"/>
            <w:vAlign w:val="center"/>
          </w:tcPr>
          <w:p w14:paraId="52BDF9D8" w14:textId="77777777" w:rsidR="00A50336" w:rsidRDefault="00000000">
            <w:r>
              <w:rPr>
                <w:sz w:val="17"/>
              </w:rPr>
              <w:t>978-981-08-7312-7</w:t>
            </w:r>
          </w:p>
        </w:tc>
        <w:tc>
          <w:tcPr>
            <w:tcW w:w="1080" w:type="dxa"/>
            <w:vAlign w:val="center"/>
          </w:tcPr>
          <w:p w14:paraId="5D26BF70" w14:textId="77777777" w:rsidR="00A50336" w:rsidRDefault="00000000">
            <w:r>
              <w:rPr>
                <w:sz w:val="17"/>
              </w:rPr>
              <w:t>16 pp</w:t>
            </w:r>
          </w:p>
        </w:tc>
        <w:tc>
          <w:tcPr>
            <w:tcW w:w="3888" w:type="dxa"/>
            <w:vAlign w:val="center"/>
          </w:tcPr>
          <w:p w14:paraId="328B2213" w14:textId="77777777" w:rsidR="00A50336" w:rsidRDefault="00000000">
            <w:r>
              <w:rPr>
                <w:sz w:val="17"/>
              </w:rPr>
              <w:t>This/That; things in the house</w:t>
            </w:r>
          </w:p>
        </w:tc>
      </w:tr>
      <w:tr w:rsidR="00A50336" w14:paraId="30E93D47" w14:textId="77777777">
        <w:trPr>
          <w:jc w:val="center"/>
        </w:trPr>
        <w:tc>
          <w:tcPr>
            <w:tcW w:w="3240" w:type="dxa"/>
            <w:vAlign w:val="center"/>
          </w:tcPr>
          <w:p w14:paraId="09952737" w14:textId="77777777" w:rsidR="00A50336" w:rsidRDefault="00000000">
            <w:r>
              <w:rPr>
                <w:sz w:val="17"/>
              </w:rPr>
              <w:t>Shapeys We Are The Shapeys</w:t>
            </w:r>
          </w:p>
        </w:tc>
        <w:tc>
          <w:tcPr>
            <w:tcW w:w="2232" w:type="dxa"/>
            <w:vAlign w:val="center"/>
          </w:tcPr>
          <w:p w14:paraId="3A0E2C7E" w14:textId="77777777" w:rsidR="00A50336" w:rsidRDefault="00000000">
            <w:r>
              <w:rPr>
                <w:sz w:val="17"/>
              </w:rPr>
              <w:t>978-981-07-5434-1</w:t>
            </w:r>
          </w:p>
        </w:tc>
        <w:tc>
          <w:tcPr>
            <w:tcW w:w="1080" w:type="dxa"/>
            <w:vAlign w:val="center"/>
          </w:tcPr>
          <w:p w14:paraId="4CCDAA80" w14:textId="77777777" w:rsidR="00A50336" w:rsidRDefault="00000000">
            <w:r>
              <w:rPr>
                <w:sz w:val="17"/>
              </w:rPr>
              <w:t>16 pp</w:t>
            </w:r>
          </w:p>
        </w:tc>
        <w:tc>
          <w:tcPr>
            <w:tcW w:w="3888" w:type="dxa"/>
            <w:vAlign w:val="center"/>
          </w:tcPr>
          <w:p w14:paraId="0912CA58" w14:textId="77777777" w:rsidR="00A50336" w:rsidRDefault="00000000">
            <w:r>
              <w:rPr>
                <w:sz w:val="17"/>
              </w:rPr>
              <w:t>We; family vocabulary</w:t>
            </w:r>
          </w:p>
        </w:tc>
      </w:tr>
      <w:tr w:rsidR="00A50336" w14:paraId="46427ABE" w14:textId="77777777">
        <w:trPr>
          <w:jc w:val="center"/>
        </w:trPr>
        <w:tc>
          <w:tcPr>
            <w:tcW w:w="3240" w:type="dxa"/>
            <w:vAlign w:val="center"/>
          </w:tcPr>
          <w:p w14:paraId="7EE0A62E" w14:textId="77777777" w:rsidR="00A50336" w:rsidRDefault="00000000">
            <w:r>
              <w:rPr>
                <w:sz w:val="17"/>
              </w:rPr>
              <w:t>Shapeys Family Time</w:t>
            </w:r>
          </w:p>
        </w:tc>
        <w:tc>
          <w:tcPr>
            <w:tcW w:w="2232" w:type="dxa"/>
            <w:vAlign w:val="center"/>
          </w:tcPr>
          <w:p w14:paraId="0B54274E" w14:textId="77777777" w:rsidR="00A50336" w:rsidRDefault="00000000">
            <w:r>
              <w:rPr>
                <w:sz w:val="17"/>
              </w:rPr>
              <w:t>978-981-07-5435-8</w:t>
            </w:r>
          </w:p>
        </w:tc>
        <w:tc>
          <w:tcPr>
            <w:tcW w:w="1080" w:type="dxa"/>
            <w:vAlign w:val="center"/>
          </w:tcPr>
          <w:p w14:paraId="367480BA" w14:textId="77777777" w:rsidR="00A50336" w:rsidRDefault="00000000">
            <w:r>
              <w:rPr>
                <w:sz w:val="17"/>
              </w:rPr>
              <w:t>16 pp</w:t>
            </w:r>
          </w:p>
        </w:tc>
        <w:tc>
          <w:tcPr>
            <w:tcW w:w="3888" w:type="dxa"/>
            <w:vAlign w:val="center"/>
          </w:tcPr>
          <w:p w14:paraId="2E7B2B8D" w14:textId="77777777" w:rsidR="00A50336" w:rsidRDefault="00000000">
            <w:r>
              <w:rPr>
                <w:sz w:val="17"/>
              </w:rPr>
              <w:t>Pronouns; common greetings</w:t>
            </w:r>
          </w:p>
        </w:tc>
      </w:tr>
      <w:tr w:rsidR="00A50336" w14:paraId="505580D1" w14:textId="77777777">
        <w:trPr>
          <w:jc w:val="center"/>
        </w:trPr>
        <w:tc>
          <w:tcPr>
            <w:tcW w:w="3240" w:type="dxa"/>
            <w:vAlign w:val="center"/>
          </w:tcPr>
          <w:p w14:paraId="7F6B9F8A" w14:textId="77777777" w:rsidR="00A50336" w:rsidRDefault="00000000">
            <w:r>
              <w:rPr>
                <w:sz w:val="17"/>
              </w:rPr>
              <w:t>Shapeys School Days</w:t>
            </w:r>
          </w:p>
        </w:tc>
        <w:tc>
          <w:tcPr>
            <w:tcW w:w="2232" w:type="dxa"/>
            <w:vAlign w:val="center"/>
          </w:tcPr>
          <w:p w14:paraId="5ED46D23" w14:textId="77777777" w:rsidR="00A50336" w:rsidRDefault="00000000">
            <w:r>
              <w:rPr>
                <w:sz w:val="17"/>
              </w:rPr>
              <w:t>978-981-07-5436-5</w:t>
            </w:r>
          </w:p>
        </w:tc>
        <w:tc>
          <w:tcPr>
            <w:tcW w:w="1080" w:type="dxa"/>
            <w:vAlign w:val="center"/>
          </w:tcPr>
          <w:p w14:paraId="166BC93C" w14:textId="77777777" w:rsidR="00A50336" w:rsidRDefault="00000000">
            <w:r>
              <w:rPr>
                <w:sz w:val="17"/>
              </w:rPr>
              <w:t>16 pp</w:t>
            </w:r>
          </w:p>
        </w:tc>
        <w:tc>
          <w:tcPr>
            <w:tcW w:w="3888" w:type="dxa"/>
            <w:vAlign w:val="center"/>
          </w:tcPr>
          <w:p w14:paraId="4013BD64" w14:textId="77777777" w:rsidR="00A50336" w:rsidRDefault="00000000">
            <w:r>
              <w:rPr>
                <w:sz w:val="17"/>
              </w:rPr>
              <w:t>School and stationery vocabulary</w:t>
            </w:r>
          </w:p>
        </w:tc>
      </w:tr>
      <w:tr w:rsidR="00A50336" w14:paraId="07306DA6" w14:textId="77777777">
        <w:trPr>
          <w:jc w:val="center"/>
        </w:trPr>
        <w:tc>
          <w:tcPr>
            <w:tcW w:w="3240" w:type="dxa"/>
            <w:vAlign w:val="center"/>
          </w:tcPr>
          <w:p w14:paraId="7B3BA372" w14:textId="77777777" w:rsidR="00A50336" w:rsidRDefault="00000000">
            <w:r>
              <w:rPr>
                <w:sz w:val="17"/>
              </w:rPr>
              <w:t>Shapeys Where We Live</w:t>
            </w:r>
          </w:p>
        </w:tc>
        <w:tc>
          <w:tcPr>
            <w:tcW w:w="2232" w:type="dxa"/>
            <w:vAlign w:val="center"/>
          </w:tcPr>
          <w:p w14:paraId="39FA3E3B" w14:textId="77777777" w:rsidR="00A50336" w:rsidRDefault="00000000">
            <w:r>
              <w:rPr>
                <w:sz w:val="17"/>
              </w:rPr>
              <w:t>978-981-07-5437-2</w:t>
            </w:r>
          </w:p>
        </w:tc>
        <w:tc>
          <w:tcPr>
            <w:tcW w:w="1080" w:type="dxa"/>
            <w:vAlign w:val="center"/>
          </w:tcPr>
          <w:p w14:paraId="503233FA" w14:textId="77777777" w:rsidR="00A50336" w:rsidRDefault="00000000">
            <w:r>
              <w:rPr>
                <w:sz w:val="17"/>
              </w:rPr>
              <w:t>16 pp</w:t>
            </w:r>
          </w:p>
        </w:tc>
        <w:tc>
          <w:tcPr>
            <w:tcW w:w="3888" w:type="dxa"/>
            <w:vAlign w:val="center"/>
          </w:tcPr>
          <w:p w14:paraId="3100CFCB" w14:textId="77777777" w:rsidR="00A50336" w:rsidRDefault="00000000">
            <w:r>
              <w:rPr>
                <w:sz w:val="17"/>
              </w:rPr>
              <w:t>Possessives; places and vehicles</w:t>
            </w:r>
          </w:p>
        </w:tc>
      </w:tr>
      <w:tr w:rsidR="00A50336" w14:paraId="5F6B9788" w14:textId="77777777">
        <w:trPr>
          <w:jc w:val="center"/>
        </w:trPr>
        <w:tc>
          <w:tcPr>
            <w:tcW w:w="3240" w:type="dxa"/>
            <w:vAlign w:val="center"/>
          </w:tcPr>
          <w:p w14:paraId="67EB370B" w14:textId="77777777" w:rsidR="00A50336" w:rsidRDefault="00000000">
            <w:r>
              <w:rPr>
                <w:sz w:val="17"/>
              </w:rPr>
              <w:t>Shapeys Baw’s Garden</w:t>
            </w:r>
          </w:p>
        </w:tc>
        <w:tc>
          <w:tcPr>
            <w:tcW w:w="2232" w:type="dxa"/>
            <w:vAlign w:val="center"/>
          </w:tcPr>
          <w:p w14:paraId="45AB949C" w14:textId="77777777" w:rsidR="00A50336" w:rsidRDefault="00000000">
            <w:r>
              <w:rPr>
                <w:sz w:val="17"/>
              </w:rPr>
              <w:t>978-981-07-5438-9</w:t>
            </w:r>
          </w:p>
        </w:tc>
        <w:tc>
          <w:tcPr>
            <w:tcW w:w="1080" w:type="dxa"/>
            <w:vAlign w:val="center"/>
          </w:tcPr>
          <w:p w14:paraId="627108ED" w14:textId="77777777" w:rsidR="00A50336" w:rsidRDefault="00000000">
            <w:r>
              <w:rPr>
                <w:sz w:val="17"/>
              </w:rPr>
              <w:t>16 pp</w:t>
            </w:r>
          </w:p>
        </w:tc>
        <w:tc>
          <w:tcPr>
            <w:tcW w:w="3888" w:type="dxa"/>
            <w:vAlign w:val="center"/>
          </w:tcPr>
          <w:p w14:paraId="2570474A" w14:textId="77777777" w:rsidR="00A50336" w:rsidRDefault="00000000">
            <w:r>
              <w:rPr>
                <w:sz w:val="17"/>
              </w:rPr>
              <w:t>Demonstratives; prepositions; insects</w:t>
            </w:r>
          </w:p>
        </w:tc>
      </w:tr>
      <w:tr w:rsidR="00A50336" w14:paraId="49C25F77" w14:textId="77777777">
        <w:trPr>
          <w:jc w:val="center"/>
        </w:trPr>
        <w:tc>
          <w:tcPr>
            <w:tcW w:w="3240" w:type="dxa"/>
            <w:vAlign w:val="center"/>
          </w:tcPr>
          <w:p w14:paraId="3DA11858" w14:textId="77777777" w:rsidR="00A50336" w:rsidRDefault="00000000">
            <w:r>
              <w:rPr>
                <w:sz w:val="17"/>
              </w:rPr>
              <w:t>Shapeys Farmwork Is Fun</w:t>
            </w:r>
          </w:p>
        </w:tc>
        <w:tc>
          <w:tcPr>
            <w:tcW w:w="2232" w:type="dxa"/>
            <w:vAlign w:val="center"/>
          </w:tcPr>
          <w:p w14:paraId="682FBCEF" w14:textId="77777777" w:rsidR="00A50336" w:rsidRDefault="00000000">
            <w:r>
              <w:rPr>
                <w:sz w:val="17"/>
              </w:rPr>
              <w:t>978-981-07-5439-6</w:t>
            </w:r>
          </w:p>
        </w:tc>
        <w:tc>
          <w:tcPr>
            <w:tcW w:w="1080" w:type="dxa"/>
            <w:vAlign w:val="center"/>
          </w:tcPr>
          <w:p w14:paraId="0A701C48" w14:textId="77777777" w:rsidR="00A50336" w:rsidRDefault="00000000">
            <w:r>
              <w:rPr>
                <w:sz w:val="17"/>
              </w:rPr>
              <w:t>16 pp</w:t>
            </w:r>
          </w:p>
        </w:tc>
        <w:tc>
          <w:tcPr>
            <w:tcW w:w="3888" w:type="dxa"/>
            <w:vAlign w:val="center"/>
          </w:tcPr>
          <w:p w14:paraId="09F9A883" w14:textId="77777777" w:rsidR="00A50336" w:rsidRDefault="00000000">
            <w:r>
              <w:rPr>
                <w:sz w:val="17"/>
              </w:rPr>
              <w:t>Prepositions; farm animals</w:t>
            </w:r>
          </w:p>
        </w:tc>
      </w:tr>
      <w:tr w:rsidR="00A50336" w14:paraId="01FAF6C1" w14:textId="77777777">
        <w:trPr>
          <w:jc w:val="center"/>
        </w:trPr>
        <w:tc>
          <w:tcPr>
            <w:tcW w:w="3240" w:type="dxa"/>
            <w:vAlign w:val="center"/>
          </w:tcPr>
          <w:p w14:paraId="40D522B6" w14:textId="77777777" w:rsidR="00A50336" w:rsidRDefault="00000000">
            <w:r>
              <w:rPr>
                <w:sz w:val="17"/>
              </w:rPr>
              <w:t>Shapeys Where Is It?</w:t>
            </w:r>
          </w:p>
        </w:tc>
        <w:tc>
          <w:tcPr>
            <w:tcW w:w="2232" w:type="dxa"/>
            <w:vAlign w:val="center"/>
          </w:tcPr>
          <w:p w14:paraId="4BA168B9" w14:textId="77777777" w:rsidR="00A50336" w:rsidRDefault="00000000">
            <w:r>
              <w:rPr>
                <w:sz w:val="17"/>
              </w:rPr>
              <w:t>978-981-07-5440-2</w:t>
            </w:r>
          </w:p>
        </w:tc>
        <w:tc>
          <w:tcPr>
            <w:tcW w:w="1080" w:type="dxa"/>
            <w:vAlign w:val="center"/>
          </w:tcPr>
          <w:p w14:paraId="0A3B5B6D" w14:textId="77777777" w:rsidR="00A50336" w:rsidRDefault="00000000">
            <w:r>
              <w:rPr>
                <w:sz w:val="17"/>
              </w:rPr>
              <w:t>16 pp</w:t>
            </w:r>
          </w:p>
        </w:tc>
        <w:tc>
          <w:tcPr>
            <w:tcW w:w="3888" w:type="dxa"/>
            <w:vAlign w:val="center"/>
          </w:tcPr>
          <w:p w14:paraId="222F0C63" w14:textId="77777777" w:rsidR="00A50336" w:rsidRDefault="00000000">
            <w:r>
              <w:rPr>
                <w:sz w:val="17"/>
              </w:rPr>
              <w:t>And; plurals; household vocabulary</w:t>
            </w:r>
          </w:p>
        </w:tc>
      </w:tr>
      <w:tr w:rsidR="00A50336" w14:paraId="29A6B671" w14:textId="77777777">
        <w:trPr>
          <w:jc w:val="center"/>
        </w:trPr>
        <w:tc>
          <w:tcPr>
            <w:tcW w:w="3240" w:type="dxa"/>
            <w:vAlign w:val="center"/>
          </w:tcPr>
          <w:p w14:paraId="13D8F3DA" w14:textId="77777777" w:rsidR="00A50336" w:rsidRDefault="00000000">
            <w:r>
              <w:rPr>
                <w:sz w:val="17"/>
              </w:rPr>
              <w:t>Shapeys Mimi’s Birthday</w:t>
            </w:r>
          </w:p>
        </w:tc>
        <w:tc>
          <w:tcPr>
            <w:tcW w:w="2232" w:type="dxa"/>
            <w:vAlign w:val="center"/>
          </w:tcPr>
          <w:p w14:paraId="050FAC59" w14:textId="77777777" w:rsidR="00A50336" w:rsidRDefault="00000000">
            <w:r>
              <w:rPr>
                <w:sz w:val="17"/>
              </w:rPr>
              <w:t>978-981-07-5441-9</w:t>
            </w:r>
          </w:p>
        </w:tc>
        <w:tc>
          <w:tcPr>
            <w:tcW w:w="1080" w:type="dxa"/>
            <w:vAlign w:val="center"/>
          </w:tcPr>
          <w:p w14:paraId="455374A6" w14:textId="77777777" w:rsidR="00A50336" w:rsidRDefault="00000000">
            <w:r>
              <w:rPr>
                <w:sz w:val="17"/>
              </w:rPr>
              <w:t>16 pp</w:t>
            </w:r>
          </w:p>
        </w:tc>
        <w:tc>
          <w:tcPr>
            <w:tcW w:w="3888" w:type="dxa"/>
            <w:vAlign w:val="center"/>
          </w:tcPr>
          <w:p w14:paraId="2DAEE57D" w14:textId="77777777" w:rsidR="00A50336" w:rsidRDefault="00000000">
            <w:r>
              <w:rPr>
                <w:sz w:val="17"/>
              </w:rPr>
              <w:t>Celebrations vocabulary</w:t>
            </w:r>
          </w:p>
        </w:tc>
      </w:tr>
    </w:tbl>
    <w:p w14:paraId="6FDA2E31" w14:textId="77777777" w:rsidR="00A50336" w:rsidRDefault="00000000">
      <w:pPr>
        <w:pStyle w:val="Heading2"/>
      </w:pPr>
      <w:r>
        <w:t>English — Level 2</w:t>
      </w:r>
    </w:p>
    <w:tbl>
      <w:tblPr>
        <w:tblStyle w:val="TableGrid"/>
        <w:tblW w:w="0" w:type="auto"/>
        <w:jc w:val="center"/>
        <w:tblLook w:val="04A0" w:firstRow="1" w:lastRow="0" w:firstColumn="1" w:lastColumn="0" w:noHBand="0" w:noVBand="1"/>
      </w:tblPr>
      <w:tblGrid>
        <w:gridCol w:w="3153"/>
        <w:gridCol w:w="2174"/>
        <w:gridCol w:w="1069"/>
        <w:gridCol w:w="3818"/>
      </w:tblGrid>
      <w:tr w:rsidR="00A50336" w14:paraId="4E6EA8D2" w14:textId="77777777" w:rsidTr="00070E24">
        <w:trPr>
          <w:jc w:val="center"/>
        </w:trPr>
        <w:tc>
          <w:tcPr>
            <w:tcW w:w="3240" w:type="dxa"/>
            <w:shd w:val="clear" w:color="auto" w:fill="0070C0"/>
            <w:vAlign w:val="center"/>
          </w:tcPr>
          <w:p w14:paraId="202B0038" w14:textId="77777777" w:rsidR="00A50336" w:rsidRDefault="00000000">
            <w:r>
              <w:rPr>
                <w:b/>
                <w:sz w:val="17"/>
              </w:rPr>
              <w:t>Title</w:t>
            </w:r>
          </w:p>
        </w:tc>
        <w:tc>
          <w:tcPr>
            <w:tcW w:w="2232" w:type="dxa"/>
            <w:shd w:val="clear" w:color="auto" w:fill="0070C0"/>
            <w:vAlign w:val="center"/>
          </w:tcPr>
          <w:p w14:paraId="2CB425E8" w14:textId="77777777" w:rsidR="00A50336" w:rsidRDefault="00000000">
            <w:r>
              <w:rPr>
                <w:b/>
                <w:sz w:val="17"/>
              </w:rPr>
              <w:t>ISBN</w:t>
            </w:r>
          </w:p>
        </w:tc>
        <w:tc>
          <w:tcPr>
            <w:tcW w:w="1080" w:type="dxa"/>
            <w:shd w:val="clear" w:color="auto" w:fill="0070C0"/>
            <w:vAlign w:val="center"/>
          </w:tcPr>
          <w:p w14:paraId="161F0CA7" w14:textId="77777777" w:rsidR="00A50336" w:rsidRDefault="00000000">
            <w:r>
              <w:rPr>
                <w:b/>
                <w:sz w:val="17"/>
              </w:rPr>
              <w:t>Format</w:t>
            </w:r>
          </w:p>
        </w:tc>
        <w:tc>
          <w:tcPr>
            <w:tcW w:w="3888" w:type="dxa"/>
            <w:shd w:val="clear" w:color="auto" w:fill="0070C0"/>
            <w:vAlign w:val="center"/>
          </w:tcPr>
          <w:p w14:paraId="40350E34" w14:textId="77777777" w:rsidR="00A50336" w:rsidRDefault="00000000">
            <w:r>
              <w:rPr>
                <w:b/>
                <w:sz w:val="17"/>
              </w:rPr>
              <w:t>Learning focus</w:t>
            </w:r>
          </w:p>
        </w:tc>
      </w:tr>
      <w:tr w:rsidR="00A50336" w14:paraId="19A1B17D" w14:textId="77777777">
        <w:trPr>
          <w:jc w:val="center"/>
        </w:trPr>
        <w:tc>
          <w:tcPr>
            <w:tcW w:w="3240" w:type="dxa"/>
            <w:vAlign w:val="center"/>
          </w:tcPr>
          <w:p w14:paraId="064F6885" w14:textId="77777777" w:rsidR="00A50336" w:rsidRDefault="00000000">
            <w:r>
              <w:rPr>
                <w:sz w:val="17"/>
              </w:rPr>
              <w:t>Shapeys Sun And Rain</w:t>
            </w:r>
          </w:p>
        </w:tc>
        <w:tc>
          <w:tcPr>
            <w:tcW w:w="2232" w:type="dxa"/>
            <w:vAlign w:val="center"/>
          </w:tcPr>
          <w:p w14:paraId="2F695CD5" w14:textId="77777777" w:rsidR="00A50336" w:rsidRDefault="00000000">
            <w:r>
              <w:rPr>
                <w:sz w:val="17"/>
              </w:rPr>
              <w:t>978-981-08-7315-8</w:t>
            </w:r>
          </w:p>
        </w:tc>
        <w:tc>
          <w:tcPr>
            <w:tcW w:w="1080" w:type="dxa"/>
            <w:vAlign w:val="center"/>
          </w:tcPr>
          <w:p w14:paraId="781B18CA" w14:textId="77777777" w:rsidR="00A50336" w:rsidRDefault="00000000">
            <w:r>
              <w:rPr>
                <w:sz w:val="17"/>
              </w:rPr>
              <w:t>24 pp</w:t>
            </w:r>
          </w:p>
        </w:tc>
        <w:tc>
          <w:tcPr>
            <w:tcW w:w="3888" w:type="dxa"/>
            <w:vAlign w:val="center"/>
          </w:tcPr>
          <w:p w14:paraId="4292ED2D" w14:textId="77777777" w:rsidR="00A50336" w:rsidRDefault="00000000">
            <w:r>
              <w:rPr>
                <w:sz w:val="17"/>
              </w:rPr>
              <w:t>Present tense; time and weather</w:t>
            </w:r>
          </w:p>
        </w:tc>
      </w:tr>
      <w:tr w:rsidR="00A50336" w14:paraId="04ABB3F7" w14:textId="77777777">
        <w:trPr>
          <w:jc w:val="center"/>
        </w:trPr>
        <w:tc>
          <w:tcPr>
            <w:tcW w:w="3240" w:type="dxa"/>
            <w:vAlign w:val="center"/>
          </w:tcPr>
          <w:p w14:paraId="6B22CF97" w14:textId="77777777" w:rsidR="00A50336" w:rsidRDefault="00000000">
            <w:r>
              <w:rPr>
                <w:sz w:val="17"/>
              </w:rPr>
              <w:t>Shapeys Ride And Shop</w:t>
            </w:r>
          </w:p>
        </w:tc>
        <w:tc>
          <w:tcPr>
            <w:tcW w:w="2232" w:type="dxa"/>
            <w:vAlign w:val="center"/>
          </w:tcPr>
          <w:p w14:paraId="3182C320" w14:textId="77777777" w:rsidR="00A50336" w:rsidRDefault="00000000">
            <w:r>
              <w:rPr>
                <w:sz w:val="17"/>
              </w:rPr>
              <w:t>978-981-08-7316-5</w:t>
            </w:r>
          </w:p>
        </w:tc>
        <w:tc>
          <w:tcPr>
            <w:tcW w:w="1080" w:type="dxa"/>
            <w:vAlign w:val="center"/>
          </w:tcPr>
          <w:p w14:paraId="0084726E" w14:textId="77777777" w:rsidR="00A50336" w:rsidRDefault="00000000">
            <w:r>
              <w:rPr>
                <w:sz w:val="17"/>
              </w:rPr>
              <w:t>24 pp</w:t>
            </w:r>
          </w:p>
        </w:tc>
        <w:tc>
          <w:tcPr>
            <w:tcW w:w="3888" w:type="dxa"/>
            <w:vAlign w:val="center"/>
          </w:tcPr>
          <w:p w14:paraId="7426843B" w14:textId="77777777" w:rsidR="00A50336" w:rsidRDefault="00000000">
            <w:r>
              <w:rPr>
                <w:sz w:val="17"/>
              </w:rPr>
              <w:t>Present continuous; supermarket</w:t>
            </w:r>
          </w:p>
        </w:tc>
      </w:tr>
      <w:tr w:rsidR="00A50336" w14:paraId="4AE4FEAA" w14:textId="77777777">
        <w:trPr>
          <w:jc w:val="center"/>
        </w:trPr>
        <w:tc>
          <w:tcPr>
            <w:tcW w:w="3240" w:type="dxa"/>
            <w:vAlign w:val="center"/>
          </w:tcPr>
          <w:p w14:paraId="4A23B25E" w14:textId="77777777" w:rsidR="00A50336" w:rsidRDefault="00000000">
            <w:r>
              <w:rPr>
                <w:sz w:val="17"/>
              </w:rPr>
              <w:t>Shapeys Fun And Games</w:t>
            </w:r>
          </w:p>
        </w:tc>
        <w:tc>
          <w:tcPr>
            <w:tcW w:w="2232" w:type="dxa"/>
            <w:vAlign w:val="center"/>
          </w:tcPr>
          <w:p w14:paraId="567E9D5C" w14:textId="77777777" w:rsidR="00A50336" w:rsidRDefault="00000000">
            <w:r>
              <w:rPr>
                <w:sz w:val="17"/>
              </w:rPr>
              <w:t>978-981-08-7317-2</w:t>
            </w:r>
          </w:p>
        </w:tc>
        <w:tc>
          <w:tcPr>
            <w:tcW w:w="1080" w:type="dxa"/>
            <w:vAlign w:val="center"/>
          </w:tcPr>
          <w:p w14:paraId="5267AAC3" w14:textId="77777777" w:rsidR="00A50336" w:rsidRDefault="00000000">
            <w:r>
              <w:rPr>
                <w:sz w:val="17"/>
              </w:rPr>
              <w:t>24 pp</w:t>
            </w:r>
          </w:p>
        </w:tc>
        <w:tc>
          <w:tcPr>
            <w:tcW w:w="3888" w:type="dxa"/>
            <w:vAlign w:val="center"/>
          </w:tcPr>
          <w:p w14:paraId="6E0EDA99" w14:textId="77777777" w:rsidR="00A50336" w:rsidRDefault="00000000">
            <w:r>
              <w:rPr>
                <w:sz w:val="17"/>
              </w:rPr>
              <w:t>Subject–verb agreement; sports</w:t>
            </w:r>
          </w:p>
        </w:tc>
      </w:tr>
      <w:tr w:rsidR="00A50336" w14:paraId="208150D0" w14:textId="77777777">
        <w:trPr>
          <w:jc w:val="center"/>
        </w:trPr>
        <w:tc>
          <w:tcPr>
            <w:tcW w:w="3240" w:type="dxa"/>
            <w:vAlign w:val="center"/>
          </w:tcPr>
          <w:p w14:paraId="4E0AACEE" w14:textId="77777777" w:rsidR="00A50336" w:rsidRDefault="00000000">
            <w:r>
              <w:rPr>
                <w:sz w:val="17"/>
              </w:rPr>
              <w:t>Shapeys Helping Out</w:t>
            </w:r>
          </w:p>
        </w:tc>
        <w:tc>
          <w:tcPr>
            <w:tcW w:w="2232" w:type="dxa"/>
            <w:vAlign w:val="center"/>
          </w:tcPr>
          <w:p w14:paraId="0A98F2E4" w14:textId="77777777" w:rsidR="00A50336" w:rsidRDefault="00000000">
            <w:r>
              <w:rPr>
                <w:sz w:val="17"/>
              </w:rPr>
              <w:t>978-981-08-7318-9</w:t>
            </w:r>
          </w:p>
        </w:tc>
        <w:tc>
          <w:tcPr>
            <w:tcW w:w="1080" w:type="dxa"/>
            <w:vAlign w:val="center"/>
          </w:tcPr>
          <w:p w14:paraId="28AAD2CC" w14:textId="77777777" w:rsidR="00A50336" w:rsidRDefault="00000000">
            <w:r>
              <w:rPr>
                <w:sz w:val="17"/>
              </w:rPr>
              <w:t>24 pp</w:t>
            </w:r>
          </w:p>
        </w:tc>
        <w:tc>
          <w:tcPr>
            <w:tcW w:w="3888" w:type="dxa"/>
            <w:vAlign w:val="center"/>
          </w:tcPr>
          <w:p w14:paraId="3C6597E7" w14:textId="77777777" w:rsidR="00A50336" w:rsidRDefault="00000000">
            <w:r>
              <w:rPr>
                <w:sz w:val="17"/>
              </w:rPr>
              <w:t>Will; descriptive adjectives; tasks</w:t>
            </w:r>
          </w:p>
        </w:tc>
      </w:tr>
      <w:tr w:rsidR="00A50336" w14:paraId="15553F1E" w14:textId="77777777">
        <w:trPr>
          <w:jc w:val="center"/>
        </w:trPr>
        <w:tc>
          <w:tcPr>
            <w:tcW w:w="3240" w:type="dxa"/>
            <w:vAlign w:val="center"/>
          </w:tcPr>
          <w:p w14:paraId="1C05F183" w14:textId="77777777" w:rsidR="00A50336" w:rsidRDefault="00000000">
            <w:r>
              <w:rPr>
                <w:sz w:val="17"/>
              </w:rPr>
              <w:t>Shapeys Trains and Planes</w:t>
            </w:r>
          </w:p>
        </w:tc>
        <w:tc>
          <w:tcPr>
            <w:tcW w:w="2232" w:type="dxa"/>
            <w:vAlign w:val="center"/>
          </w:tcPr>
          <w:p w14:paraId="2B0F000A" w14:textId="77777777" w:rsidR="00A50336" w:rsidRDefault="00000000">
            <w:r>
              <w:rPr>
                <w:sz w:val="17"/>
              </w:rPr>
              <w:t>978-981-07-5442-6</w:t>
            </w:r>
          </w:p>
        </w:tc>
        <w:tc>
          <w:tcPr>
            <w:tcW w:w="1080" w:type="dxa"/>
            <w:vAlign w:val="center"/>
          </w:tcPr>
          <w:p w14:paraId="7981441D" w14:textId="77777777" w:rsidR="00A50336" w:rsidRDefault="00000000">
            <w:r>
              <w:rPr>
                <w:sz w:val="17"/>
              </w:rPr>
              <w:t>24 pp</w:t>
            </w:r>
          </w:p>
        </w:tc>
        <w:tc>
          <w:tcPr>
            <w:tcW w:w="3888" w:type="dxa"/>
            <w:vAlign w:val="center"/>
          </w:tcPr>
          <w:p w14:paraId="6F1F0D7C" w14:textId="77777777" w:rsidR="00A50336" w:rsidRDefault="00000000">
            <w:r>
              <w:rPr>
                <w:sz w:val="17"/>
              </w:rPr>
              <w:t>The; collective nouns; vehicles</w:t>
            </w:r>
          </w:p>
        </w:tc>
      </w:tr>
      <w:tr w:rsidR="00A50336" w14:paraId="1BAEEAD2" w14:textId="77777777">
        <w:trPr>
          <w:jc w:val="center"/>
        </w:trPr>
        <w:tc>
          <w:tcPr>
            <w:tcW w:w="3240" w:type="dxa"/>
            <w:vAlign w:val="center"/>
          </w:tcPr>
          <w:p w14:paraId="02631920" w14:textId="77777777" w:rsidR="00A50336" w:rsidRDefault="00000000">
            <w:r>
              <w:rPr>
                <w:sz w:val="17"/>
              </w:rPr>
              <w:t>Shapeys Fancy Dress Day</w:t>
            </w:r>
          </w:p>
        </w:tc>
        <w:tc>
          <w:tcPr>
            <w:tcW w:w="2232" w:type="dxa"/>
            <w:vAlign w:val="center"/>
          </w:tcPr>
          <w:p w14:paraId="2EC78F15" w14:textId="77777777" w:rsidR="00A50336" w:rsidRDefault="00000000">
            <w:r>
              <w:rPr>
                <w:sz w:val="17"/>
              </w:rPr>
              <w:t>978-981-07-5443-3</w:t>
            </w:r>
          </w:p>
        </w:tc>
        <w:tc>
          <w:tcPr>
            <w:tcW w:w="1080" w:type="dxa"/>
            <w:vAlign w:val="center"/>
          </w:tcPr>
          <w:p w14:paraId="38C8E3C9" w14:textId="77777777" w:rsidR="00A50336" w:rsidRDefault="00000000">
            <w:r>
              <w:rPr>
                <w:sz w:val="17"/>
              </w:rPr>
              <w:t>24 pp</w:t>
            </w:r>
          </w:p>
        </w:tc>
        <w:tc>
          <w:tcPr>
            <w:tcW w:w="3888" w:type="dxa"/>
            <w:vAlign w:val="center"/>
          </w:tcPr>
          <w:p w14:paraId="0DD7679F" w14:textId="77777777" w:rsidR="00A50336" w:rsidRDefault="00000000">
            <w:r>
              <w:rPr>
                <w:sz w:val="17"/>
              </w:rPr>
              <w:t>Has/have; feelings and appearances</w:t>
            </w:r>
          </w:p>
        </w:tc>
      </w:tr>
      <w:tr w:rsidR="00A50336" w14:paraId="1B213ABF" w14:textId="77777777">
        <w:trPr>
          <w:jc w:val="center"/>
        </w:trPr>
        <w:tc>
          <w:tcPr>
            <w:tcW w:w="3240" w:type="dxa"/>
            <w:vAlign w:val="center"/>
          </w:tcPr>
          <w:p w14:paraId="20734CA3" w14:textId="77777777" w:rsidR="00A50336" w:rsidRDefault="00000000">
            <w:r>
              <w:rPr>
                <w:sz w:val="17"/>
              </w:rPr>
              <w:t>Shapeys Out and About</w:t>
            </w:r>
          </w:p>
        </w:tc>
        <w:tc>
          <w:tcPr>
            <w:tcW w:w="2232" w:type="dxa"/>
            <w:vAlign w:val="center"/>
          </w:tcPr>
          <w:p w14:paraId="024FD499" w14:textId="77777777" w:rsidR="00A50336" w:rsidRDefault="00000000">
            <w:r>
              <w:rPr>
                <w:sz w:val="17"/>
              </w:rPr>
              <w:t>978-981-07-5444-0</w:t>
            </w:r>
          </w:p>
        </w:tc>
        <w:tc>
          <w:tcPr>
            <w:tcW w:w="1080" w:type="dxa"/>
            <w:vAlign w:val="center"/>
          </w:tcPr>
          <w:p w14:paraId="4B9B9AB8" w14:textId="77777777" w:rsidR="00A50336" w:rsidRDefault="00000000">
            <w:r>
              <w:rPr>
                <w:sz w:val="17"/>
              </w:rPr>
              <w:t>24 pp</w:t>
            </w:r>
          </w:p>
        </w:tc>
        <w:tc>
          <w:tcPr>
            <w:tcW w:w="3888" w:type="dxa"/>
            <w:vAlign w:val="center"/>
          </w:tcPr>
          <w:p w14:paraId="2B8B53F9" w14:textId="77777777" w:rsidR="00A50336" w:rsidRDefault="00000000">
            <w:r>
              <w:rPr>
                <w:sz w:val="17"/>
              </w:rPr>
              <w:t>Prepositions; buildings and places</w:t>
            </w:r>
          </w:p>
        </w:tc>
      </w:tr>
      <w:tr w:rsidR="00A50336" w14:paraId="60535D86" w14:textId="77777777">
        <w:trPr>
          <w:jc w:val="center"/>
        </w:trPr>
        <w:tc>
          <w:tcPr>
            <w:tcW w:w="3240" w:type="dxa"/>
            <w:vAlign w:val="center"/>
          </w:tcPr>
          <w:p w14:paraId="64D76935" w14:textId="77777777" w:rsidR="00A50336" w:rsidRDefault="00000000">
            <w:r>
              <w:rPr>
                <w:sz w:val="17"/>
              </w:rPr>
              <w:t>Shapeys Our World</w:t>
            </w:r>
          </w:p>
        </w:tc>
        <w:tc>
          <w:tcPr>
            <w:tcW w:w="2232" w:type="dxa"/>
            <w:vAlign w:val="center"/>
          </w:tcPr>
          <w:p w14:paraId="36EBFC75" w14:textId="77777777" w:rsidR="00A50336" w:rsidRDefault="00000000">
            <w:r>
              <w:rPr>
                <w:sz w:val="17"/>
              </w:rPr>
              <w:t>978-981-07-5445-7</w:t>
            </w:r>
          </w:p>
        </w:tc>
        <w:tc>
          <w:tcPr>
            <w:tcW w:w="1080" w:type="dxa"/>
            <w:vAlign w:val="center"/>
          </w:tcPr>
          <w:p w14:paraId="1640E50E" w14:textId="77777777" w:rsidR="00A50336" w:rsidRDefault="00000000">
            <w:r>
              <w:rPr>
                <w:sz w:val="17"/>
              </w:rPr>
              <w:t>24 pp</w:t>
            </w:r>
          </w:p>
        </w:tc>
        <w:tc>
          <w:tcPr>
            <w:tcW w:w="3888" w:type="dxa"/>
            <w:vAlign w:val="center"/>
          </w:tcPr>
          <w:p w14:paraId="52A007AD" w14:textId="77777777" w:rsidR="00A50336" w:rsidRDefault="00000000">
            <w:r>
              <w:rPr>
                <w:sz w:val="17"/>
              </w:rPr>
              <w:t>Countable/uncountable nouns; flags</w:t>
            </w:r>
          </w:p>
        </w:tc>
      </w:tr>
      <w:tr w:rsidR="00A50336" w14:paraId="0D826A00" w14:textId="77777777">
        <w:trPr>
          <w:jc w:val="center"/>
        </w:trPr>
        <w:tc>
          <w:tcPr>
            <w:tcW w:w="3240" w:type="dxa"/>
            <w:vAlign w:val="center"/>
          </w:tcPr>
          <w:p w14:paraId="7937CA2C" w14:textId="77777777" w:rsidR="00A50336" w:rsidRDefault="00000000">
            <w:r>
              <w:rPr>
                <w:sz w:val="17"/>
              </w:rPr>
              <w:t>Shapeys A Trip To The Zoo</w:t>
            </w:r>
          </w:p>
        </w:tc>
        <w:tc>
          <w:tcPr>
            <w:tcW w:w="2232" w:type="dxa"/>
            <w:vAlign w:val="center"/>
          </w:tcPr>
          <w:p w14:paraId="6C53FAC9" w14:textId="77777777" w:rsidR="00A50336" w:rsidRDefault="00000000">
            <w:r>
              <w:rPr>
                <w:sz w:val="17"/>
              </w:rPr>
              <w:t>978-981-07-5446-4</w:t>
            </w:r>
          </w:p>
        </w:tc>
        <w:tc>
          <w:tcPr>
            <w:tcW w:w="1080" w:type="dxa"/>
            <w:vAlign w:val="center"/>
          </w:tcPr>
          <w:p w14:paraId="6CC8D426" w14:textId="77777777" w:rsidR="00A50336" w:rsidRDefault="00000000">
            <w:r>
              <w:rPr>
                <w:sz w:val="17"/>
              </w:rPr>
              <w:t>24 pp</w:t>
            </w:r>
          </w:p>
        </w:tc>
        <w:tc>
          <w:tcPr>
            <w:tcW w:w="3888" w:type="dxa"/>
            <w:vAlign w:val="center"/>
          </w:tcPr>
          <w:p w14:paraId="6F7F9BA1" w14:textId="77777777" w:rsidR="00A50336" w:rsidRDefault="00000000">
            <w:r>
              <w:rPr>
                <w:sz w:val="17"/>
              </w:rPr>
              <w:t>Quantifiers; animals and senses</w:t>
            </w:r>
          </w:p>
        </w:tc>
      </w:tr>
      <w:tr w:rsidR="00A50336" w14:paraId="0CB6525A" w14:textId="77777777">
        <w:trPr>
          <w:jc w:val="center"/>
        </w:trPr>
        <w:tc>
          <w:tcPr>
            <w:tcW w:w="3240" w:type="dxa"/>
            <w:vAlign w:val="center"/>
          </w:tcPr>
          <w:p w14:paraId="5F2934E0" w14:textId="77777777" w:rsidR="00A50336" w:rsidRDefault="00000000">
            <w:r>
              <w:rPr>
                <w:sz w:val="17"/>
              </w:rPr>
              <w:t>Shapeys The Circus Is In Town</w:t>
            </w:r>
          </w:p>
        </w:tc>
        <w:tc>
          <w:tcPr>
            <w:tcW w:w="2232" w:type="dxa"/>
            <w:vAlign w:val="center"/>
          </w:tcPr>
          <w:p w14:paraId="4ADE5C07" w14:textId="77777777" w:rsidR="00A50336" w:rsidRDefault="00000000">
            <w:r>
              <w:rPr>
                <w:sz w:val="17"/>
              </w:rPr>
              <w:t>978-981-07-5447-1</w:t>
            </w:r>
          </w:p>
        </w:tc>
        <w:tc>
          <w:tcPr>
            <w:tcW w:w="1080" w:type="dxa"/>
            <w:vAlign w:val="center"/>
          </w:tcPr>
          <w:p w14:paraId="4F7D4C89" w14:textId="77777777" w:rsidR="00A50336" w:rsidRDefault="00000000">
            <w:r>
              <w:rPr>
                <w:sz w:val="17"/>
              </w:rPr>
              <w:t>24 pp</w:t>
            </w:r>
          </w:p>
        </w:tc>
        <w:tc>
          <w:tcPr>
            <w:tcW w:w="3888" w:type="dxa"/>
            <w:vAlign w:val="center"/>
          </w:tcPr>
          <w:p w14:paraId="14EE155D" w14:textId="77777777" w:rsidR="00A50336" w:rsidRDefault="00000000">
            <w:r>
              <w:rPr>
                <w:sz w:val="17"/>
              </w:rPr>
              <w:t>Question words; circus vocabulary</w:t>
            </w:r>
          </w:p>
        </w:tc>
      </w:tr>
      <w:tr w:rsidR="00A50336" w14:paraId="0FDD7D72" w14:textId="77777777">
        <w:trPr>
          <w:jc w:val="center"/>
        </w:trPr>
        <w:tc>
          <w:tcPr>
            <w:tcW w:w="3240" w:type="dxa"/>
            <w:vAlign w:val="center"/>
          </w:tcPr>
          <w:p w14:paraId="4981F7B3" w14:textId="77777777" w:rsidR="00A50336" w:rsidRDefault="00000000">
            <w:r>
              <w:rPr>
                <w:sz w:val="17"/>
              </w:rPr>
              <w:t>Shapeys Playtime</w:t>
            </w:r>
          </w:p>
        </w:tc>
        <w:tc>
          <w:tcPr>
            <w:tcW w:w="2232" w:type="dxa"/>
            <w:vAlign w:val="center"/>
          </w:tcPr>
          <w:p w14:paraId="1A085FED" w14:textId="77777777" w:rsidR="00A50336" w:rsidRDefault="00000000">
            <w:r>
              <w:rPr>
                <w:sz w:val="17"/>
              </w:rPr>
              <w:t>978-981-07-5448-8</w:t>
            </w:r>
          </w:p>
        </w:tc>
        <w:tc>
          <w:tcPr>
            <w:tcW w:w="1080" w:type="dxa"/>
            <w:vAlign w:val="center"/>
          </w:tcPr>
          <w:p w14:paraId="4E54CF07" w14:textId="77777777" w:rsidR="00A50336" w:rsidRDefault="00000000">
            <w:r>
              <w:rPr>
                <w:sz w:val="17"/>
              </w:rPr>
              <w:t>24 pp</w:t>
            </w:r>
          </w:p>
        </w:tc>
        <w:tc>
          <w:tcPr>
            <w:tcW w:w="3888" w:type="dxa"/>
            <w:vAlign w:val="center"/>
          </w:tcPr>
          <w:p w14:paraId="269727C5" w14:textId="77777777" w:rsidR="00A50336" w:rsidRDefault="00000000">
            <w:r>
              <w:rPr>
                <w:sz w:val="17"/>
              </w:rPr>
              <w:t>Doubles; adverbs; playground</w:t>
            </w:r>
          </w:p>
        </w:tc>
      </w:tr>
      <w:tr w:rsidR="00A50336" w14:paraId="4CAE409F" w14:textId="77777777">
        <w:trPr>
          <w:jc w:val="center"/>
        </w:trPr>
        <w:tc>
          <w:tcPr>
            <w:tcW w:w="3240" w:type="dxa"/>
            <w:vAlign w:val="center"/>
          </w:tcPr>
          <w:p w14:paraId="3F223FD4" w14:textId="77777777" w:rsidR="00A50336" w:rsidRDefault="00000000">
            <w:r>
              <w:rPr>
                <w:sz w:val="17"/>
              </w:rPr>
              <w:t>Shapeys At The Library</w:t>
            </w:r>
          </w:p>
        </w:tc>
        <w:tc>
          <w:tcPr>
            <w:tcW w:w="2232" w:type="dxa"/>
            <w:vAlign w:val="center"/>
          </w:tcPr>
          <w:p w14:paraId="1FF77173" w14:textId="77777777" w:rsidR="00A50336" w:rsidRDefault="00000000">
            <w:r>
              <w:rPr>
                <w:sz w:val="17"/>
              </w:rPr>
              <w:t>978-981-07-5449-5</w:t>
            </w:r>
          </w:p>
        </w:tc>
        <w:tc>
          <w:tcPr>
            <w:tcW w:w="1080" w:type="dxa"/>
            <w:vAlign w:val="center"/>
          </w:tcPr>
          <w:p w14:paraId="72C7FC8D" w14:textId="77777777" w:rsidR="00A50336" w:rsidRDefault="00000000">
            <w:r>
              <w:rPr>
                <w:sz w:val="17"/>
              </w:rPr>
              <w:t>24 pp</w:t>
            </w:r>
          </w:p>
        </w:tc>
        <w:tc>
          <w:tcPr>
            <w:tcW w:w="3888" w:type="dxa"/>
            <w:vAlign w:val="center"/>
          </w:tcPr>
          <w:p w14:paraId="7D309AC4" w14:textId="77777777" w:rsidR="00A50336" w:rsidRDefault="00000000">
            <w:r>
              <w:rPr>
                <w:sz w:val="17"/>
              </w:rPr>
              <w:t>Reflexive pronouns; library vocabulary</w:t>
            </w:r>
          </w:p>
        </w:tc>
      </w:tr>
    </w:tbl>
    <w:p w14:paraId="03CA77E5" w14:textId="77777777" w:rsidR="00A50336" w:rsidRDefault="00000000">
      <w:pPr>
        <w:pStyle w:val="Heading2"/>
      </w:pPr>
      <w:r>
        <w:t>Mathematics — Level 1</w:t>
      </w:r>
    </w:p>
    <w:tbl>
      <w:tblPr>
        <w:tblStyle w:val="TableGrid"/>
        <w:tblW w:w="0" w:type="auto"/>
        <w:jc w:val="center"/>
        <w:tblLook w:val="04A0" w:firstRow="1" w:lastRow="0" w:firstColumn="1" w:lastColumn="0" w:noHBand="0" w:noVBand="1"/>
      </w:tblPr>
      <w:tblGrid>
        <w:gridCol w:w="3165"/>
        <w:gridCol w:w="2181"/>
        <w:gridCol w:w="1070"/>
        <w:gridCol w:w="3798"/>
      </w:tblGrid>
      <w:tr w:rsidR="00A50336" w14:paraId="18B96452" w14:textId="77777777" w:rsidTr="00070E24">
        <w:trPr>
          <w:jc w:val="center"/>
        </w:trPr>
        <w:tc>
          <w:tcPr>
            <w:tcW w:w="3240" w:type="dxa"/>
            <w:shd w:val="clear" w:color="auto" w:fill="EE0000"/>
            <w:vAlign w:val="center"/>
          </w:tcPr>
          <w:p w14:paraId="09664F1B" w14:textId="77777777" w:rsidR="00A50336" w:rsidRDefault="00000000">
            <w:r>
              <w:rPr>
                <w:b/>
                <w:sz w:val="17"/>
              </w:rPr>
              <w:t>Title</w:t>
            </w:r>
          </w:p>
        </w:tc>
        <w:tc>
          <w:tcPr>
            <w:tcW w:w="2232" w:type="dxa"/>
            <w:shd w:val="clear" w:color="auto" w:fill="EE0000"/>
            <w:vAlign w:val="center"/>
          </w:tcPr>
          <w:p w14:paraId="34F57A27" w14:textId="77777777" w:rsidR="00A50336" w:rsidRDefault="00000000">
            <w:r>
              <w:rPr>
                <w:b/>
                <w:sz w:val="17"/>
              </w:rPr>
              <w:t>ISBN</w:t>
            </w:r>
          </w:p>
        </w:tc>
        <w:tc>
          <w:tcPr>
            <w:tcW w:w="1080" w:type="dxa"/>
            <w:shd w:val="clear" w:color="auto" w:fill="EE0000"/>
            <w:vAlign w:val="center"/>
          </w:tcPr>
          <w:p w14:paraId="485BFE9D" w14:textId="77777777" w:rsidR="00A50336" w:rsidRDefault="00000000">
            <w:r>
              <w:rPr>
                <w:b/>
                <w:sz w:val="17"/>
              </w:rPr>
              <w:t>Format</w:t>
            </w:r>
          </w:p>
        </w:tc>
        <w:tc>
          <w:tcPr>
            <w:tcW w:w="3888" w:type="dxa"/>
            <w:shd w:val="clear" w:color="auto" w:fill="EE0000"/>
            <w:vAlign w:val="center"/>
          </w:tcPr>
          <w:p w14:paraId="0C439BB7" w14:textId="77777777" w:rsidR="00A50336" w:rsidRDefault="00000000">
            <w:r>
              <w:rPr>
                <w:b/>
                <w:sz w:val="17"/>
              </w:rPr>
              <w:t>Learning focus</w:t>
            </w:r>
          </w:p>
        </w:tc>
      </w:tr>
      <w:tr w:rsidR="00A50336" w14:paraId="65507D1B" w14:textId="77777777">
        <w:trPr>
          <w:jc w:val="center"/>
        </w:trPr>
        <w:tc>
          <w:tcPr>
            <w:tcW w:w="3240" w:type="dxa"/>
            <w:vAlign w:val="center"/>
          </w:tcPr>
          <w:p w14:paraId="1B4A510B" w14:textId="77777777" w:rsidR="00A50336" w:rsidRDefault="00000000">
            <w:r>
              <w:rPr>
                <w:sz w:val="17"/>
              </w:rPr>
              <w:t>Shapeys Getting Ready</w:t>
            </w:r>
          </w:p>
        </w:tc>
        <w:tc>
          <w:tcPr>
            <w:tcW w:w="2232" w:type="dxa"/>
            <w:vAlign w:val="center"/>
          </w:tcPr>
          <w:p w14:paraId="0D13CFC4" w14:textId="77777777" w:rsidR="00A50336" w:rsidRDefault="00000000">
            <w:r>
              <w:rPr>
                <w:sz w:val="17"/>
              </w:rPr>
              <w:t>978-981-08-7321-9</w:t>
            </w:r>
          </w:p>
        </w:tc>
        <w:tc>
          <w:tcPr>
            <w:tcW w:w="1080" w:type="dxa"/>
            <w:vAlign w:val="center"/>
          </w:tcPr>
          <w:p w14:paraId="4C165198" w14:textId="77777777" w:rsidR="00A50336" w:rsidRDefault="00000000">
            <w:r>
              <w:rPr>
                <w:sz w:val="17"/>
              </w:rPr>
              <w:t>16 pp</w:t>
            </w:r>
          </w:p>
        </w:tc>
        <w:tc>
          <w:tcPr>
            <w:tcW w:w="3888" w:type="dxa"/>
            <w:vAlign w:val="center"/>
          </w:tcPr>
          <w:p w14:paraId="0F450153" w14:textId="77777777" w:rsidR="00A50336" w:rsidRDefault="00000000">
            <w:r>
              <w:rPr>
                <w:sz w:val="17"/>
              </w:rPr>
              <w:t>Numbers 1–10; subtraction</w:t>
            </w:r>
          </w:p>
        </w:tc>
      </w:tr>
      <w:tr w:rsidR="00A50336" w14:paraId="4B00FD74" w14:textId="77777777">
        <w:trPr>
          <w:jc w:val="center"/>
        </w:trPr>
        <w:tc>
          <w:tcPr>
            <w:tcW w:w="3240" w:type="dxa"/>
            <w:vAlign w:val="center"/>
          </w:tcPr>
          <w:p w14:paraId="5BDC583D" w14:textId="77777777" w:rsidR="00A50336" w:rsidRDefault="00000000">
            <w:r>
              <w:rPr>
                <w:sz w:val="17"/>
              </w:rPr>
              <w:t>Shapeys Let’s Measure</w:t>
            </w:r>
          </w:p>
        </w:tc>
        <w:tc>
          <w:tcPr>
            <w:tcW w:w="2232" w:type="dxa"/>
            <w:vAlign w:val="center"/>
          </w:tcPr>
          <w:p w14:paraId="2F31F76D" w14:textId="77777777" w:rsidR="00A50336" w:rsidRDefault="00000000">
            <w:r>
              <w:rPr>
                <w:sz w:val="17"/>
              </w:rPr>
              <w:t>978-981-08-7322-6</w:t>
            </w:r>
          </w:p>
        </w:tc>
        <w:tc>
          <w:tcPr>
            <w:tcW w:w="1080" w:type="dxa"/>
            <w:vAlign w:val="center"/>
          </w:tcPr>
          <w:p w14:paraId="2AEDCD37" w14:textId="77777777" w:rsidR="00A50336" w:rsidRDefault="00000000">
            <w:r>
              <w:rPr>
                <w:sz w:val="17"/>
              </w:rPr>
              <w:t>16 pp</w:t>
            </w:r>
          </w:p>
        </w:tc>
        <w:tc>
          <w:tcPr>
            <w:tcW w:w="3888" w:type="dxa"/>
            <w:vAlign w:val="center"/>
          </w:tcPr>
          <w:p w14:paraId="7FE68ECB" w14:textId="77777777" w:rsidR="00A50336" w:rsidRDefault="00000000">
            <w:r>
              <w:rPr>
                <w:sz w:val="17"/>
              </w:rPr>
              <w:t>Length, height and mass</w:t>
            </w:r>
          </w:p>
        </w:tc>
      </w:tr>
      <w:tr w:rsidR="00A50336" w14:paraId="2197886B" w14:textId="77777777">
        <w:trPr>
          <w:jc w:val="center"/>
        </w:trPr>
        <w:tc>
          <w:tcPr>
            <w:tcW w:w="3240" w:type="dxa"/>
            <w:vAlign w:val="center"/>
          </w:tcPr>
          <w:p w14:paraId="000820CA" w14:textId="77777777" w:rsidR="00A50336" w:rsidRDefault="00000000">
            <w:r>
              <w:rPr>
                <w:sz w:val="17"/>
              </w:rPr>
              <w:t>Shapeys Boo’s Day</w:t>
            </w:r>
          </w:p>
        </w:tc>
        <w:tc>
          <w:tcPr>
            <w:tcW w:w="2232" w:type="dxa"/>
            <w:vAlign w:val="center"/>
          </w:tcPr>
          <w:p w14:paraId="52DE8A19" w14:textId="77777777" w:rsidR="00A50336" w:rsidRDefault="00000000">
            <w:r>
              <w:rPr>
                <w:sz w:val="17"/>
              </w:rPr>
              <w:t>978-981-08-7323-3</w:t>
            </w:r>
          </w:p>
        </w:tc>
        <w:tc>
          <w:tcPr>
            <w:tcW w:w="1080" w:type="dxa"/>
            <w:vAlign w:val="center"/>
          </w:tcPr>
          <w:p w14:paraId="3E64BB13" w14:textId="77777777" w:rsidR="00A50336" w:rsidRDefault="00000000">
            <w:r>
              <w:rPr>
                <w:sz w:val="17"/>
              </w:rPr>
              <w:t>16 pp</w:t>
            </w:r>
          </w:p>
        </w:tc>
        <w:tc>
          <w:tcPr>
            <w:tcW w:w="3888" w:type="dxa"/>
            <w:vAlign w:val="center"/>
          </w:tcPr>
          <w:p w14:paraId="39698EC9" w14:textId="77777777" w:rsidR="00A50336" w:rsidRDefault="00000000">
            <w:r>
              <w:rPr>
                <w:sz w:val="17"/>
              </w:rPr>
              <w:t>Time to the hour</w:t>
            </w:r>
          </w:p>
        </w:tc>
      </w:tr>
      <w:tr w:rsidR="00A50336" w14:paraId="66C80C76" w14:textId="77777777">
        <w:trPr>
          <w:jc w:val="center"/>
        </w:trPr>
        <w:tc>
          <w:tcPr>
            <w:tcW w:w="3240" w:type="dxa"/>
            <w:vAlign w:val="center"/>
          </w:tcPr>
          <w:p w14:paraId="4D592AB7" w14:textId="77777777" w:rsidR="00A50336" w:rsidRDefault="00000000">
            <w:r>
              <w:rPr>
                <w:sz w:val="17"/>
              </w:rPr>
              <w:t>Shapeys Let’s Go Shopping</w:t>
            </w:r>
          </w:p>
        </w:tc>
        <w:tc>
          <w:tcPr>
            <w:tcW w:w="2232" w:type="dxa"/>
            <w:vAlign w:val="center"/>
          </w:tcPr>
          <w:p w14:paraId="70C89102" w14:textId="77777777" w:rsidR="00A50336" w:rsidRDefault="00000000">
            <w:r>
              <w:rPr>
                <w:sz w:val="17"/>
              </w:rPr>
              <w:t>978-981-08-7324-0</w:t>
            </w:r>
          </w:p>
        </w:tc>
        <w:tc>
          <w:tcPr>
            <w:tcW w:w="1080" w:type="dxa"/>
            <w:vAlign w:val="center"/>
          </w:tcPr>
          <w:p w14:paraId="596FF475" w14:textId="77777777" w:rsidR="00A50336" w:rsidRDefault="00000000">
            <w:r>
              <w:rPr>
                <w:sz w:val="17"/>
              </w:rPr>
              <w:t>16 pp</w:t>
            </w:r>
          </w:p>
        </w:tc>
        <w:tc>
          <w:tcPr>
            <w:tcW w:w="3888" w:type="dxa"/>
            <w:vAlign w:val="center"/>
          </w:tcPr>
          <w:p w14:paraId="37021AB9" w14:textId="77777777" w:rsidR="00A50336" w:rsidRDefault="00000000">
            <w:r>
              <w:rPr>
                <w:sz w:val="17"/>
              </w:rPr>
              <w:t>Coins, value and total cost</w:t>
            </w:r>
          </w:p>
        </w:tc>
      </w:tr>
    </w:tbl>
    <w:p w14:paraId="59C95278" w14:textId="77777777" w:rsidR="00A50336" w:rsidRDefault="00000000">
      <w:pPr>
        <w:pStyle w:val="Heading2"/>
      </w:pPr>
      <w:r>
        <w:t>Mathematics — Level 2</w:t>
      </w:r>
    </w:p>
    <w:tbl>
      <w:tblPr>
        <w:tblStyle w:val="TableGrid"/>
        <w:tblW w:w="0" w:type="auto"/>
        <w:jc w:val="center"/>
        <w:tblLook w:val="04A0" w:firstRow="1" w:lastRow="0" w:firstColumn="1" w:lastColumn="0" w:noHBand="0" w:noVBand="1"/>
      </w:tblPr>
      <w:tblGrid>
        <w:gridCol w:w="3163"/>
        <w:gridCol w:w="2181"/>
        <w:gridCol w:w="1070"/>
        <w:gridCol w:w="3800"/>
      </w:tblGrid>
      <w:tr w:rsidR="00A50336" w14:paraId="7AF72AC6" w14:textId="77777777" w:rsidTr="00070E24">
        <w:trPr>
          <w:jc w:val="center"/>
        </w:trPr>
        <w:tc>
          <w:tcPr>
            <w:tcW w:w="3240" w:type="dxa"/>
            <w:shd w:val="clear" w:color="auto" w:fill="C00000"/>
            <w:vAlign w:val="center"/>
          </w:tcPr>
          <w:p w14:paraId="1B6DB8E9" w14:textId="77777777" w:rsidR="00A50336" w:rsidRDefault="00000000">
            <w:r>
              <w:rPr>
                <w:b/>
                <w:sz w:val="17"/>
              </w:rPr>
              <w:t>Title</w:t>
            </w:r>
          </w:p>
        </w:tc>
        <w:tc>
          <w:tcPr>
            <w:tcW w:w="2232" w:type="dxa"/>
            <w:shd w:val="clear" w:color="auto" w:fill="C00000"/>
            <w:vAlign w:val="center"/>
          </w:tcPr>
          <w:p w14:paraId="5B5B8B06" w14:textId="77777777" w:rsidR="00A50336" w:rsidRDefault="00000000">
            <w:r>
              <w:rPr>
                <w:b/>
                <w:sz w:val="17"/>
              </w:rPr>
              <w:t>ISBN</w:t>
            </w:r>
          </w:p>
        </w:tc>
        <w:tc>
          <w:tcPr>
            <w:tcW w:w="1080" w:type="dxa"/>
            <w:shd w:val="clear" w:color="auto" w:fill="C00000"/>
            <w:vAlign w:val="center"/>
          </w:tcPr>
          <w:p w14:paraId="61F150DA" w14:textId="77777777" w:rsidR="00A50336" w:rsidRDefault="00000000">
            <w:r>
              <w:rPr>
                <w:b/>
                <w:sz w:val="17"/>
              </w:rPr>
              <w:t>Format</w:t>
            </w:r>
          </w:p>
        </w:tc>
        <w:tc>
          <w:tcPr>
            <w:tcW w:w="3888" w:type="dxa"/>
            <w:shd w:val="clear" w:color="auto" w:fill="C00000"/>
            <w:vAlign w:val="center"/>
          </w:tcPr>
          <w:p w14:paraId="01B795B6" w14:textId="77777777" w:rsidR="00A50336" w:rsidRDefault="00000000">
            <w:r>
              <w:rPr>
                <w:b/>
                <w:sz w:val="17"/>
              </w:rPr>
              <w:t>Learning focus</w:t>
            </w:r>
          </w:p>
        </w:tc>
      </w:tr>
      <w:tr w:rsidR="00A50336" w14:paraId="53568FDB" w14:textId="77777777">
        <w:trPr>
          <w:jc w:val="center"/>
        </w:trPr>
        <w:tc>
          <w:tcPr>
            <w:tcW w:w="3240" w:type="dxa"/>
            <w:vAlign w:val="center"/>
          </w:tcPr>
          <w:p w14:paraId="7730EEF5" w14:textId="77777777" w:rsidR="00A50336" w:rsidRDefault="00000000">
            <w:r>
              <w:rPr>
                <w:sz w:val="17"/>
              </w:rPr>
              <w:t>Shapeys The Treasure Hunt</w:t>
            </w:r>
          </w:p>
        </w:tc>
        <w:tc>
          <w:tcPr>
            <w:tcW w:w="2232" w:type="dxa"/>
            <w:vAlign w:val="center"/>
          </w:tcPr>
          <w:p w14:paraId="2B4C15AE" w14:textId="77777777" w:rsidR="00A50336" w:rsidRDefault="00000000">
            <w:r>
              <w:rPr>
                <w:sz w:val="17"/>
              </w:rPr>
              <w:t>978-981-08-7328-8</w:t>
            </w:r>
          </w:p>
        </w:tc>
        <w:tc>
          <w:tcPr>
            <w:tcW w:w="1080" w:type="dxa"/>
            <w:vAlign w:val="center"/>
          </w:tcPr>
          <w:p w14:paraId="20E8849C" w14:textId="77777777" w:rsidR="00A50336" w:rsidRDefault="00000000">
            <w:r>
              <w:rPr>
                <w:sz w:val="17"/>
              </w:rPr>
              <w:t>24 pp</w:t>
            </w:r>
          </w:p>
        </w:tc>
        <w:tc>
          <w:tcPr>
            <w:tcW w:w="3888" w:type="dxa"/>
            <w:vAlign w:val="center"/>
          </w:tcPr>
          <w:p w14:paraId="13342AB1" w14:textId="77777777" w:rsidR="00A50336" w:rsidRDefault="00000000">
            <w:r>
              <w:rPr>
                <w:sz w:val="17"/>
              </w:rPr>
              <w:t>Ordinal numbers and positions</w:t>
            </w:r>
          </w:p>
        </w:tc>
      </w:tr>
      <w:tr w:rsidR="00A50336" w14:paraId="7AA2BB28" w14:textId="77777777">
        <w:trPr>
          <w:jc w:val="center"/>
        </w:trPr>
        <w:tc>
          <w:tcPr>
            <w:tcW w:w="3240" w:type="dxa"/>
            <w:vAlign w:val="center"/>
          </w:tcPr>
          <w:p w14:paraId="3AD9B04E" w14:textId="77777777" w:rsidR="00A50336" w:rsidRDefault="00000000">
            <w:r>
              <w:rPr>
                <w:sz w:val="17"/>
              </w:rPr>
              <w:t>Shapeys Shaping Up</w:t>
            </w:r>
          </w:p>
        </w:tc>
        <w:tc>
          <w:tcPr>
            <w:tcW w:w="2232" w:type="dxa"/>
            <w:vAlign w:val="center"/>
          </w:tcPr>
          <w:p w14:paraId="4C4D81D1" w14:textId="77777777" w:rsidR="00A50336" w:rsidRDefault="00000000">
            <w:r>
              <w:rPr>
                <w:sz w:val="17"/>
              </w:rPr>
              <w:t>978-981-08-7329-5</w:t>
            </w:r>
          </w:p>
        </w:tc>
        <w:tc>
          <w:tcPr>
            <w:tcW w:w="1080" w:type="dxa"/>
            <w:vAlign w:val="center"/>
          </w:tcPr>
          <w:p w14:paraId="547A14D4" w14:textId="77777777" w:rsidR="00A50336" w:rsidRDefault="00000000">
            <w:r>
              <w:rPr>
                <w:sz w:val="17"/>
              </w:rPr>
              <w:t>24 pp</w:t>
            </w:r>
          </w:p>
        </w:tc>
        <w:tc>
          <w:tcPr>
            <w:tcW w:w="3888" w:type="dxa"/>
            <w:vAlign w:val="center"/>
          </w:tcPr>
          <w:p w14:paraId="6A7DE40D" w14:textId="77777777" w:rsidR="00A50336" w:rsidRDefault="00000000">
            <w:r>
              <w:rPr>
                <w:sz w:val="17"/>
              </w:rPr>
              <w:t>3-D shapes</w:t>
            </w:r>
          </w:p>
        </w:tc>
      </w:tr>
      <w:tr w:rsidR="00A50336" w14:paraId="6ECF7261" w14:textId="77777777">
        <w:trPr>
          <w:jc w:val="center"/>
        </w:trPr>
        <w:tc>
          <w:tcPr>
            <w:tcW w:w="3240" w:type="dxa"/>
            <w:vAlign w:val="center"/>
          </w:tcPr>
          <w:p w14:paraId="4FF2F813" w14:textId="77777777" w:rsidR="00A50336" w:rsidRDefault="00000000">
            <w:r>
              <w:rPr>
                <w:sz w:val="17"/>
              </w:rPr>
              <w:t>Shapeys Group And Share</w:t>
            </w:r>
          </w:p>
        </w:tc>
        <w:tc>
          <w:tcPr>
            <w:tcW w:w="2232" w:type="dxa"/>
            <w:vAlign w:val="center"/>
          </w:tcPr>
          <w:p w14:paraId="3723C533" w14:textId="77777777" w:rsidR="00A50336" w:rsidRDefault="00000000">
            <w:r>
              <w:rPr>
                <w:sz w:val="17"/>
              </w:rPr>
              <w:t>978-981-08-7330-1</w:t>
            </w:r>
          </w:p>
        </w:tc>
        <w:tc>
          <w:tcPr>
            <w:tcW w:w="1080" w:type="dxa"/>
            <w:vAlign w:val="center"/>
          </w:tcPr>
          <w:p w14:paraId="7250F643" w14:textId="77777777" w:rsidR="00A50336" w:rsidRDefault="00000000">
            <w:r>
              <w:rPr>
                <w:sz w:val="17"/>
              </w:rPr>
              <w:t>24 pp</w:t>
            </w:r>
          </w:p>
        </w:tc>
        <w:tc>
          <w:tcPr>
            <w:tcW w:w="3888" w:type="dxa"/>
            <w:vAlign w:val="center"/>
          </w:tcPr>
          <w:p w14:paraId="27046625" w14:textId="77777777" w:rsidR="00A50336" w:rsidRDefault="00000000">
            <w:r>
              <w:rPr>
                <w:sz w:val="17"/>
              </w:rPr>
              <w:t>Sharing quantities</w:t>
            </w:r>
          </w:p>
        </w:tc>
      </w:tr>
      <w:tr w:rsidR="00A50336" w14:paraId="10D00C31" w14:textId="77777777">
        <w:trPr>
          <w:jc w:val="center"/>
        </w:trPr>
        <w:tc>
          <w:tcPr>
            <w:tcW w:w="3240" w:type="dxa"/>
            <w:vAlign w:val="center"/>
          </w:tcPr>
          <w:p w14:paraId="2763E462" w14:textId="77777777" w:rsidR="00A50336" w:rsidRDefault="00000000">
            <w:r>
              <w:rPr>
                <w:sz w:val="17"/>
              </w:rPr>
              <w:t>Shapeys The Birthday Present</w:t>
            </w:r>
          </w:p>
        </w:tc>
        <w:tc>
          <w:tcPr>
            <w:tcW w:w="2232" w:type="dxa"/>
            <w:vAlign w:val="center"/>
          </w:tcPr>
          <w:p w14:paraId="3E3D41DE" w14:textId="77777777" w:rsidR="00A50336" w:rsidRDefault="00000000">
            <w:r>
              <w:rPr>
                <w:sz w:val="17"/>
              </w:rPr>
              <w:t>978-981-08-7331-8</w:t>
            </w:r>
          </w:p>
        </w:tc>
        <w:tc>
          <w:tcPr>
            <w:tcW w:w="1080" w:type="dxa"/>
            <w:vAlign w:val="center"/>
          </w:tcPr>
          <w:p w14:paraId="4F14B950" w14:textId="77777777" w:rsidR="00A50336" w:rsidRDefault="00000000">
            <w:r>
              <w:rPr>
                <w:sz w:val="17"/>
              </w:rPr>
              <w:t>24 pp</w:t>
            </w:r>
          </w:p>
        </w:tc>
        <w:tc>
          <w:tcPr>
            <w:tcW w:w="3888" w:type="dxa"/>
            <w:vAlign w:val="center"/>
          </w:tcPr>
          <w:p w14:paraId="69161FD5" w14:textId="77777777" w:rsidR="00A50336" w:rsidRDefault="00000000">
            <w:r>
              <w:rPr>
                <w:sz w:val="17"/>
              </w:rPr>
              <w:t>Coins/notes; adding and subtracting money</w:t>
            </w:r>
          </w:p>
        </w:tc>
      </w:tr>
    </w:tbl>
    <w:p w14:paraId="2D98450D" w14:textId="77777777" w:rsidR="00A50336" w:rsidRDefault="00000000">
      <w:pPr>
        <w:pStyle w:val="Heading2"/>
      </w:pPr>
      <w:r>
        <w:t>Science — Level 1</w:t>
      </w:r>
    </w:p>
    <w:tbl>
      <w:tblPr>
        <w:tblStyle w:val="TableGrid"/>
        <w:tblW w:w="0" w:type="auto"/>
        <w:jc w:val="center"/>
        <w:tblLook w:val="04A0" w:firstRow="1" w:lastRow="0" w:firstColumn="1" w:lastColumn="0" w:noHBand="0" w:noVBand="1"/>
      </w:tblPr>
      <w:tblGrid>
        <w:gridCol w:w="3168"/>
        <w:gridCol w:w="2181"/>
        <w:gridCol w:w="1070"/>
        <w:gridCol w:w="3795"/>
      </w:tblGrid>
      <w:tr w:rsidR="00A50336" w14:paraId="0BC8EF14" w14:textId="77777777" w:rsidTr="00070E24">
        <w:trPr>
          <w:jc w:val="center"/>
        </w:trPr>
        <w:tc>
          <w:tcPr>
            <w:tcW w:w="3240" w:type="dxa"/>
            <w:shd w:val="clear" w:color="auto" w:fill="92D050"/>
            <w:vAlign w:val="center"/>
          </w:tcPr>
          <w:p w14:paraId="459DBF71" w14:textId="77777777" w:rsidR="00A50336" w:rsidRDefault="00000000">
            <w:r>
              <w:rPr>
                <w:b/>
                <w:sz w:val="17"/>
              </w:rPr>
              <w:t>Title</w:t>
            </w:r>
          </w:p>
        </w:tc>
        <w:tc>
          <w:tcPr>
            <w:tcW w:w="2232" w:type="dxa"/>
            <w:shd w:val="clear" w:color="auto" w:fill="92D050"/>
            <w:vAlign w:val="center"/>
          </w:tcPr>
          <w:p w14:paraId="4FC622F9" w14:textId="77777777" w:rsidR="00A50336" w:rsidRDefault="00000000">
            <w:r>
              <w:rPr>
                <w:b/>
                <w:sz w:val="17"/>
              </w:rPr>
              <w:t>ISBN</w:t>
            </w:r>
          </w:p>
        </w:tc>
        <w:tc>
          <w:tcPr>
            <w:tcW w:w="1080" w:type="dxa"/>
            <w:shd w:val="clear" w:color="auto" w:fill="92D050"/>
            <w:vAlign w:val="center"/>
          </w:tcPr>
          <w:p w14:paraId="7F388AE3" w14:textId="77777777" w:rsidR="00A50336" w:rsidRDefault="00000000">
            <w:r>
              <w:rPr>
                <w:b/>
                <w:sz w:val="17"/>
              </w:rPr>
              <w:t>Format</w:t>
            </w:r>
          </w:p>
        </w:tc>
        <w:tc>
          <w:tcPr>
            <w:tcW w:w="3888" w:type="dxa"/>
            <w:shd w:val="clear" w:color="auto" w:fill="92D050"/>
            <w:vAlign w:val="center"/>
          </w:tcPr>
          <w:p w14:paraId="37351DE7" w14:textId="77777777" w:rsidR="00A50336" w:rsidRDefault="00000000">
            <w:r>
              <w:rPr>
                <w:b/>
                <w:sz w:val="17"/>
              </w:rPr>
              <w:t>Learning focus</w:t>
            </w:r>
          </w:p>
        </w:tc>
      </w:tr>
      <w:tr w:rsidR="00A50336" w14:paraId="6A9672AF" w14:textId="77777777">
        <w:trPr>
          <w:jc w:val="center"/>
        </w:trPr>
        <w:tc>
          <w:tcPr>
            <w:tcW w:w="3240" w:type="dxa"/>
            <w:vAlign w:val="center"/>
          </w:tcPr>
          <w:p w14:paraId="368882AC" w14:textId="77777777" w:rsidR="00A50336" w:rsidRDefault="00000000">
            <w:r>
              <w:rPr>
                <w:sz w:val="17"/>
              </w:rPr>
              <w:t>Shapeys What’s For Breakfast?</w:t>
            </w:r>
          </w:p>
        </w:tc>
        <w:tc>
          <w:tcPr>
            <w:tcW w:w="2232" w:type="dxa"/>
            <w:vAlign w:val="center"/>
          </w:tcPr>
          <w:p w14:paraId="2E09C100" w14:textId="77777777" w:rsidR="00A50336" w:rsidRDefault="00000000">
            <w:r>
              <w:rPr>
                <w:sz w:val="17"/>
              </w:rPr>
              <w:t>978-981-08-7334-9</w:t>
            </w:r>
          </w:p>
        </w:tc>
        <w:tc>
          <w:tcPr>
            <w:tcW w:w="1080" w:type="dxa"/>
            <w:vAlign w:val="center"/>
          </w:tcPr>
          <w:p w14:paraId="473DDF89" w14:textId="77777777" w:rsidR="00A50336" w:rsidRDefault="00000000">
            <w:r>
              <w:rPr>
                <w:sz w:val="17"/>
              </w:rPr>
              <w:t>16 pp</w:t>
            </w:r>
          </w:p>
        </w:tc>
        <w:tc>
          <w:tcPr>
            <w:tcW w:w="3888" w:type="dxa"/>
            <w:vAlign w:val="center"/>
          </w:tcPr>
          <w:p w14:paraId="2BB57000" w14:textId="77777777" w:rsidR="00A50336" w:rsidRDefault="00000000">
            <w:r>
              <w:rPr>
                <w:sz w:val="17"/>
              </w:rPr>
              <w:t>Hot and cold</w:t>
            </w:r>
          </w:p>
        </w:tc>
      </w:tr>
      <w:tr w:rsidR="00A50336" w14:paraId="7BA6B2F4" w14:textId="77777777">
        <w:trPr>
          <w:jc w:val="center"/>
        </w:trPr>
        <w:tc>
          <w:tcPr>
            <w:tcW w:w="3240" w:type="dxa"/>
            <w:vAlign w:val="center"/>
          </w:tcPr>
          <w:p w14:paraId="28BA96BE" w14:textId="77777777" w:rsidR="00A50336" w:rsidRDefault="00000000">
            <w:r>
              <w:rPr>
                <w:sz w:val="17"/>
              </w:rPr>
              <w:t>Shapeys Mix Them Up</w:t>
            </w:r>
          </w:p>
        </w:tc>
        <w:tc>
          <w:tcPr>
            <w:tcW w:w="2232" w:type="dxa"/>
            <w:vAlign w:val="center"/>
          </w:tcPr>
          <w:p w14:paraId="1935B178" w14:textId="77777777" w:rsidR="00A50336" w:rsidRDefault="00000000">
            <w:r>
              <w:rPr>
                <w:sz w:val="17"/>
              </w:rPr>
              <w:t>978-981-08-7335-6</w:t>
            </w:r>
          </w:p>
        </w:tc>
        <w:tc>
          <w:tcPr>
            <w:tcW w:w="1080" w:type="dxa"/>
            <w:vAlign w:val="center"/>
          </w:tcPr>
          <w:p w14:paraId="3BE61625" w14:textId="77777777" w:rsidR="00A50336" w:rsidRDefault="00000000">
            <w:r>
              <w:rPr>
                <w:sz w:val="17"/>
              </w:rPr>
              <w:t>16 pp</w:t>
            </w:r>
          </w:p>
        </w:tc>
        <w:tc>
          <w:tcPr>
            <w:tcW w:w="3888" w:type="dxa"/>
            <w:vAlign w:val="center"/>
          </w:tcPr>
          <w:p w14:paraId="04EC6336" w14:textId="77777777" w:rsidR="00A50336" w:rsidRDefault="00000000">
            <w:r>
              <w:rPr>
                <w:sz w:val="17"/>
              </w:rPr>
              <w:t>Primary and secondary colours</w:t>
            </w:r>
          </w:p>
        </w:tc>
      </w:tr>
      <w:tr w:rsidR="00A50336" w14:paraId="30E67A20" w14:textId="77777777">
        <w:trPr>
          <w:jc w:val="center"/>
        </w:trPr>
        <w:tc>
          <w:tcPr>
            <w:tcW w:w="3240" w:type="dxa"/>
            <w:vAlign w:val="center"/>
          </w:tcPr>
          <w:p w14:paraId="452C3E84" w14:textId="77777777" w:rsidR="00A50336" w:rsidRDefault="00000000">
            <w:r>
              <w:rPr>
                <w:sz w:val="17"/>
              </w:rPr>
              <w:t>Shapeys Let’s Visit The Farm</w:t>
            </w:r>
          </w:p>
        </w:tc>
        <w:tc>
          <w:tcPr>
            <w:tcW w:w="2232" w:type="dxa"/>
            <w:vAlign w:val="center"/>
          </w:tcPr>
          <w:p w14:paraId="4D671BCE" w14:textId="77777777" w:rsidR="00A50336" w:rsidRDefault="00000000">
            <w:r>
              <w:rPr>
                <w:sz w:val="17"/>
              </w:rPr>
              <w:t>978-981-08-7336-3</w:t>
            </w:r>
          </w:p>
        </w:tc>
        <w:tc>
          <w:tcPr>
            <w:tcW w:w="1080" w:type="dxa"/>
            <w:vAlign w:val="center"/>
          </w:tcPr>
          <w:p w14:paraId="07A27D1D" w14:textId="77777777" w:rsidR="00A50336" w:rsidRDefault="00000000">
            <w:r>
              <w:rPr>
                <w:sz w:val="17"/>
              </w:rPr>
              <w:t>16 pp</w:t>
            </w:r>
          </w:p>
        </w:tc>
        <w:tc>
          <w:tcPr>
            <w:tcW w:w="3888" w:type="dxa"/>
            <w:vAlign w:val="center"/>
          </w:tcPr>
          <w:p w14:paraId="7FA67BC0" w14:textId="77777777" w:rsidR="00A50336" w:rsidRDefault="00000000">
            <w:r>
              <w:rPr>
                <w:sz w:val="17"/>
              </w:rPr>
              <w:t>Animals and their young</w:t>
            </w:r>
          </w:p>
        </w:tc>
      </w:tr>
      <w:tr w:rsidR="00A50336" w14:paraId="56017370" w14:textId="77777777">
        <w:trPr>
          <w:jc w:val="center"/>
        </w:trPr>
        <w:tc>
          <w:tcPr>
            <w:tcW w:w="3240" w:type="dxa"/>
            <w:vAlign w:val="center"/>
          </w:tcPr>
          <w:p w14:paraId="14E7DD64" w14:textId="77777777" w:rsidR="00A50336" w:rsidRDefault="00000000">
            <w:r>
              <w:rPr>
                <w:sz w:val="17"/>
              </w:rPr>
              <w:t>Shapeys The Strange Dream</w:t>
            </w:r>
          </w:p>
        </w:tc>
        <w:tc>
          <w:tcPr>
            <w:tcW w:w="2232" w:type="dxa"/>
            <w:vAlign w:val="center"/>
          </w:tcPr>
          <w:p w14:paraId="1E250EE9" w14:textId="77777777" w:rsidR="00A50336" w:rsidRDefault="00000000">
            <w:r>
              <w:rPr>
                <w:sz w:val="17"/>
              </w:rPr>
              <w:t>978-981-08-7337-0</w:t>
            </w:r>
          </w:p>
        </w:tc>
        <w:tc>
          <w:tcPr>
            <w:tcW w:w="1080" w:type="dxa"/>
            <w:vAlign w:val="center"/>
          </w:tcPr>
          <w:p w14:paraId="0EB9C25C" w14:textId="77777777" w:rsidR="00A50336" w:rsidRDefault="00000000">
            <w:r>
              <w:rPr>
                <w:sz w:val="17"/>
              </w:rPr>
              <w:t>16 pp</w:t>
            </w:r>
          </w:p>
        </w:tc>
        <w:tc>
          <w:tcPr>
            <w:tcW w:w="3888" w:type="dxa"/>
            <w:vAlign w:val="center"/>
          </w:tcPr>
          <w:p w14:paraId="0762025E" w14:textId="77777777" w:rsidR="00A50336" w:rsidRDefault="00000000">
            <w:r>
              <w:rPr>
                <w:sz w:val="17"/>
              </w:rPr>
              <w:t>Properties of materials</w:t>
            </w:r>
          </w:p>
        </w:tc>
      </w:tr>
    </w:tbl>
    <w:p w14:paraId="10B67EBC" w14:textId="77777777" w:rsidR="00A50336" w:rsidRDefault="00A50336"/>
    <w:p w14:paraId="4428AD1E" w14:textId="77777777" w:rsidR="00A50336" w:rsidRDefault="00000000">
      <w:pPr>
        <w:pStyle w:val="Heading2"/>
      </w:pPr>
      <w:r>
        <w:lastRenderedPageBreak/>
        <w:t>Science — Level 2</w:t>
      </w:r>
    </w:p>
    <w:tbl>
      <w:tblPr>
        <w:tblStyle w:val="TableGrid"/>
        <w:tblW w:w="0" w:type="auto"/>
        <w:jc w:val="center"/>
        <w:tblLook w:val="04A0" w:firstRow="1" w:lastRow="0" w:firstColumn="1" w:lastColumn="0" w:noHBand="0" w:noVBand="1"/>
      </w:tblPr>
      <w:tblGrid>
        <w:gridCol w:w="3168"/>
        <w:gridCol w:w="2182"/>
        <w:gridCol w:w="1070"/>
        <w:gridCol w:w="3794"/>
      </w:tblGrid>
      <w:tr w:rsidR="00A50336" w14:paraId="7A747223" w14:textId="77777777" w:rsidTr="00070E24">
        <w:trPr>
          <w:jc w:val="center"/>
        </w:trPr>
        <w:tc>
          <w:tcPr>
            <w:tcW w:w="3240" w:type="dxa"/>
            <w:shd w:val="clear" w:color="auto" w:fill="00B050"/>
            <w:vAlign w:val="center"/>
          </w:tcPr>
          <w:p w14:paraId="678621ED" w14:textId="77777777" w:rsidR="00A50336" w:rsidRDefault="00000000">
            <w:r>
              <w:rPr>
                <w:b/>
                <w:sz w:val="17"/>
              </w:rPr>
              <w:t>Title</w:t>
            </w:r>
          </w:p>
        </w:tc>
        <w:tc>
          <w:tcPr>
            <w:tcW w:w="2232" w:type="dxa"/>
            <w:shd w:val="clear" w:color="auto" w:fill="00B050"/>
            <w:vAlign w:val="center"/>
          </w:tcPr>
          <w:p w14:paraId="1FD06C9F" w14:textId="77777777" w:rsidR="00A50336" w:rsidRDefault="00000000">
            <w:r>
              <w:rPr>
                <w:b/>
                <w:sz w:val="17"/>
              </w:rPr>
              <w:t>ISBN</w:t>
            </w:r>
          </w:p>
        </w:tc>
        <w:tc>
          <w:tcPr>
            <w:tcW w:w="1080" w:type="dxa"/>
            <w:shd w:val="clear" w:color="auto" w:fill="00B050"/>
            <w:vAlign w:val="center"/>
          </w:tcPr>
          <w:p w14:paraId="19E3DC57" w14:textId="77777777" w:rsidR="00A50336" w:rsidRDefault="00000000">
            <w:r>
              <w:rPr>
                <w:b/>
                <w:sz w:val="17"/>
              </w:rPr>
              <w:t>Format</w:t>
            </w:r>
          </w:p>
        </w:tc>
        <w:tc>
          <w:tcPr>
            <w:tcW w:w="3888" w:type="dxa"/>
            <w:shd w:val="clear" w:color="auto" w:fill="00B050"/>
            <w:vAlign w:val="center"/>
          </w:tcPr>
          <w:p w14:paraId="5588C182" w14:textId="77777777" w:rsidR="00A50336" w:rsidRDefault="00000000">
            <w:r>
              <w:rPr>
                <w:b/>
                <w:sz w:val="17"/>
              </w:rPr>
              <w:t>Learning focus</w:t>
            </w:r>
          </w:p>
        </w:tc>
      </w:tr>
      <w:tr w:rsidR="00A50336" w14:paraId="632E9DDA" w14:textId="77777777">
        <w:trPr>
          <w:jc w:val="center"/>
        </w:trPr>
        <w:tc>
          <w:tcPr>
            <w:tcW w:w="3240" w:type="dxa"/>
            <w:vAlign w:val="center"/>
          </w:tcPr>
          <w:p w14:paraId="604BA7B7" w14:textId="77777777" w:rsidR="00A50336" w:rsidRDefault="00000000">
            <w:r>
              <w:rPr>
                <w:sz w:val="17"/>
              </w:rPr>
              <w:t>Shapeys Common Senses</w:t>
            </w:r>
          </w:p>
        </w:tc>
        <w:tc>
          <w:tcPr>
            <w:tcW w:w="2232" w:type="dxa"/>
            <w:vAlign w:val="center"/>
          </w:tcPr>
          <w:p w14:paraId="516E1330" w14:textId="77777777" w:rsidR="00A50336" w:rsidRDefault="00000000">
            <w:r>
              <w:rPr>
                <w:sz w:val="17"/>
              </w:rPr>
              <w:t>978-981-08-7340-0</w:t>
            </w:r>
          </w:p>
        </w:tc>
        <w:tc>
          <w:tcPr>
            <w:tcW w:w="1080" w:type="dxa"/>
            <w:vAlign w:val="center"/>
          </w:tcPr>
          <w:p w14:paraId="06E2EE02" w14:textId="77777777" w:rsidR="00A50336" w:rsidRDefault="00000000">
            <w:r>
              <w:rPr>
                <w:sz w:val="17"/>
              </w:rPr>
              <w:t>24 pp</w:t>
            </w:r>
          </w:p>
        </w:tc>
        <w:tc>
          <w:tcPr>
            <w:tcW w:w="3888" w:type="dxa"/>
            <w:vAlign w:val="center"/>
          </w:tcPr>
          <w:p w14:paraId="4AD186D6" w14:textId="77777777" w:rsidR="00A50336" w:rsidRDefault="00000000">
            <w:r>
              <w:rPr>
                <w:sz w:val="17"/>
              </w:rPr>
              <w:t>Five senses and sense organs</w:t>
            </w:r>
          </w:p>
        </w:tc>
      </w:tr>
      <w:tr w:rsidR="00A50336" w14:paraId="3F54759D" w14:textId="77777777">
        <w:trPr>
          <w:jc w:val="center"/>
        </w:trPr>
        <w:tc>
          <w:tcPr>
            <w:tcW w:w="3240" w:type="dxa"/>
            <w:vAlign w:val="center"/>
          </w:tcPr>
          <w:p w14:paraId="0E6A936F" w14:textId="77777777" w:rsidR="00A50336" w:rsidRDefault="00000000">
            <w:r>
              <w:rPr>
                <w:sz w:val="17"/>
              </w:rPr>
              <w:t>Shapeys In The Garden</w:t>
            </w:r>
          </w:p>
        </w:tc>
        <w:tc>
          <w:tcPr>
            <w:tcW w:w="2232" w:type="dxa"/>
            <w:vAlign w:val="center"/>
          </w:tcPr>
          <w:p w14:paraId="29A6B7A2" w14:textId="77777777" w:rsidR="00A50336" w:rsidRDefault="00000000">
            <w:r>
              <w:rPr>
                <w:sz w:val="17"/>
              </w:rPr>
              <w:t>978-981-08-7341-7</w:t>
            </w:r>
          </w:p>
        </w:tc>
        <w:tc>
          <w:tcPr>
            <w:tcW w:w="1080" w:type="dxa"/>
            <w:vAlign w:val="center"/>
          </w:tcPr>
          <w:p w14:paraId="7BDF7F11" w14:textId="77777777" w:rsidR="00A50336" w:rsidRDefault="00000000">
            <w:r>
              <w:rPr>
                <w:sz w:val="17"/>
              </w:rPr>
              <w:t>24 pp</w:t>
            </w:r>
          </w:p>
        </w:tc>
        <w:tc>
          <w:tcPr>
            <w:tcW w:w="3888" w:type="dxa"/>
            <w:vAlign w:val="center"/>
          </w:tcPr>
          <w:p w14:paraId="481A9860" w14:textId="77777777" w:rsidR="00A50336" w:rsidRDefault="00000000">
            <w:r>
              <w:rPr>
                <w:sz w:val="17"/>
              </w:rPr>
              <w:t>Plants and plant parts</w:t>
            </w:r>
          </w:p>
        </w:tc>
      </w:tr>
      <w:tr w:rsidR="00A50336" w14:paraId="346F8960" w14:textId="77777777">
        <w:trPr>
          <w:jc w:val="center"/>
        </w:trPr>
        <w:tc>
          <w:tcPr>
            <w:tcW w:w="3240" w:type="dxa"/>
            <w:vAlign w:val="center"/>
          </w:tcPr>
          <w:p w14:paraId="2630E09A" w14:textId="77777777" w:rsidR="00A50336" w:rsidRDefault="00000000">
            <w:r>
              <w:rPr>
                <w:sz w:val="17"/>
              </w:rPr>
              <w:t>Shapeys Two And Two</w:t>
            </w:r>
          </w:p>
        </w:tc>
        <w:tc>
          <w:tcPr>
            <w:tcW w:w="2232" w:type="dxa"/>
            <w:vAlign w:val="center"/>
          </w:tcPr>
          <w:p w14:paraId="3C25423F" w14:textId="77777777" w:rsidR="00A50336" w:rsidRDefault="00000000">
            <w:r>
              <w:rPr>
                <w:sz w:val="17"/>
              </w:rPr>
              <w:t>978-981-08-7342-4</w:t>
            </w:r>
          </w:p>
        </w:tc>
        <w:tc>
          <w:tcPr>
            <w:tcW w:w="1080" w:type="dxa"/>
            <w:vAlign w:val="center"/>
          </w:tcPr>
          <w:p w14:paraId="7C6B3D9B" w14:textId="77777777" w:rsidR="00A50336" w:rsidRDefault="00000000">
            <w:r>
              <w:rPr>
                <w:sz w:val="17"/>
              </w:rPr>
              <w:t>24 pp</w:t>
            </w:r>
          </w:p>
        </w:tc>
        <w:tc>
          <w:tcPr>
            <w:tcW w:w="3888" w:type="dxa"/>
            <w:vAlign w:val="center"/>
          </w:tcPr>
          <w:p w14:paraId="39275187" w14:textId="77777777" w:rsidR="00A50336" w:rsidRDefault="00000000">
            <w:r>
              <w:rPr>
                <w:sz w:val="17"/>
              </w:rPr>
              <w:t>Healthy diet</w:t>
            </w:r>
          </w:p>
        </w:tc>
      </w:tr>
      <w:tr w:rsidR="00A50336" w14:paraId="3D874DE0" w14:textId="77777777">
        <w:trPr>
          <w:jc w:val="center"/>
        </w:trPr>
        <w:tc>
          <w:tcPr>
            <w:tcW w:w="3240" w:type="dxa"/>
            <w:vAlign w:val="center"/>
          </w:tcPr>
          <w:p w14:paraId="35F5FFD7" w14:textId="77777777" w:rsidR="00A50336" w:rsidRDefault="00000000">
            <w:r>
              <w:rPr>
                <w:sz w:val="17"/>
              </w:rPr>
              <w:t>Shapeys The Butterfly</w:t>
            </w:r>
          </w:p>
        </w:tc>
        <w:tc>
          <w:tcPr>
            <w:tcW w:w="2232" w:type="dxa"/>
            <w:vAlign w:val="center"/>
          </w:tcPr>
          <w:p w14:paraId="3964BE63" w14:textId="77777777" w:rsidR="00A50336" w:rsidRDefault="00000000">
            <w:r>
              <w:rPr>
                <w:sz w:val="17"/>
              </w:rPr>
              <w:t>978-981-08-7343-1</w:t>
            </w:r>
          </w:p>
        </w:tc>
        <w:tc>
          <w:tcPr>
            <w:tcW w:w="1080" w:type="dxa"/>
            <w:vAlign w:val="center"/>
          </w:tcPr>
          <w:p w14:paraId="68E8A94A" w14:textId="77777777" w:rsidR="00A50336" w:rsidRDefault="00000000">
            <w:r>
              <w:rPr>
                <w:sz w:val="17"/>
              </w:rPr>
              <w:t>24 pp</w:t>
            </w:r>
          </w:p>
        </w:tc>
        <w:tc>
          <w:tcPr>
            <w:tcW w:w="3888" w:type="dxa"/>
            <w:vAlign w:val="center"/>
          </w:tcPr>
          <w:p w14:paraId="40B3671B" w14:textId="77777777" w:rsidR="00A50336" w:rsidRDefault="00000000">
            <w:r>
              <w:rPr>
                <w:sz w:val="17"/>
              </w:rPr>
              <w:t>Butterfly life cycle</w:t>
            </w:r>
          </w:p>
        </w:tc>
      </w:tr>
    </w:tbl>
    <w:p w14:paraId="054A1F42" w14:textId="77777777" w:rsidR="00A50336" w:rsidRDefault="00000000">
      <w:pPr>
        <w:pStyle w:val="Heading2"/>
      </w:pPr>
      <w:r>
        <w:t>Life Skills — Level 1</w:t>
      </w:r>
    </w:p>
    <w:tbl>
      <w:tblPr>
        <w:tblStyle w:val="TableGrid"/>
        <w:tblW w:w="0" w:type="auto"/>
        <w:jc w:val="center"/>
        <w:tblLook w:val="04A0" w:firstRow="1" w:lastRow="0" w:firstColumn="1" w:lastColumn="0" w:noHBand="0" w:noVBand="1"/>
      </w:tblPr>
      <w:tblGrid>
        <w:gridCol w:w="3168"/>
        <w:gridCol w:w="2182"/>
        <w:gridCol w:w="1070"/>
        <w:gridCol w:w="3794"/>
      </w:tblGrid>
      <w:tr w:rsidR="00A50336" w14:paraId="37A906DE" w14:textId="77777777" w:rsidTr="00070E24">
        <w:trPr>
          <w:jc w:val="center"/>
        </w:trPr>
        <w:tc>
          <w:tcPr>
            <w:tcW w:w="3240" w:type="dxa"/>
            <w:shd w:val="clear" w:color="auto" w:fill="FABF8F" w:themeFill="accent6" w:themeFillTint="99"/>
            <w:vAlign w:val="center"/>
          </w:tcPr>
          <w:p w14:paraId="079DE758" w14:textId="77777777" w:rsidR="00A50336" w:rsidRDefault="00000000">
            <w:r>
              <w:rPr>
                <w:b/>
                <w:sz w:val="17"/>
              </w:rPr>
              <w:t>Title</w:t>
            </w:r>
          </w:p>
        </w:tc>
        <w:tc>
          <w:tcPr>
            <w:tcW w:w="2232" w:type="dxa"/>
            <w:shd w:val="clear" w:color="auto" w:fill="FABF8F" w:themeFill="accent6" w:themeFillTint="99"/>
            <w:vAlign w:val="center"/>
          </w:tcPr>
          <w:p w14:paraId="4FC0CF91" w14:textId="77777777" w:rsidR="00A50336" w:rsidRDefault="00000000">
            <w:r>
              <w:rPr>
                <w:b/>
                <w:sz w:val="17"/>
              </w:rPr>
              <w:t>ISBN</w:t>
            </w:r>
          </w:p>
        </w:tc>
        <w:tc>
          <w:tcPr>
            <w:tcW w:w="1080" w:type="dxa"/>
            <w:shd w:val="clear" w:color="auto" w:fill="FABF8F" w:themeFill="accent6" w:themeFillTint="99"/>
            <w:vAlign w:val="center"/>
          </w:tcPr>
          <w:p w14:paraId="32E7DB26" w14:textId="77777777" w:rsidR="00A50336" w:rsidRDefault="00000000">
            <w:r>
              <w:rPr>
                <w:b/>
                <w:sz w:val="17"/>
              </w:rPr>
              <w:t>Format</w:t>
            </w:r>
          </w:p>
        </w:tc>
        <w:tc>
          <w:tcPr>
            <w:tcW w:w="3888" w:type="dxa"/>
            <w:shd w:val="clear" w:color="auto" w:fill="FABF8F" w:themeFill="accent6" w:themeFillTint="99"/>
            <w:vAlign w:val="center"/>
          </w:tcPr>
          <w:p w14:paraId="03CF02BF" w14:textId="77777777" w:rsidR="00A50336" w:rsidRDefault="00000000">
            <w:r>
              <w:rPr>
                <w:b/>
                <w:sz w:val="17"/>
              </w:rPr>
              <w:t>Learning focus</w:t>
            </w:r>
          </w:p>
        </w:tc>
      </w:tr>
      <w:tr w:rsidR="00A50336" w14:paraId="45904129" w14:textId="77777777">
        <w:trPr>
          <w:jc w:val="center"/>
        </w:trPr>
        <w:tc>
          <w:tcPr>
            <w:tcW w:w="3240" w:type="dxa"/>
            <w:vAlign w:val="center"/>
          </w:tcPr>
          <w:p w14:paraId="6A79564D" w14:textId="77777777" w:rsidR="00A50336" w:rsidRDefault="00000000">
            <w:r>
              <w:rPr>
                <w:sz w:val="17"/>
              </w:rPr>
              <w:t>Shapeys You Can Do It!</w:t>
            </w:r>
          </w:p>
        </w:tc>
        <w:tc>
          <w:tcPr>
            <w:tcW w:w="2232" w:type="dxa"/>
            <w:vAlign w:val="center"/>
          </w:tcPr>
          <w:p w14:paraId="4BF0B824" w14:textId="77777777" w:rsidR="00A50336" w:rsidRDefault="00000000">
            <w:r>
              <w:rPr>
                <w:sz w:val="17"/>
              </w:rPr>
              <w:t>978-981-08-7346-2</w:t>
            </w:r>
          </w:p>
        </w:tc>
        <w:tc>
          <w:tcPr>
            <w:tcW w:w="1080" w:type="dxa"/>
            <w:vAlign w:val="center"/>
          </w:tcPr>
          <w:p w14:paraId="6CD513B1" w14:textId="77777777" w:rsidR="00A50336" w:rsidRDefault="00000000">
            <w:r>
              <w:rPr>
                <w:sz w:val="17"/>
              </w:rPr>
              <w:t>16 pp</w:t>
            </w:r>
          </w:p>
        </w:tc>
        <w:tc>
          <w:tcPr>
            <w:tcW w:w="3888" w:type="dxa"/>
            <w:vAlign w:val="center"/>
          </w:tcPr>
          <w:p w14:paraId="45616C9B" w14:textId="77777777" w:rsidR="00A50336" w:rsidRDefault="00000000">
            <w:r>
              <w:rPr>
                <w:sz w:val="17"/>
              </w:rPr>
              <w:t>Building self-esteem</w:t>
            </w:r>
          </w:p>
        </w:tc>
      </w:tr>
      <w:tr w:rsidR="00A50336" w14:paraId="4EC1CAE5" w14:textId="77777777">
        <w:trPr>
          <w:jc w:val="center"/>
        </w:trPr>
        <w:tc>
          <w:tcPr>
            <w:tcW w:w="3240" w:type="dxa"/>
            <w:vAlign w:val="center"/>
          </w:tcPr>
          <w:p w14:paraId="4A20AD57" w14:textId="77777777" w:rsidR="00A50336" w:rsidRDefault="00000000">
            <w:r>
              <w:rPr>
                <w:sz w:val="17"/>
              </w:rPr>
              <w:t>Shapeys Little Lessons</w:t>
            </w:r>
          </w:p>
        </w:tc>
        <w:tc>
          <w:tcPr>
            <w:tcW w:w="2232" w:type="dxa"/>
            <w:vAlign w:val="center"/>
          </w:tcPr>
          <w:p w14:paraId="62A6CE93" w14:textId="77777777" w:rsidR="00A50336" w:rsidRDefault="00000000">
            <w:r>
              <w:rPr>
                <w:sz w:val="17"/>
              </w:rPr>
              <w:t>978-981-08-7347-9</w:t>
            </w:r>
          </w:p>
        </w:tc>
        <w:tc>
          <w:tcPr>
            <w:tcW w:w="1080" w:type="dxa"/>
            <w:vAlign w:val="center"/>
          </w:tcPr>
          <w:p w14:paraId="344FD3CA" w14:textId="77777777" w:rsidR="00A50336" w:rsidRDefault="00000000">
            <w:r>
              <w:rPr>
                <w:sz w:val="17"/>
              </w:rPr>
              <w:t>16 pp</w:t>
            </w:r>
          </w:p>
        </w:tc>
        <w:tc>
          <w:tcPr>
            <w:tcW w:w="3888" w:type="dxa"/>
            <w:vAlign w:val="center"/>
          </w:tcPr>
          <w:p w14:paraId="757CC5EB" w14:textId="77777777" w:rsidR="00A50336" w:rsidRDefault="00000000">
            <w:r>
              <w:rPr>
                <w:sz w:val="17"/>
              </w:rPr>
              <w:t>Good habits</w:t>
            </w:r>
          </w:p>
        </w:tc>
      </w:tr>
      <w:tr w:rsidR="00A50336" w14:paraId="6B2935B6" w14:textId="77777777">
        <w:trPr>
          <w:jc w:val="center"/>
        </w:trPr>
        <w:tc>
          <w:tcPr>
            <w:tcW w:w="3240" w:type="dxa"/>
            <w:vAlign w:val="center"/>
          </w:tcPr>
          <w:p w14:paraId="7B919D36" w14:textId="77777777" w:rsidR="00A50336" w:rsidRDefault="00000000">
            <w:r>
              <w:rPr>
                <w:sz w:val="17"/>
              </w:rPr>
              <w:t>Shapeys The Missing Lunchbox</w:t>
            </w:r>
          </w:p>
        </w:tc>
        <w:tc>
          <w:tcPr>
            <w:tcW w:w="2232" w:type="dxa"/>
            <w:vAlign w:val="center"/>
          </w:tcPr>
          <w:p w14:paraId="1C4921A5" w14:textId="77777777" w:rsidR="00A50336" w:rsidRDefault="00000000">
            <w:r>
              <w:rPr>
                <w:sz w:val="17"/>
              </w:rPr>
              <w:t>978-981-08-7348-6</w:t>
            </w:r>
          </w:p>
        </w:tc>
        <w:tc>
          <w:tcPr>
            <w:tcW w:w="1080" w:type="dxa"/>
            <w:vAlign w:val="center"/>
          </w:tcPr>
          <w:p w14:paraId="3C9C88B0" w14:textId="77777777" w:rsidR="00A50336" w:rsidRDefault="00000000">
            <w:r>
              <w:rPr>
                <w:sz w:val="17"/>
              </w:rPr>
              <w:t>24 pp</w:t>
            </w:r>
          </w:p>
        </w:tc>
        <w:tc>
          <w:tcPr>
            <w:tcW w:w="3888" w:type="dxa"/>
            <w:vAlign w:val="center"/>
          </w:tcPr>
          <w:p w14:paraId="5C34A84B" w14:textId="77777777" w:rsidR="00A50336" w:rsidRDefault="00000000">
            <w:r>
              <w:rPr>
                <w:sz w:val="17"/>
              </w:rPr>
              <w:t>Being honest</w:t>
            </w:r>
          </w:p>
        </w:tc>
      </w:tr>
      <w:tr w:rsidR="00A50336" w14:paraId="64D8D21D" w14:textId="77777777">
        <w:trPr>
          <w:jc w:val="center"/>
        </w:trPr>
        <w:tc>
          <w:tcPr>
            <w:tcW w:w="3240" w:type="dxa"/>
            <w:vAlign w:val="center"/>
          </w:tcPr>
          <w:p w14:paraId="26FE799C" w14:textId="77777777" w:rsidR="00A50336" w:rsidRDefault="00000000">
            <w:r>
              <w:rPr>
                <w:sz w:val="17"/>
              </w:rPr>
              <w:t>Shapeys We Are Friends</w:t>
            </w:r>
          </w:p>
        </w:tc>
        <w:tc>
          <w:tcPr>
            <w:tcW w:w="2232" w:type="dxa"/>
            <w:vAlign w:val="center"/>
          </w:tcPr>
          <w:p w14:paraId="0B8C1E22" w14:textId="77777777" w:rsidR="00A50336" w:rsidRDefault="00000000">
            <w:r>
              <w:rPr>
                <w:sz w:val="17"/>
              </w:rPr>
              <w:t>978-981-08-7349-3</w:t>
            </w:r>
          </w:p>
        </w:tc>
        <w:tc>
          <w:tcPr>
            <w:tcW w:w="1080" w:type="dxa"/>
            <w:vAlign w:val="center"/>
          </w:tcPr>
          <w:p w14:paraId="196CA445" w14:textId="77777777" w:rsidR="00A50336" w:rsidRDefault="00000000">
            <w:r>
              <w:rPr>
                <w:sz w:val="17"/>
              </w:rPr>
              <w:t>24 pp</w:t>
            </w:r>
          </w:p>
        </w:tc>
        <w:tc>
          <w:tcPr>
            <w:tcW w:w="3888" w:type="dxa"/>
            <w:vAlign w:val="center"/>
          </w:tcPr>
          <w:p w14:paraId="77E69B18" w14:textId="77777777" w:rsidR="00A50336" w:rsidRDefault="00000000">
            <w:r>
              <w:rPr>
                <w:sz w:val="17"/>
              </w:rPr>
              <w:t>Living in harmony</w:t>
            </w:r>
          </w:p>
        </w:tc>
      </w:tr>
    </w:tbl>
    <w:p w14:paraId="726582FC" w14:textId="77777777" w:rsidR="00A50336" w:rsidRDefault="00000000">
      <w:pPr>
        <w:pStyle w:val="Heading2"/>
      </w:pPr>
      <w:r>
        <w:t>Life Skills — Level 2</w:t>
      </w:r>
    </w:p>
    <w:tbl>
      <w:tblPr>
        <w:tblStyle w:val="TableGrid"/>
        <w:tblW w:w="0" w:type="auto"/>
        <w:jc w:val="center"/>
        <w:tblLook w:val="04A0" w:firstRow="1" w:lastRow="0" w:firstColumn="1" w:lastColumn="0" w:noHBand="0" w:noVBand="1"/>
      </w:tblPr>
      <w:tblGrid>
        <w:gridCol w:w="3161"/>
        <w:gridCol w:w="2180"/>
        <w:gridCol w:w="1070"/>
        <w:gridCol w:w="3803"/>
      </w:tblGrid>
      <w:tr w:rsidR="00A50336" w14:paraId="0F097616" w14:textId="77777777" w:rsidTr="00070E24">
        <w:trPr>
          <w:jc w:val="center"/>
        </w:trPr>
        <w:tc>
          <w:tcPr>
            <w:tcW w:w="3240" w:type="dxa"/>
            <w:shd w:val="clear" w:color="auto" w:fill="E36C0A" w:themeFill="accent6" w:themeFillShade="BF"/>
            <w:vAlign w:val="center"/>
          </w:tcPr>
          <w:p w14:paraId="3B5EF85B" w14:textId="77777777" w:rsidR="00A50336" w:rsidRDefault="00000000">
            <w:r>
              <w:rPr>
                <w:b/>
                <w:sz w:val="17"/>
              </w:rPr>
              <w:t>Title</w:t>
            </w:r>
          </w:p>
        </w:tc>
        <w:tc>
          <w:tcPr>
            <w:tcW w:w="2232" w:type="dxa"/>
            <w:shd w:val="clear" w:color="auto" w:fill="E36C0A" w:themeFill="accent6" w:themeFillShade="BF"/>
            <w:vAlign w:val="center"/>
          </w:tcPr>
          <w:p w14:paraId="456A89CF" w14:textId="77777777" w:rsidR="00A50336" w:rsidRDefault="00000000">
            <w:r>
              <w:rPr>
                <w:b/>
                <w:sz w:val="17"/>
              </w:rPr>
              <w:t>ISBN</w:t>
            </w:r>
          </w:p>
        </w:tc>
        <w:tc>
          <w:tcPr>
            <w:tcW w:w="1080" w:type="dxa"/>
            <w:shd w:val="clear" w:color="auto" w:fill="E36C0A" w:themeFill="accent6" w:themeFillShade="BF"/>
            <w:vAlign w:val="center"/>
          </w:tcPr>
          <w:p w14:paraId="2335A05E" w14:textId="77777777" w:rsidR="00A50336" w:rsidRDefault="00000000">
            <w:r>
              <w:rPr>
                <w:b/>
                <w:sz w:val="17"/>
              </w:rPr>
              <w:t>Format</w:t>
            </w:r>
          </w:p>
        </w:tc>
        <w:tc>
          <w:tcPr>
            <w:tcW w:w="3888" w:type="dxa"/>
            <w:shd w:val="clear" w:color="auto" w:fill="E36C0A" w:themeFill="accent6" w:themeFillShade="BF"/>
            <w:vAlign w:val="center"/>
          </w:tcPr>
          <w:p w14:paraId="5B560BA4" w14:textId="77777777" w:rsidR="00A50336" w:rsidRDefault="00000000">
            <w:r>
              <w:rPr>
                <w:b/>
                <w:sz w:val="17"/>
              </w:rPr>
              <w:t>Learning focus</w:t>
            </w:r>
          </w:p>
        </w:tc>
      </w:tr>
      <w:tr w:rsidR="00A50336" w14:paraId="688272C6" w14:textId="77777777">
        <w:trPr>
          <w:jc w:val="center"/>
        </w:trPr>
        <w:tc>
          <w:tcPr>
            <w:tcW w:w="3240" w:type="dxa"/>
            <w:vAlign w:val="center"/>
          </w:tcPr>
          <w:p w14:paraId="7903E5DB" w14:textId="77777777" w:rsidR="00A50336" w:rsidRDefault="00000000">
            <w:r>
              <w:rPr>
                <w:sz w:val="17"/>
              </w:rPr>
              <w:t>Shapeys We Can Help</w:t>
            </w:r>
          </w:p>
        </w:tc>
        <w:tc>
          <w:tcPr>
            <w:tcW w:w="2232" w:type="dxa"/>
            <w:vAlign w:val="center"/>
          </w:tcPr>
          <w:p w14:paraId="259607C8" w14:textId="77777777" w:rsidR="00A50336" w:rsidRDefault="00000000">
            <w:r>
              <w:rPr>
                <w:sz w:val="17"/>
              </w:rPr>
              <w:t>978-981-08-7352-3</w:t>
            </w:r>
          </w:p>
        </w:tc>
        <w:tc>
          <w:tcPr>
            <w:tcW w:w="1080" w:type="dxa"/>
            <w:vAlign w:val="center"/>
          </w:tcPr>
          <w:p w14:paraId="07B55C00" w14:textId="77777777" w:rsidR="00A50336" w:rsidRDefault="00000000">
            <w:r>
              <w:rPr>
                <w:sz w:val="17"/>
              </w:rPr>
              <w:t>24 pp</w:t>
            </w:r>
          </w:p>
        </w:tc>
        <w:tc>
          <w:tcPr>
            <w:tcW w:w="3888" w:type="dxa"/>
            <w:vAlign w:val="center"/>
          </w:tcPr>
          <w:p w14:paraId="53972565" w14:textId="77777777" w:rsidR="00A50336" w:rsidRDefault="00000000">
            <w:r>
              <w:rPr>
                <w:sz w:val="17"/>
              </w:rPr>
              <w:t>Caring, helping and thankfulness</w:t>
            </w:r>
          </w:p>
        </w:tc>
      </w:tr>
      <w:tr w:rsidR="00A50336" w14:paraId="1B37F141" w14:textId="77777777">
        <w:trPr>
          <w:jc w:val="center"/>
        </w:trPr>
        <w:tc>
          <w:tcPr>
            <w:tcW w:w="3240" w:type="dxa"/>
            <w:vAlign w:val="center"/>
          </w:tcPr>
          <w:p w14:paraId="6F7A0306" w14:textId="77777777" w:rsidR="00A50336" w:rsidRDefault="00000000">
            <w:r>
              <w:rPr>
                <w:sz w:val="17"/>
              </w:rPr>
              <w:t>Shapeys Fun At The Fair</w:t>
            </w:r>
          </w:p>
        </w:tc>
        <w:tc>
          <w:tcPr>
            <w:tcW w:w="2232" w:type="dxa"/>
            <w:vAlign w:val="center"/>
          </w:tcPr>
          <w:p w14:paraId="36D2E901" w14:textId="77777777" w:rsidR="00A50336" w:rsidRDefault="00000000">
            <w:r>
              <w:rPr>
                <w:sz w:val="17"/>
              </w:rPr>
              <w:t>978-981-08-7353-0</w:t>
            </w:r>
          </w:p>
        </w:tc>
        <w:tc>
          <w:tcPr>
            <w:tcW w:w="1080" w:type="dxa"/>
            <w:vAlign w:val="center"/>
          </w:tcPr>
          <w:p w14:paraId="54418D86" w14:textId="77777777" w:rsidR="00A50336" w:rsidRDefault="00000000">
            <w:r>
              <w:rPr>
                <w:sz w:val="17"/>
              </w:rPr>
              <w:t>24 pp</w:t>
            </w:r>
          </w:p>
        </w:tc>
        <w:tc>
          <w:tcPr>
            <w:tcW w:w="3888" w:type="dxa"/>
            <w:vAlign w:val="center"/>
          </w:tcPr>
          <w:p w14:paraId="71DF366D" w14:textId="77777777" w:rsidR="00A50336" w:rsidRDefault="00000000">
            <w:r>
              <w:rPr>
                <w:sz w:val="17"/>
              </w:rPr>
              <w:t>Being a good friend</w:t>
            </w:r>
          </w:p>
        </w:tc>
      </w:tr>
      <w:tr w:rsidR="00A50336" w14:paraId="52952A57" w14:textId="77777777">
        <w:trPr>
          <w:jc w:val="center"/>
        </w:trPr>
        <w:tc>
          <w:tcPr>
            <w:tcW w:w="3240" w:type="dxa"/>
            <w:vAlign w:val="center"/>
          </w:tcPr>
          <w:p w14:paraId="4C2F159E" w14:textId="77777777" w:rsidR="00A50336" w:rsidRDefault="00000000">
            <w:r>
              <w:rPr>
                <w:sz w:val="17"/>
              </w:rPr>
              <w:t>Shapeys Drip, Drip, Drip!</w:t>
            </w:r>
          </w:p>
        </w:tc>
        <w:tc>
          <w:tcPr>
            <w:tcW w:w="2232" w:type="dxa"/>
            <w:vAlign w:val="center"/>
          </w:tcPr>
          <w:p w14:paraId="455D216B" w14:textId="77777777" w:rsidR="00A50336" w:rsidRDefault="00000000">
            <w:r>
              <w:rPr>
                <w:sz w:val="17"/>
              </w:rPr>
              <w:t>978-981-08-7354-7</w:t>
            </w:r>
          </w:p>
        </w:tc>
        <w:tc>
          <w:tcPr>
            <w:tcW w:w="1080" w:type="dxa"/>
            <w:vAlign w:val="center"/>
          </w:tcPr>
          <w:p w14:paraId="20D7E99A" w14:textId="77777777" w:rsidR="00A50336" w:rsidRDefault="00000000">
            <w:r>
              <w:rPr>
                <w:sz w:val="17"/>
              </w:rPr>
              <w:t>24 pp</w:t>
            </w:r>
          </w:p>
        </w:tc>
        <w:tc>
          <w:tcPr>
            <w:tcW w:w="3888" w:type="dxa"/>
            <w:vAlign w:val="center"/>
          </w:tcPr>
          <w:p w14:paraId="162989B9" w14:textId="77777777" w:rsidR="00A50336" w:rsidRDefault="00000000">
            <w:r>
              <w:rPr>
                <w:sz w:val="17"/>
              </w:rPr>
              <w:t>Knowing what is important</w:t>
            </w:r>
          </w:p>
        </w:tc>
      </w:tr>
      <w:tr w:rsidR="00A50336" w14:paraId="5EC3DB2F" w14:textId="77777777">
        <w:trPr>
          <w:jc w:val="center"/>
        </w:trPr>
        <w:tc>
          <w:tcPr>
            <w:tcW w:w="3240" w:type="dxa"/>
            <w:vAlign w:val="center"/>
          </w:tcPr>
          <w:p w14:paraId="3F8624EC" w14:textId="77777777" w:rsidR="00A50336" w:rsidRDefault="00000000">
            <w:r>
              <w:rPr>
                <w:sz w:val="17"/>
              </w:rPr>
              <w:t>Shapeys At The Airport</w:t>
            </w:r>
          </w:p>
        </w:tc>
        <w:tc>
          <w:tcPr>
            <w:tcW w:w="2232" w:type="dxa"/>
            <w:vAlign w:val="center"/>
          </w:tcPr>
          <w:p w14:paraId="184338FE" w14:textId="77777777" w:rsidR="00A50336" w:rsidRDefault="00000000">
            <w:r>
              <w:rPr>
                <w:sz w:val="17"/>
              </w:rPr>
              <w:t>978-981-08-7355-4</w:t>
            </w:r>
          </w:p>
        </w:tc>
        <w:tc>
          <w:tcPr>
            <w:tcW w:w="1080" w:type="dxa"/>
            <w:vAlign w:val="center"/>
          </w:tcPr>
          <w:p w14:paraId="65EE3825" w14:textId="77777777" w:rsidR="00A50336" w:rsidRDefault="00000000">
            <w:r>
              <w:rPr>
                <w:sz w:val="17"/>
              </w:rPr>
              <w:t>24 pp</w:t>
            </w:r>
          </w:p>
        </w:tc>
        <w:tc>
          <w:tcPr>
            <w:tcW w:w="3888" w:type="dxa"/>
            <w:vAlign w:val="center"/>
          </w:tcPr>
          <w:p w14:paraId="7EECD567" w14:textId="77777777" w:rsidR="00A50336" w:rsidRDefault="00000000">
            <w:r>
              <w:rPr>
                <w:sz w:val="17"/>
              </w:rPr>
              <w:t>Understanding how things work</w:t>
            </w:r>
          </w:p>
        </w:tc>
      </w:tr>
    </w:tbl>
    <w:p w14:paraId="1ABC8334" w14:textId="77777777" w:rsidR="00A50336" w:rsidRDefault="00A50336"/>
    <w:p w14:paraId="4D020F4C" w14:textId="77777777" w:rsidR="00A50336" w:rsidRDefault="00000000">
      <w:r>
        <w:br w:type="page"/>
      </w:r>
    </w:p>
    <w:p w14:paraId="6311B34B" w14:textId="77777777" w:rsidR="00A50336" w:rsidRDefault="00000000">
      <w:pPr>
        <w:pStyle w:val="Heading1"/>
      </w:pPr>
      <w:r>
        <w:lastRenderedPageBreak/>
        <w:t>9. Supporting Activity Books</w:t>
      </w:r>
    </w:p>
    <w:p w14:paraId="713DB602" w14:textId="7516D125" w:rsidR="00A50336" w:rsidRDefault="004466CC">
      <w:r>
        <w:t xml:space="preserve">Sixteen </w:t>
      </w:r>
      <w:r w:rsidR="00000000">
        <w:t>activity books complement the 48 reading books. They can be licensed with the corresponding subject range or as part of a broader educational package.</w:t>
      </w:r>
    </w:p>
    <w:tbl>
      <w:tblPr>
        <w:tblStyle w:val="TableGrid"/>
        <w:tblW w:w="0" w:type="auto"/>
        <w:jc w:val="center"/>
        <w:tblLook w:val="04A0" w:firstRow="1" w:lastRow="0" w:firstColumn="1" w:lastColumn="0" w:noHBand="0" w:noVBand="1"/>
      </w:tblPr>
      <w:tblGrid>
        <w:gridCol w:w="7056"/>
        <w:gridCol w:w="2880"/>
      </w:tblGrid>
      <w:tr w:rsidR="00A50336" w14:paraId="72AE71A7" w14:textId="77777777">
        <w:trPr>
          <w:jc w:val="center"/>
        </w:trPr>
        <w:tc>
          <w:tcPr>
            <w:tcW w:w="7056" w:type="dxa"/>
            <w:shd w:val="clear" w:color="auto" w:fill="1E88E5"/>
            <w:vAlign w:val="center"/>
          </w:tcPr>
          <w:p w14:paraId="677C6D8D" w14:textId="77777777" w:rsidR="00A50336" w:rsidRDefault="00000000">
            <w:r>
              <w:rPr>
                <w:b/>
                <w:sz w:val="17"/>
              </w:rPr>
              <w:t>Activity book</w:t>
            </w:r>
          </w:p>
        </w:tc>
        <w:tc>
          <w:tcPr>
            <w:tcW w:w="2880" w:type="dxa"/>
            <w:shd w:val="clear" w:color="auto" w:fill="1E88E5"/>
            <w:vAlign w:val="center"/>
          </w:tcPr>
          <w:p w14:paraId="2B8399C2" w14:textId="77777777" w:rsidR="00A50336" w:rsidRDefault="00000000">
            <w:r>
              <w:rPr>
                <w:b/>
                <w:sz w:val="17"/>
              </w:rPr>
              <w:t>ISBN</w:t>
            </w:r>
          </w:p>
        </w:tc>
      </w:tr>
      <w:tr w:rsidR="00A50336" w14:paraId="19156FAD" w14:textId="77777777">
        <w:trPr>
          <w:jc w:val="center"/>
        </w:trPr>
        <w:tc>
          <w:tcPr>
            <w:tcW w:w="7056" w:type="dxa"/>
            <w:vAlign w:val="center"/>
          </w:tcPr>
          <w:p w14:paraId="294B0D21" w14:textId="77777777" w:rsidR="00A50336" w:rsidRDefault="00000000">
            <w:r>
              <w:rPr>
                <w:sz w:val="17"/>
              </w:rPr>
              <w:t>English Activity Book Level 1 Part 1</w:t>
            </w:r>
          </w:p>
        </w:tc>
        <w:tc>
          <w:tcPr>
            <w:tcW w:w="2880" w:type="dxa"/>
            <w:vAlign w:val="center"/>
          </w:tcPr>
          <w:p w14:paraId="3F436F66" w14:textId="77777777" w:rsidR="00A50336" w:rsidRDefault="00000000">
            <w:r>
              <w:rPr>
                <w:sz w:val="17"/>
              </w:rPr>
              <w:t>978-981-08-7313-4</w:t>
            </w:r>
          </w:p>
        </w:tc>
      </w:tr>
      <w:tr w:rsidR="00A50336" w14:paraId="6DB4703E" w14:textId="77777777">
        <w:trPr>
          <w:jc w:val="center"/>
        </w:trPr>
        <w:tc>
          <w:tcPr>
            <w:tcW w:w="7056" w:type="dxa"/>
            <w:vAlign w:val="center"/>
          </w:tcPr>
          <w:p w14:paraId="666A0E98" w14:textId="77777777" w:rsidR="00A50336" w:rsidRDefault="00000000">
            <w:r>
              <w:rPr>
                <w:sz w:val="17"/>
              </w:rPr>
              <w:t>English Activity Book Level 1 Part 2</w:t>
            </w:r>
          </w:p>
        </w:tc>
        <w:tc>
          <w:tcPr>
            <w:tcW w:w="2880" w:type="dxa"/>
            <w:vAlign w:val="center"/>
          </w:tcPr>
          <w:p w14:paraId="0DBED9C1" w14:textId="77777777" w:rsidR="00A50336" w:rsidRDefault="00000000">
            <w:r>
              <w:rPr>
                <w:sz w:val="17"/>
              </w:rPr>
              <w:t>978-981-08-7314-1</w:t>
            </w:r>
          </w:p>
        </w:tc>
      </w:tr>
      <w:tr w:rsidR="00A50336" w14:paraId="62F44EC9" w14:textId="77777777">
        <w:trPr>
          <w:jc w:val="center"/>
        </w:trPr>
        <w:tc>
          <w:tcPr>
            <w:tcW w:w="7056" w:type="dxa"/>
            <w:vAlign w:val="center"/>
          </w:tcPr>
          <w:p w14:paraId="3E42DE07" w14:textId="77777777" w:rsidR="00A50336" w:rsidRDefault="00000000">
            <w:r>
              <w:rPr>
                <w:sz w:val="17"/>
              </w:rPr>
              <w:t>English Activity Book Level 2 Part 1</w:t>
            </w:r>
          </w:p>
        </w:tc>
        <w:tc>
          <w:tcPr>
            <w:tcW w:w="2880" w:type="dxa"/>
            <w:vAlign w:val="center"/>
          </w:tcPr>
          <w:p w14:paraId="264C94C7" w14:textId="77777777" w:rsidR="00A50336" w:rsidRDefault="00000000">
            <w:r>
              <w:rPr>
                <w:sz w:val="17"/>
              </w:rPr>
              <w:t>978-981-08-7319-6</w:t>
            </w:r>
          </w:p>
        </w:tc>
      </w:tr>
      <w:tr w:rsidR="00A50336" w14:paraId="04EC9209" w14:textId="77777777">
        <w:trPr>
          <w:jc w:val="center"/>
        </w:trPr>
        <w:tc>
          <w:tcPr>
            <w:tcW w:w="7056" w:type="dxa"/>
            <w:vAlign w:val="center"/>
          </w:tcPr>
          <w:p w14:paraId="517F7393" w14:textId="77777777" w:rsidR="00A50336" w:rsidRDefault="00000000">
            <w:r>
              <w:rPr>
                <w:sz w:val="17"/>
              </w:rPr>
              <w:t>English Activity Book Level 2 Part 2</w:t>
            </w:r>
          </w:p>
        </w:tc>
        <w:tc>
          <w:tcPr>
            <w:tcW w:w="2880" w:type="dxa"/>
            <w:vAlign w:val="center"/>
          </w:tcPr>
          <w:p w14:paraId="2181A03A" w14:textId="77777777" w:rsidR="00A50336" w:rsidRDefault="00000000">
            <w:r>
              <w:rPr>
                <w:sz w:val="17"/>
              </w:rPr>
              <w:t>978-981-08-7320-2</w:t>
            </w:r>
          </w:p>
        </w:tc>
      </w:tr>
      <w:tr w:rsidR="00A50336" w14:paraId="576596D5" w14:textId="77777777">
        <w:trPr>
          <w:jc w:val="center"/>
        </w:trPr>
        <w:tc>
          <w:tcPr>
            <w:tcW w:w="7056" w:type="dxa"/>
            <w:vAlign w:val="center"/>
          </w:tcPr>
          <w:p w14:paraId="02AB2942" w14:textId="77777777" w:rsidR="00A50336" w:rsidRDefault="00000000">
            <w:r>
              <w:rPr>
                <w:sz w:val="17"/>
              </w:rPr>
              <w:t>Mathematics Activity Book Level 1 Part 1</w:t>
            </w:r>
          </w:p>
        </w:tc>
        <w:tc>
          <w:tcPr>
            <w:tcW w:w="2880" w:type="dxa"/>
            <w:vAlign w:val="center"/>
          </w:tcPr>
          <w:p w14:paraId="7B5A6F1D" w14:textId="77777777" w:rsidR="00A50336" w:rsidRDefault="00000000">
            <w:r>
              <w:rPr>
                <w:sz w:val="17"/>
              </w:rPr>
              <w:t>978-981-08-7325-7</w:t>
            </w:r>
          </w:p>
        </w:tc>
      </w:tr>
      <w:tr w:rsidR="00A50336" w14:paraId="76A83C31" w14:textId="77777777">
        <w:trPr>
          <w:jc w:val="center"/>
        </w:trPr>
        <w:tc>
          <w:tcPr>
            <w:tcW w:w="7056" w:type="dxa"/>
            <w:vAlign w:val="center"/>
          </w:tcPr>
          <w:p w14:paraId="6F585E7D" w14:textId="77777777" w:rsidR="00A50336" w:rsidRDefault="00000000">
            <w:r>
              <w:rPr>
                <w:sz w:val="17"/>
              </w:rPr>
              <w:t>Mathematics Activity Book Level 1 Part 2</w:t>
            </w:r>
          </w:p>
        </w:tc>
        <w:tc>
          <w:tcPr>
            <w:tcW w:w="2880" w:type="dxa"/>
            <w:vAlign w:val="center"/>
          </w:tcPr>
          <w:p w14:paraId="2C2DDDF1" w14:textId="77777777" w:rsidR="00A50336" w:rsidRDefault="00000000">
            <w:r>
              <w:rPr>
                <w:sz w:val="17"/>
              </w:rPr>
              <w:t>978-981-7327-1</w:t>
            </w:r>
          </w:p>
        </w:tc>
      </w:tr>
      <w:tr w:rsidR="00A50336" w14:paraId="2384D1F1" w14:textId="77777777">
        <w:trPr>
          <w:jc w:val="center"/>
        </w:trPr>
        <w:tc>
          <w:tcPr>
            <w:tcW w:w="7056" w:type="dxa"/>
            <w:vAlign w:val="center"/>
          </w:tcPr>
          <w:p w14:paraId="2F1A153E" w14:textId="77777777" w:rsidR="00A50336" w:rsidRDefault="00000000">
            <w:r>
              <w:rPr>
                <w:sz w:val="17"/>
              </w:rPr>
              <w:t>Mathematics Activity Book Level 2 Part 1</w:t>
            </w:r>
          </w:p>
        </w:tc>
        <w:tc>
          <w:tcPr>
            <w:tcW w:w="2880" w:type="dxa"/>
            <w:vAlign w:val="center"/>
          </w:tcPr>
          <w:p w14:paraId="16ADC5AA" w14:textId="77777777" w:rsidR="00A50336" w:rsidRDefault="00000000">
            <w:r>
              <w:rPr>
                <w:sz w:val="17"/>
              </w:rPr>
              <w:t>978-981-08-7332-5</w:t>
            </w:r>
          </w:p>
        </w:tc>
      </w:tr>
      <w:tr w:rsidR="00A50336" w14:paraId="3B3E381A" w14:textId="77777777">
        <w:trPr>
          <w:jc w:val="center"/>
        </w:trPr>
        <w:tc>
          <w:tcPr>
            <w:tcW w:w="7056" w:type="dxa"/>
            <w:vAlign w:val="center"/>
          </w:tcPr>
          <w:p w14:paraId="3976D375" w14:textId="77777777" w:rsidR="00A50336" w:rsidRDefault="00000000">
            <w:r>
              <w:rPr>
                <w:sz w:val="17"/>
              </w:rPr>
              <w:t>Mathematics Activity Book Level 2 Part 2</w:t>
            </w:r>
          </w:p>
        </w:tc>
        <w:tc>
          <w:tcPr>
            <w:tcW w:w="2880" w:type="dxa"/>
            <w:vAlign w:val="center"/>
          </w:tcPr>
          <w:p w14:paraId="1E9AFF3B" w14:textId="77777777" w:rsidR="00A50336" w:rsidRDefault="00000000">
            <w:r>
              <w:rPr>
                <w:sz w:val="17"/>
              </w:rPr>
              <w:t>978-981-08-7333-2</w:t>
            </w:r>
          </w:p>
        </w:tc>
      </w:tr>
      <w:tr w:rsidR="00A50336" w14:paraId="15D7C4BB" w14:textId="77777777">
        <w:trPr>
          <w:jc w:val="center"/>
        </w:trPr>
        <w:tc>
          <w:tcPr>
            <w:tcW w:w="7056" w:type="dxa"/>
            <w:vAlign w:val="center"/>
          </w:tcPr>
          <w:p w14:paraId="5CFB03BA" w14:textId="77777777" w:rsidR="00A50336" w:rsidRDefault="00000000">
            <w:r>
              <w:rPr>
                <w:sz w:val="17"/>
              </w:rPr>
              <w:t>Science Activity Book Level 1 Part 1</w:t>
            </w:r>
          </w:p>
        </w:tc>
        <w:tc>
          <w:tcPr>
            <w:tcW w:w="2880" w:type="dxa"/>
            <w:vAlign w:val="center"/>
          </w:tcPr>
          <w:p w14:paraId="24CADEF3" w14:textId="77777777" w:rsidR="00A50336" w:rsidRDefault="00000000">
            <w:r>
              <w:rPr>
                <w:sz w:val="17"/>
              </w:rPr>
              <w:t>978-981-08-7338-7</w:t>
            </w:r>
          </w:p>
        </w:tc>
      </w:tr>
      <w:tr w:rsidR="00A50336" w14:paraId="6345E901" w14:textId="77777777">
        <w:trPr>
          <w:jc w:val="center"/>
        </w:trPr>
        <w:tc>
          <w:tcPr>
            <w:tcW w:w="7056" w:type="dxa"/>
            <w:vAlign w:val="center"/>
          </w:tcPr>
          <w:p w14:paraId="11A2F31B" w14:textId="77777777" w:rsidR="00A50336" w:rsidRDefault="00000000">
            <w:r>
              <w:rPr>
                <w:sz w:val="17"/>
              </w:rPr>
              <w:t>Science Activity Book Level 1 Part 2</w:t>
            </w:r>
          </w:p>
        </w:tc>
        <w:tc>
          <w:tcPr>
            <w:tcW w:w="2880" w:type="dxa"/>
            <w:vAlign w:val="center"/>
          </w:tcPr>
          <w:p w14:paraId="33551CFD" w14:textId="77777777" w:rsidR="00A50336" w:rsidRDefault="00000000">
            <w:r>
              <w:rPr>
                <w:sz w:val="17"/>
              </w:rPr>
              <w:t>978-981-08-7339-4</w:t>
            </w:r>
          </w:p>
        </w:tc>
      </w:tr>
      <w:tr w:rsidR="00A50336" w14:paraId="5C44B81A" w14:textId="77777777">
        <w:trPr>
          <w:jc w:val="center"/>
        </w:trPr>
        <w:tc>
          <w:tcPr>
            <w:tcW w:w="7056" w:type="dxa"/>
            <w:vAlign w:val="center"/>
          </w:tcPr>
          <w:p w14:paraId="0C08B611" w14:textId="77777777" w:rsidR="00A50336" w:rsidRDefault="00000000">
            <w:r>
              <w:rPr>
                <w:sz w:val="17"/>
              </w:rPr>
              <w:t>Science Activity Book Level 2 Part 1</w:t>
            </w:r>
          </w:p>
        </w:tc>
        <w:tc>
          <w:tcPr>
            <w:tcW w:w="2880" w:type="dxa"/>
            <w:vAlign w:val="center"/>
          </w:tcPr>
          <w:p w14:paraId="453D5077" w14:textId="77777777" w:rsidR="00A50336" w:rsidRDefault="00000000">
            <w:r>
              <w:rPr>
                <w:sz w:val="17"/>
              </w:rPr>
              <w:t>978-981-08-7344-8</w:t>
            </w:r>
          </w:p>
        </w:tc>
      </w:tr>
      <w:tr w:rsidR="00A50336" w14:paraId="79E7E417" w14:textId="77777777">
        <w:trPr>
          <w:jc w:val="center"/>
        </w:trPr>
        <w:tc>
          <w:tcPr>
            <w:tcW w:w="7056" w:type="dxa"/>
            <w:vAlign w:val="center"/>
          </w:tcPr>
          <w:p w14:paraId="5357933D" w14:textId="77777777" w:rsidR="00A50336" w:rsidRDefault="00000000">
            <w:r>
              <w:rPr>
                <w:sz w:val="17"/>
              </w:rPr>
              <w:t>Science Activity Book Level 2 Part 2</w:t>
            </w:r>
          </w:p>
        </w:tc>
        <w:tc>
          <w:tcPr>
            <w:tcW w:w="2880" w:type="dxa"/>
            <w:vAlign w:val="center"/>
          </w:tcPr>
          <w:p w14:paraId="61B8642C" w14:textId="77777777" w:rsidR="00A50336" w:rsidRDefault="00000000">
            <w:r>
              <w:rPr>
                <w:sz w:val="17"/>
              </w:rPr>
              <w:t>978-981-08-7345-5</w:t>
            </w:r>
          </w:p>
        </w:tc>
      </w:tr>
      <w:tr w:rsidR="00A50336" w14:paraId="6F9E4261" w14:textId="77777777">
        <w:trPr>
          <w:jc w:val="center"/>
        </w:trPr>
        <w:tc>
          <w:tcPr>
            <w:tcW w:w="7056" w:type="dxa"/>
            <w:vAlign w:val="center"/>
          </w:tcPr>
          <w:p w14:paraId="50264D13" w14:textId="77777777" w:rsidR="00A50336" w:rsidRDefault="00000000">
            <w:r>
              <w:rPr>
                <w:sz w:val="17"/>
              </w:rPr>
              <w:t>Life Skills Activity Book Level 1 Part 1</w:t>
            </w:r>
          </w:p>
        </w:tc>
        <w:tc>
          <w:tcPr>
            <w:tcW w:w="2880" w:type="dxa"/>
            <w:vAlign w:val="center"/>
          </w:tcPr>
          <w:p w14:paraId="6867C284" w14:textId="77777777" w:rsidR="00A50336" w:rsidRDefault="00000000">
            <w:r>
              <w:rPr>
                <w:sz w:val="17"/>
              </w:rPr>
              <w:t>978-981-08-7350-9</w:t>
            </w:r>
          </w:p>
        </w:tc>
      </w:tr>
      <w:tr w:rsidR="00A50336" w14:paraId="18D396DD" w14:textId="77777777">
        <w:trPr>
          <w:jc w:val="center"/>
        </w:trPr>
        <w:tc>
          <w:tcPr>
            <w:tcW w:w="7056" w:type="dxa"/>
            <w:vAlign w:val="center"/>
          </w:tcPr>
          <w:p w14:paraId="256569D1" w14:textId="77777777" w:rsidR="00A50336" w:rsidRDefault="00000000">
            <w:r>
              <w:rPr>
                <w:sz w:val="17"/>
              </w:rPr>
              <w:t>Life Skills Activity Book Level 1 Part 2</w:t>
            </w:r>
          </w:p>
        </w:tc>
        <w:tc>
          <w:tcPr>
            <w:tcW w:w="2880" w:type="dxa"/>
            <w:vAlign w:val="center"/>
          </w:tcPr>
          <w:p w14:paraId="3E994407" w14:textId="77777777" w:rsidR="00A50336" w:rsidRDefault="00000000">
            <w:r>
              <w:rPr>
                <w:sz w:val="17"/>
              </w:rPr>
              <w:t>978-981-08-7351-6</w:t>
            </w:r>
          </w:p>
        </w:tc>
      </w:tr>
      <w:tr w:rsidR="00A50336" w14:paraId="5EAF15FC" w14:textId="77777777">
        <w:trPr>
          <w:jc w:val="center"/>
        </w:trPr>
        <w:tc>
          <w:tcPr>
            <w:tcW w:w="7056" w:type="dxa"/>
            <w:vAlign w:val="center"/>
          </w:tcPr>
          <w:p w14:paraId="084F595B" w14:textId="77777777" w:rsidR="00A50336" w:rsidRDefault="00000000">
            <w:r>
              <w:rPr>
                <w:sz w:val="17"/>
              </w:rPr>
              <w:t>Life Skills Activity Book Level 2 Part 1</w:t>
            </w:r>
          </w:p>
        </w:tc>
        <w:tc>
          <w:tcPr>
            <w:tcW w:w="2880" w:type="dxa"/>
            <w:vAlign w:val="center"/>
          </w:tcPr>
          <w:p w14:paraId="6723ACF5" w14:textId="77777777" w:rsidR="00A50336" w:rsidRDefault="00000000">
            <w:r>
              <w:rPr>
                <w:sz w:val="17"/>
              </w:rPr>
              <w:t>978-981-08-7356-1</w:t>
            </w:r>
          </w:p>
        </w:tc>
      </w:tr>
      <w:tr w:rsidR="00A50336" w14:paraId="3A0774A2" w14:textId="77777777">
        <w:trPr>
          <w:jc w:val="center"/>
        </w:trPr>
        <w:tc>
          <w:tcPr>
            <w:tcW w:w="7056" w:type="dxa"/>
            <w:vAlign w:val="center"/>
          </w:tcPr>
          <w:p w14:paraId="7DEB3C5C" w14:textId="77777777" w:rsidR="00A50336" w:rsidRDefault="00000000">
            <w:r>
              <w:rPr>
                <w:sz w:val="17"/>
              </w:rPr>
              <w:t>Life Skills Activity Book Level 2 Part 2</w:t>
            </w:r>
          </w:p>
        </w:tc>
        <w:tc>
          <w:tcPr>
            <w:tcW w:w="2880" w:type="dxa"/>
            <w:vAlign w:val="center"/>
          </w:tcPr>
          <w:p w14:paraId="44779121" w14:textId="77777777" w:rsidR="00A50336" w:rsidRDefault="00000000">
            <w:r>
              <w:rPr>
                <w:sz w:val="17"/>
              </w:rPr>
              <w:t>978-981-08-7357-8</w:t>
            </w:r>
          </w:p>
        </w:tc>
      </w:tr>
    </w:tbl>
    <w:p w14:paraId="69078064" w14:textId="77777777" w:rsidR="004B0CA4" w:rsidRDefault="004B0CA4"/>
    <w:p w14:paraId="735C231C" w14:textId="77777777" w:rsidR="00A50336" w:rsidRDefault="00000000">
      <w:pPr>
        <w:pStyle w:val="Heading1"/>
      </w:pPr>
      <w:r>
        <w:t>11. Adaptation and Derivative Rights</w:t>
      </w:r>
    </w:p>
    <w:tbl>
      <w:tblPr>
        <w:tblStyle w:val="TableGrid"/>
        <w:tblW w:w="0" w:type="auto"/>
        <w:jc w:val="center"/>
        <w:tblLook w:val="04A0" w:firstRow="1" w:lastRow="0" w:firstColumn="1" w:lastColumn="0" w:noHBand="0" w:noVBand="1"/>
      </w:tblPr>
      <w:tblGrid>
        <w:gridCol w:w="2592"/>
        <w:gridCol w:w="7416"/>
      </w:tblGrid>
      <w:tr w:rsidR="00A50336" w14:paraId="5D6E6ED8" w14:textId="77777777" w:rsidTr="004466CC">
        <w:trPr>
          <w:trHeight w:val="170"/>
          <w:jc w:val="center"/>
        </w:trPr>
        <w:tc>
          <w:tcPr>
            <w:tcW w:w="2592" w:type="dxa"/>
            <w:shd w:val="clear" w:color="auto" w:fill="1E88E5"/>
            <w:vAlign w:val="center"/>
          </w:tcPr>
          <w:p w14:paraId="30BBDE83" w14:textId="77777777" w:rsidR="00A50336" w:rsidRDefault="00000000">
            <w:r>
              <w:rPr>
                <w:b/>
                <w:sz w:val="17"/>
              </w:rPr>
              <w:t>Format / opportunity</w:t>
            </w:r>
          </w:p>
        </w:tc>
        <w:tc>
          <w:tcPr>
            <w:tcW w:w="7416" w:type="dxa"/>
            <w:shd w:val="clear" w:color="auto" w:fill="1E88E5"/>
            <w:vAlign w:val="center"/>
          </w:tcPr>
          <w:p w14:paraId="32540C73" w14:textId="77777777" w:rsidR="00A50336" w:rsidRDefault="00000000">
            <w:r>
              <w:rPr>
                <w:b/>
                <w:sz w:val="17"/>
              </w:rPr>
              <w:t>Potential licensed use</w:t>
            </w:r>
          </w:p>
        </w:tc>
      </w:tr>
      <w:tr w:rsidR="00A50336" w14:paraId="054B4C30" w14:textId="77777777" w:rsidTr="004466CC">
        <w:trPr>
          <w:trHeight w:val="170"/>
          <w:jc w:val="center"/>
        </w:trPr>
        <w:tc>
          <w:tcPr>
            <w:tcW w:w="2592" w:type="dxa"/>
            <w:vAlign w:val="center"/>
          </w:tcPr>
          <w:p w14:paraId="709F30DA" w14:textId="77777777" w:rsidR="00A50336" w:rsidRDefault="00000000">
            <w:r>
              <w:rPr>
                <w:sz w:val="17"/>
              </w:rPr>
              <w:t>E-books</w:t>
            </w:r>
          </w:p>
        </w:tc>
        <w:tc>
          <w:tcPr>
            <w:tcW w:w="7416" w:type="dxa"/>
            <w:vAlign w:val="center"/>
          </w:tcPr>
          <w:p w14:paraId="262219FA" w14:textId="77777777" w:rsidR="00A50336" w:rsidRDefault="00000000">
            <w:r>
              <w:rPr>
                <w:sz w:val="17"/>
              </w:rPr>
              <w:t>Digital editions of selected or complete reading ranges.</w:t>
            </w:r>
          </w:p>
        </w:tc>
      </w:tr>
      <w:tr w:rsidR="00A50336" w14:paraId="2D02BAF6" w14:textId="77777777" w:rsidTr="004466CC">
        <w:trPr>
          <w:trHeight w:val="170"/>
          <w:jc w:val="center"/>
        </w:trPr>
        <w:tc>
          <w:tcPr>
            <w:tcW w:w="2592" w:type="dxa"/>
            <w:vAlign w:val="center"/>
          </w:tcPr>
          <w:p w14:paraId="34B6820A" w14:textId="77777777" w:rsidR="00A50336" w:rsidRDefault="00000000">
            <w:r>
              <w:rPr>
                <w:sz w:val="17"/>
              </w:rPr>
              <w:t>Educational apps</w:t>
            </w:r>
          </w:p>
        </w:tc>
        <w:tc>
          <w:tcPr>
            <w:tcW w:w="7416" w:type="dxa"/>
            <w:vAlign w:val="center"/>
          </w:tcPr>
          <w:p w14:paraId="58A780BD" w14:textId="77777777" w:rsidR="00A50336" w:rsidRDefault="00000000">
            <w:r>
              <w:rPr>
                <w:sz w:val="17"/>
              </w:rPr>
              <w:t>Interactive reading, phonics, vocabulary, quizzes or subject-learning experiences.</w:t>
            </w:r>
          </w:p>
        </w:tc>
      </w:tr>
      <w:tr w:rsidR="00A50336" w14:paraId="7807113B" w14:textId="77777777" w:rsidTr="004466CC">
        <w:trPr>
          <w:trHeight w:val="170"/>
          <w:jc w:val="center"/>
        </w:trPr>
        <w:tc>
          <w:tcPr>
            <w:tcW w:w="2592" w:type="dxa"/>
            <w:vAlign w:val="center"/>
          </w:tcPr>
          <w:p w14:paraId="5CCB4336" w14:textId="77777777" w:rsidR="00A50336" w:rsidRDefault="00000000">
            <w:r>
              <w:rPr>
                <w:sz w:val="17"/>
              </w:rPr>
              <w:t>Video</w:t>
            </w:r>
          </w:p>
        </w:tc>
        <w:tc>
          <w:tcPr>
            <w:tcW w:w="7416" w:type="dxa"/>
            <w:vAlign w:val="center"/>
          </w:tcPr>
          <w:p w14:paraId="7CDE5245" w14:textId="77777777" w:rsidR="00A50336" w:rsidRDefault="00000000">
            <w:r>
              <w:rPr>
                <w:sz w:val="17"/>
              </w:rPr>
              <w:t>Animated or live-action educational adaptations using approved Shapeys content.</w:t>
            </w:r>
          </w:p>
        </w:tc>
      </w:tr>
      <w:tr w:rsidR="00A50336" w14:paraId="14AC0852" w14:textId="77777777" w:rsidTr="004466CC">
        <w:trPr>
          <w:trHeight w:val="170"/>
          <w:jc w:val="center"/>
        </w:trPr>
        <w:tc>
          <w:tcPr>
            <w:tcW w:w="2592" w:type="dxa"/>
            <w:vAlign w:val="center"/>
          </w:tcPr>
          <w:p w14:paraId="422D017D" w14:textId="77777777" w:rsidR="00A50336" w:rsidRDefault="00000000">
            <w:r>
              <w:rPr>
                <w:sz w:val="17"/>
              </w:rPr>
              <w:t>Audio</w:t>
            </w:r>
          </w:p>
        </w:tc>
        <w:tc>
          <w:tcPr>
            <w:tcW w:w="7416" w:type="dxa"/>
            <w:vAlign w:val="center"/>
          </w:tcPr>
          <w:p w14:paraId="539EF864" w14:textId="77777777" w:rsidR="00A50336" w:rsidRDefault="00000000">
            <w:r>
              <w:rPr>
                <w:sz w:val="17"/>
              </w:rPr>
              <w:t>Narrated stories, listening exercises and audio learning resources.</w:t>
            </w:r>
          </w:p>
        </w:tc>
      </w:tr>
      <w:tr w:rsidR="00A50336" w14:paraId="6014D134" w14:textId="77777777" w:rsidTr="004466CC">
        <w:trPr>
          <w:trHeight w:val="170"/>
          <w:jc w:val="center"/>
        </w:trPr>
        <w:tc>
          <w:tcPr>
            <w:tcW w:w="2592" w:type="dxa"/>
            <w:vAlign w:val="center"/>
          </w:tcPr>
          <w:p w14:paraId="26C7EC29" w14:textId="77777777" w:rsidR="00A50336" w:rsidRDefault="00000000">
            <w:r>
              <w:rPr>
                <w:sz w:val="17"/>
              </w:rPr>
              <w:t>Games</w:t>
            </w:r>
          </w:p>
        </w:tc>
        <w:tc>
          <w:tcPr>
            <w:tcW w:w="7416" w:type="dxa"/>
            <w:vAlign w:val="center"/>
          </w:tcPr>
          <w:p w14:paraId="5EBBA77A" w14:textId="77777777" w:rsidR="00A50336" w:rsidRDefault="00000000">
            <w:r>
              <w:rPr>
                <w:sz w:val="17"/>
              </w:rPr>
              <w:t>Educational games based on agreed characters, concepts or stories.</w:t>
            </w:r>
          </w:p>
        </w:tc>
      </w:tr>
      <w:tr w:rsidR="00A50336" w14:paraId="2DC1305A" w14:textId="77777777" w:rsidTr="004466CC">
        <w:trPr>
          <w:trHeight w:val="170"/>
          <w:jc w:val="center"/>
        </w:trPr>
        <w:tc>
          <w:tcPr>
            <w:tcW w:w="2592" w:type="dxa"/>
            <w:vAlign w:val="center"/>
          </w:tcPr>
          <w:p w14:paraId="19AAA896" w14:textId="77777777" w:rsidR="00A50336" w:rsidRDefault="00000000">
            <w:r>
              <w:rPr>
                <w:sz w:val="17"/>
              </w:rPr>
              <w:t>Teacher resources</w:t>
            </w:r>
          </w:p>
        </w:tc>
        <w:tc>
          <w:tcPr>
            <w:tcW w:w="7416" w:type="dxa"/>
            <w:vAlign w:val="center"/>
          </w:tcPr>
          <w:p w14:paraId="43123D29" w14:textId="77777777" w:rsidR="00A50336" w:rsidRDefault="00000000">
            <w:r>
              <w:rPr>
                <w:sz w:val="17"/>
              </w:rPr>
              <w:t>Localised teacher guides, worksheets, flashcards and classroom materials.</w:t>
            </w:r>
          </w:p>
        </w:tc>
      </w:tr>
      <w:tr w:rsidR="00A50336" w14:paraId="2D39E997" w14:textId="77777777" w:rsidTr="004466CC">
        <w:trPr>
          <w:trHeight w:val="170"/>
          <w:jc w:val="center"/>
        </w:trPr>
        <w:tc>
          <w:tcPr>
            <w:tcW w:w="2592" w:type="dxa"/>
            <w:vAlign w:val="center"/>
          </w:tcPr>
          <w:p w14:paraId="6768BA18" w14:textId="77777777" w:rsidR="00A50336" w:rsidRDefault="00000000">
            <w:r>
              <w:rPr>
                <w:sz w:val="17"/>
              </w:rPr>
              <w:t>Merchandise</w:t>
            </w:r>
          </w:p>
        </w:tc>
        <w:tc>
          <w:tcPr>
            <w:tcW w:w="7416" w:type="dxa"/>
            <w:vAlign w:val="center"/>
          </w:tcPr>
          <w:p w14:paraId="37B81CE9" w14:textId="77777777" w:rsidR="00A50336" w:rsidRDefault="00000000">
            <w:r>
              <w:rPr>
                <w:sz w:val="17"/>
              </w:rPr>
              <w:t>Approved character-led products and educational merchandise.</w:t>
            </w:r>
          </w:p>
        </w:tc>
      </w:tr>
    </w:tbl>
    <w:p w14:paraId="21C3229E" w14:textId="77777777" w:rsidR="00A50336" w:rsidRDefault="00A50336"/>
    <w:p w14:paraId="5613DC4B" w14:textId="3F996686" w:rsidR="00A50336" w:rsidRDefault="00000000">
      <w:pPr>
        <w:pStyle w:val="Heading1"/>
      </w:pPr>
      <w:r>
        <w:t>12. What a Publisher Proposal Should Include</w:t>
      </w:r>
    </w:p>
    <w:p w14:paraId="52F6FB5E" w14:textId="77777777" w:rsidR="00A50336" w:rsidRDefault="00000000">
      <w:pPr>
        <w:pStyle w:val="ListBullet"/>
      </w:pPr>
      <w:r>
        <w:t>Publisher/company profile and relevant educational publishing experience.</w:t>
      </w:r>
    </w:p>
    <w:p w14:paraId="681621FC" w14:textId="77777777" w:rsidR="00A50336" w:rsidRDefault="00000000">
      <w:pPr>
        <w:pStyle w:val="ListBullet"/>
      </w:pPr>
      <w:r>
        <w:t>Territory or territories requested.</w:t>
      </w:r>
    </w:p>
    <w:p w14:paraId="34229C69" w14:textId="77777777" w:rsidR="00A50336" w:rsidRDefault="00000000">
      <w:pPr>
        <w:pStyle w:val="ListBullet"/>
      </w:pPr>
      <w:r>
        <w:t>Language(s) requested.</w:t>
      </w:r>
    </w:p>
    <w:p w14:paraId="2ED73625" w14:textId="77777777" w:rsidR="00A50336" w:rsidRDefault="00000000">
      <w:pPr>
        <w:pStyle w:val="ListBullet"/>
      </w:pPr>
      <w:r>
        <w:t>Titles, subjects or levels requested.</w:t>
      </w:r>
    </w:p>
    <w:p w14:paraId="114506A8" w14:textId="77777777" w:rsidR="00A50336" w:rsidRDefault="00000000">
      <w:pPr>
        <w:pStyle w:val="ListBullet"/>
      </w:pPr>
      <w:r>
        <w:t>Print, digital, audio, video or other formats requested.</w:t>
      </w:r>
    </w:p>
    <w:p w14:paraId="201D0D03" w14:textId="77777777" w:rsidR="00A50336" w:rsidRDefault="00000000">
      <w:pPr>
        <w:pStyle w:val="ListBullet"/>
      </w:pPr>
      <w:r>
        <w:t>Exclusive or non-exclusive rights requested.</w:t>
      </w:r>
    </w:p>
    <w:p w14:paraId="1588E57D" w14:textId="77777777" w:rsidR="00A50336" w:rsidRDefault="00000000">
      <w:pPr>
        <w:pStyle w:val="ListBullet"/>
      </w:pPr>
      <w:r>
        <w:t>Proposed distribution channels.</w:t>
      </w:r>
    </w:p>
    <w:p w14:paraId="3FD8A522" w14:textId="77777777" w:rsidR="00A50336" w:rsidRDefault="00000000">
      <w:pPr>
        <w:pStyle w:val="ListBullet"/>
      </w:pPr>
      <w:r>
        <w:t>Expected launch timing and initial print/digital plans.</w:t>
      </w:r>
    </w:p>
    <w:p w14:paraId="7543D015" w14:textId="77777777" w:rsidR="00A50336" w:rsidRDefault="00000000">
      <w:pPr>
        <w:pStyle w:val="ListBullet"/>
      </w:pPr>
      <w:r>
        <w:t>Proposed licence term.</w:t>
      </w:r>
    </w:p>
    <w:p w14:paraId="4592A173" w14:textId="77777777" w:rsidR="00A50336" w:rsidRDefault="00000000">
      <w:pPr>
        <w:pStyle w:val="ListBullet"/>
      </w:pPr>
      <w:r>
        <w:t>Proposed commercial structure, including advance/guarantee and royalty proposal where applicable.</w:t>
      </w:r>
    </w:p>
    <w:p w14:paraId="2548A14E" w14:textId="77777777" w:rsidR="00A50336" w:rsidRDefault="00000000">
      <w:pPr>
        <w:pStyle w:val="ListBullet"/>
      </w:pPr>
      <w:r>
        <w:t>Marketing and sales plan.</w:t>
      </w:r>
    </w:p>
    <w:p w14:paraId="6E60EFB8" w14:textId="77777777" w:rsidR="00A50336" w:rsidRDefault="00000000">
      <w:pPr>
        <w:pStyle w:val="ListBullet"/>
      </w:pPr>
      <w:r>
        <w:t>Any proposed localisation, translation or adaptation.</w:t>
      </w:r>
    </w:p>
    <w:p w14:paraId="17D96380" w14:textId="77777777" w:rsidR="00A50336" w:rsidRDefault="00000000">
      <w:pPr>
        <w:pStyle w:val="Heading1"/>
      </w:pPr>
      <w:r>
        <w:lastRenderedPageBreak/>
        <w:t>13. Rights Enquiry Process</w:t>
      </w:r>
    </w:p>
    <w:p w14:paraId="09CAF082" w14:textId="77777777" w:rsidR="00A50336" w:rsidRDefault="00000000">
      <w:r>
        <w:t>Publishers and licensing partners are invited to contact Shapeys with their proposed territory, language, titles and rights requirements. Shapeys can then confirm the appropriate rights package, availability and commercial discussion points. No rights are granted by this Guide itself; rights become effective only under a signed written agreement.</w:t>
      </w:r>
    </w:p>
    <w:p w14:paraId="497957E2" w14:textId="77777777" w:rsidR="00A50336" w:rsidRDefault="00000000">
      <w:pPr>
        <w:pStyle w:val="Heading1"/>
      </w:pPr>
      <w:r>
        <w:t>14. Contact</w:t>
      </w:r>
    </w:p>
    <w:p w14:paraId="4F2D5CD5" w14:textId="53ADAC79" w:rsidR="00A50336" w:rsidRDefault="00000000">
      <w:r>
        <w:rPr>
          <w:b/>
        </w:rPr>
        <w:t>Shapeys Education (Pte) Limited</w:t>
      </w:r>
      <w:r>
        <w:rPr>
          <w:b/>
        </w:rPr>
        <w:br/>
      </w:r>
      <w:r>
        <w:t>10 Anson Road</w:t>
      </w:r>
      <w:r>
        <w:br/>
        <w:t>International Plaza #</w:t>
      </w:r>
      <w:r w:rsidR="00070E24">
        <w:t>18-11</w:t>
      </w:r>
      <w:r>
        <w:br/>
        <w:t>Singapore 079903</w:t>
      </w:r>
      <w:r>
        <w:br/>
        <w:t>Email: info@shapeys.com</w:t>
      </w:r>
      <w:r>
        <w:br/>
        <w:t>Website: www.shapeys.com</w:t>
      </w:r>
    </w:p>
    <w:p w14:paraId="1A4F2827" w14:textId="77777777" w:rsidR="00A50336" w:rsidRDefault="00A50336"/>
    <w:p w14:paraId="69C432A9" w14:textId="77777777" w:rsidR="00A50336" w:rsidRDefault="00000000">
      <w:r>
        <w:rPr>
          <w:b/>
        </w:rPr>
        <w:t>© Adrian Alexander / Shapeys Education (Pte) Limited. All rights reserved.</w:t>
      </w:r>
    </w:p>
    <w:sectPr w:rsidR="00A50336" w:rsidSect="00034616">
      <w:headerReference w:type="default" r:id="rId9"/>
      <w:footerReference w:type="default" r:id="rId10"/>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140BA8A" w14:textId="77777777" w:rsidR="006B31B3" w:rsidRDefault="006B31B3">
      <w:pPr>
        <w:spacing w:after="0" w:line="240" w:lineRule="auto"/>
      </w:pPr>
      <w:r>
        <w:separator/>
      </w:r>
    </w:p>
  </w:endnote>
  <w:endnote w:type="continuationSeparator" w:id="0">
    <w:p w14:paraId="06B46F00" w14:textId="77777777" w:rsidR="006B31B3" w:rsidRDefault="006B31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90CC3E" w14:textId="77777777" w:rsidR="00A50336" w:rsidRDefault="00000000">
    <w:pPr>
      <w:pStyle w:val="Footer"/>
      <w:jc w:val="center"/>
    </w:pPr>
    <w:proofErr w:type="spellStart"/>
    <w:r>
      <w:rPr>
        <w:sz w:val="16"/>
      </w:rPr>
      <w:t>Shapeys</w:t>
    </w:r>
    <w:proofErr w:type="spellEnd"/>
    <w:r>
      <w:rPr>
        <w:sz w:val="16"/>
      </w:rPr>
      <w:t xml:space="preserve"> Education • www.shapeys.com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670FD2" w14:textId="77777777" w:rsidR="006B31B3" w:rsidRDefault="006B31B3">
      <w:pPr>
        <w:spacing w:after="0" w:line="240" w:lineRule="auto"/>
      </w:pPr>
      <w:r>
        <w:separator/>
      </w:r>
    </w:p>
  </w:footnote>
  <w:footnote w:type="continuationSeparator" w:id="0">
    <w:p w14:paraId="1D62AEF5" w14:textId="77777777" w:rsidR="006B31B3" w:rsidRDefault="006B31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6E90E" w14:textId="77777777" w:rsidR="00A50336" w:rsidRDefault="00000000">
    <w:pPr>
      <w:pStyle w:val="Header"/>
      <w:jc w:val="right"/>
    </w:pPr>
    <w:r>
      <w:rPr>
        <w:color w:val="646464"/>
        <w:sz w:val="16"/>
      </w:rPr>
      <w:t>SHAPEYS® | INTERNATIONAL RIGHTS GUIDE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60294B5F"/>
    <w:multiLevelType w:val="hybridMultilevel"/>
    <w:tmpl w:val="FCDE6C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7120257">
    <w:abstractNumId w:val="8"/>
  </w:num>
  <w:num w:numId="2" w16cid:durableId="404304625">
    <w:abstractNumId w:val="6"/>
  </w:num>
  <w:num w:numId="3" w16cid:durableId="177240510">
    <w:abstractNumId w:val="5"/>
  </w:num>
  <w:num w:numId="4" w16cid:durableId="493834590">
    <w:abstractNumId w:val="4"/>
  </w:num>
  <w:num w:numId="5" w16cid:durableId="1969779346">
    <w:abstractNumId w:val="7"/>
  </w:num>
  <w:num w:numId="6" w16cid:durableId="534733335">
    <w:abstractNumId w:val="3"/>
  </w:num>
  <w:num w:numId="7" w16cid:durableId="1612393393">
    <w:abstractNumId w:val="2"/>
  </w:num>
  <w:num w:numId="8" w16cid:durableId="383142574">
    <w:abstractNumId w:val="1"/>
  </w:num>
  <w:num w:numId="9" w16cid:durableId="1377119597">
    <w:abstractNumId w:val="0"/>
  </w:num>
  <w:num w:numId="10" w16cid:durableId="246697832">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1A9"/>
    <w:rsid w:val="0006063C"/>
    <w:rsid w:val="00070E24"/>
    <w:rsid w:val="0015074B"/>
    <w:rsid w:val="0029639D"/>
    <w:rsid w:val="0031540D"/>
    <w:rsid w:val="00326F90"/>
    <w:rsid w:val="004263B0"/>
    <w:rsid w:val="004466CC"/>
    <w:rsid w:val="004A5EFA"/>
    <w:rsid w:val="004B0CA4"/>
    <w:rsid w:val="006B31B3"/>
    <w:rsid w:val="00700B14"/>
    <w:rsid w:val="00A50336"/>
    <w:rsid w:val="00AA1D8D"/>
    <w:rsid w:val="00B47730"/>
    <w:rsid w:val="00C50851"/>
    <w:rsid w:val="00CB0664"/>
    <w:rsid w:val="00FC693F"/>
    <w:rsid w:val="00FC7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4666B28"/>
  <w14:defaultImageDpi w14:val="300"/>
  <w15:docId w15:val="{5FC0F60D-BDAC-584C-B45D-C002921C6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2089</Words>
  <Characters>11909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13971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Adrian Alexander</cp:lastModifiedBy>
  <cp:revision>3</cp:revision>
  <dcterms:created xsi:type="dcterms:W3CDTF">2026-09-22T04:52:00Z</dcterms:created>
  <dcterms:modified xsi:type="dcterms:W3CDTF">2026-09-22T04:55:00Z</dcterms:modified>
  <cp:category/>
</cp:coreProperties>
</file>