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DB8ADA" w14:textId="77777777" w:rsidR="00AE4575" w:rsidRDefault="00000000">
      <w:pPr>
        <w:jc w:val="center"/>
      </w:pPr>
      <w:r>
        <w:rPr>
          <w:noProof/>
        </w:rPr>
        <w:drawing>
          <wp:inline distT="0" distB="0" distL="0" distR="0" wp14:anchorId="68F56A3D" wp14:editId="29F9A072">
            <wp:extent cx="2926080" cy="422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peys_cover_source.png"/>
                    <pic:cNvPicPr/>
                  </pic:nvPicPr>
                  <pic:blipFill>
                    <a:blip r:embed="rId8"/>
                    <a:stretch>
                      <a:fillRect/>
                    </a:stretch>
                  </pic:blipFill>
                  <pic:spPr>
                    <a:xfrm>
                      <a:off x="0" y="0"/>
                      <a:ext cx="2926080" cy="4226560"/>
                    </a:xfrm>
                    <a:prstGeom prst="rect">
                      <a:avLst/>
                    </a:prstGeom>
                  </pic:spPr>
                </pic:pic>
              </a:graphicData>
            </a:graphic>
          </wp:inline>
        </w:drawing>
      </w:r>
    </w:p>
    <w:p w14:paraId="3A6A81DF" w14:textId="77777777" w:rsidR="00AE4575" w:rsidRDefault="00000000">
      <w:pPr>
        <w:jc w:val="center"/>
      </w:pPr>
      <w:r>
        <w:rPr>
          <w:b/>
          <w:color w:val="1E88E5"/>
          <w:sz w:val="56"/>
        </w:rPr>
        <w:t>PUBLISHER CATALOGUE</w:t>
      </w:r>
    </w:p>
    <w:p w14:paraId="23051617" w14:textId="77777777" w:rsidR="00AE4575" w:rsidRDefault="00000000">
      <w:pPr>
        <w:jc w:val="center"/>
      </w:pPr>
      <w:r>
        <w:rPr>
          <w:b/>
          <w:sz w:val="36"/>
        </w:rPr>
        <w:t>2026 EDITION</w:t>
      </w:r>
    </w:p>
    <w:p w14:paraId="152D2E2D" w14:textId="4D7C6E94" w:rsidR="00AE4575" w:rsidRDefault="00C84102">
      <w:pPr>
        <w:jc w:val="center"/>
      </w:pPr>
      <w:r>
        <w:rPr>
          <w:sz w:val="28"/>
        </w:rPr>
        <w:t xml:space="preserve">Phonics </w:t>
      </w:r>
      <w:proofErr w:type="gramStart"/>
      <w:r>
        <w:rPr>
          <w:sz w:val="28"/>
        </w:rPr>
        <w:t>•  48</w:t>
      </w:r>
      <w:proofErr w:type="gramEnd"/>
      <w:r>
        <w:rPr>
          <w:sz w:val="28"/>
        </w:rPr>
        <w:t xml:space="preserve"> Reading Books 8 Activity Books</w:t>
      </w:r>
      <w:r>
        <w:rPr>
          <w:sz w:val="28"/>
        </w:rPr>
        <w:br/>
      </w:r>
      <w:proofErr w:type="gramStart"/>
      <w:r>
        <w:rPr>
          <w:sz w:val="28"/>
        </w:rPr>
        <w:t>English  •</w:t>
      </w:r>
      <w:proofErr w:type="gramEnd"/>
      <w:r>
        <w:rPr>
          <w:sz w:val="28"/>
        </w:rPr>
        <w:t xml:space="preserve">  </w:t>
      </w:r>
      <w:proofErr w:type="gramStart"/>
      <w:r>
        <w:rPr>
          <w:sz w:val="28"/>
        </w:rPr>
        <w:t>Mathematics  •</w:t>
      </w:r>
      <w:proofErr w:type="gramEnd"/>
      <w:r>
        <w:rPr>
          <w:sz w:val="28"/>
        </w:rPr>
        <w:t xml:space="preserve">  </w:t>
      </w:r>
      <w:proofErr w:type="gramStart"/>
      <w:r>
        <w:rPr>
          <w:sz w:val="28"/>
        </w:rPr>
        <w:t>Science  •</w:t>
      </w:r>
      <w:proofErr w:type="gramEnd"/>
      <w:r>
        <w:rPr>
          <w:sz w:val="28"/>
        </w:rPr>
        <w:t xml:space="preserve">  Life Skills</w:t>
      </w:r>
    </w:p>
    <w:p w14:paraId="01512235" w14:textId="77777777" w:rsidR="00AE4575" w:rsidRDefault="00000000">
      <w:r>
        <w:br w:type="page"/>
      </w:r>
    </w:p>
    <w:p w14:paraId="209A0507" w14:textId="77777777" w:rsidR="00AE4575" w:rsidRDefault="00000000">
      <w:pPr>
        <w:pStyle w:val="Heading1"/>
      </w:pPr>
      <w:r>
        <w:lastRenderedPageBreak/>
        <w:t>Contents</w:t>
      </w:r>
    </w:p>
    <w:p w14:paraId="4FBF92BE" w14:textId="77777777" w:rsidR="00AE4575" w:rsidRDefault="00000000">
      <w:pPr>
        <w:pStyle w:val="ListBullet"/>
      </w:pPr>
      <w:r>
        <w:t xml:space="preserve">1. </w:t>
      </w:r>
      <w:proofErr w:type="spellStart"/>
      <w:r>
        <w:t>Shapeys</w:t>
      </w:r>
      <w:proofErr w:type="spellEnd"/>
      <w:r>
        <w:t xml:space="preserve"> </w:t>
      </w:r>
      <w:proofErr w:type="gramStart"/>
      <w:r>
        <w:t>at a Glance</w:t>
      </w:r>
      <w:proofErr w:type="gramEnd"/>
    </w:p>
    <w:p w14:paraId="036D6705" w14:textId="77777777" w:rsidR="00AE4575" w:rsidRDefault="00000000">
      <w:pPr>
        <w:pStyle w:val="ListBullet"/>
      </w:pPr>
      <w:r>
        <w:t xml:space="preserve">2. Company, Author and </w:t>
      </w:r>
      <w:proofErr w:type="spellStart"/>
      <w:r>
        <w:t>Programme</w:t>
      </w:r>
      <w:proofErr w:type="spellEnd"/>
    </w:p>
    <w:p w14:paraId="3C6B1B84" w14:textId="6F1A5C23" w:rsidR="00AE4575" w:rsidRDefault="00B876AC">
      <w:pPr>
        <w:pStyle w:val="ListBullet"/>
      </w:pPr>
      <w:r>
        <w:t>3</w:t>
      </w:r>
      <w:r w:rsidR="00000000">
        <w:t xml:space="preserve">. Phonics — </w:t>
      </w:r>
      <w:proofErr w:type="spellStart"/>
      <w:r w:rsidR="00000000">
        <w:t>Programme</w:t>
      </w:r>
      <w:proofErr w:type="spellEnd"/>
      <w:r w:rsidR="00000000">
        <w:t xml:space="preserve"> Foundation</w:t>
      </w:r>
    </w:p>
    <w:p w14:paraId="73BE34AD" w14:textId="7EB179BB" w:rsidR="00B876AC" w:rsidRDefault="006C2641">
      <w:pPr>
        <w:pStyle w:val="ListBullet"/>
      </w:pPr>
      <w:r>
        <w:t>4. Book Series</w:t>
      </w:r>
    </w:p>
    <w:p w14:paraId="740B5C55" w14:textId="08B2BCD8" w:rsidR="00AE4575" w:rsidRDefault="006C2641">
      <w:pPr>
        <w:pStyle w:val="ListBullet"/>
      </w:pPr>
      <w:r>
        <w:t>5</w:t>
      </w:r>
      <w:r w:rsidR="00000000">
        <w:t>. English — Level 1</w:t>
      </w:r>
    </w:p>
    <w:p w14:paraId="72E230B9" w14:textId="399C4E8D" w:rsidR="00AE4575" w:rsidRDefault="006C2641">
      <w:pPr>
        <w:pStyle w:val="ListBullet"/>
      </w:pPr>
      <w:r>
        <w:t>6</w:t>
      </w:r>
      <w:r w:rsidR="00000000">
        <w:t>. English — Level 2</w:t>
      </w:r>
    </w:p>
    <w:p w14:paraId="6A740F2F" w14:textId="530FFA78" w:rsidR="00AE4575" w:rsidRDefault="006C2641">
      <w:pPr>
        <w:pStyle w:val="ListBullet"/>
      </w:pPr>
      <w:r>
        <w:t>7</w:t>
      </w:r>
      <w:r w:rsidR="00000000">
        <w:t>. English Activity Books</w:t>
      </w:r>
    </w:p>
    <w:p w14:paraId="01776029" w14:textId="137C0E72" w:rsidR="00AE4575" w:rsidRDefault="006C2641">
      <w:pPr>
        <w:pStyle w:val="ListBullet"/>
      </w:pPr>
      <w:r>
        <w:t>8</w:t>
      </w:r>
      <w:r w:rsidR="00000000">
        <w:t>. Mathematics — Levels 1 and 2</w:t>
      </w:r>
    </w:p>
    <w:p w14:paraId="5BB0AF74" w14:textId="36CC52B9" w:rsidR="00AE4575" w:rsidRDefault="006C2641">
      <w:pPr>
        <w:pStyle w:val="ListBullet"/>
      </w:pPr>
      <w:r>
        <w:t>9</w:t>
      </w:r>
      <w:r w:rsidR="00000000">
        <w:t>. Mathematics Activity Books</w:t>
      </w:r>
    </w:p>
    <w:p w14:paraId="2447D594" w14:textId="7EC0A5DA" w:rsidR="00AE4575" w:rsidRDefault="006C2641">
      <w:pPr>
        <w:pStyle w:val="ListBullet"/>
      </w:pPr>
      <w:r>
        <w:t>10</w:t>
      </w:r>
      <w:r w:rsidR="00000000">
        <w:t>. Science — Levels 1 and 2</w:t>
      </w:r>
    </w:p>
    <w:p w14:paraId="72D944F0" w14:textId="1CCB9F5C" w:rsidR="00AE4575" w:rsidRDefault="00000000">
      <w:pPr>
        <w:pStyle w:val="ListBullet"/>
      </w:pPr>
      <w:r>
        <w:t>1</w:t>
      </w:r>
      <w:r w:rsidR="006C2641">
        <w:t>1</w:t>
      </w:r>
      <w:r>
        <w:t>. Science Activity Books</w:t>
      </w:r>
    </w:p>
    <w:p w14:paraId="1436918B" w14:textId="72B2D526" w:rsidR="00AE4575" w:rsidRDefault="00000000">
      <w:pPr>
        <w:pStyle w:val="ListBullet"/>
      </w:pPr>
      <w:r>
        <w:t>1</w:t>
      </w:r>
      <w:r w:rsidR="006C2641">
        <w:t>2</w:t>
      </w:r>
      <w:r>
        <w:t>. Life Skills — Levels 1 and 2</w:t>
      </w:r>
    </w:p>
    <w:p w14:paraId="0C7A39C5" w14:textId="347B8D1A" w:rsidR="00AE4575" w:rsidRDefault="00000000">
      <w:pPr>
        <w:pStyle w:val="ListBullet"/>
      </w:pPr>
      <w:r>
        <w:t>1</w:t>
      </w:r>
      <w:r w:rsidR="006C2641">
        <w:t>3</w:t>
      </w:r>
      <w:r>
        <w:t>. Life Skills Activity Books</w:t>
      </w:r>
    </w:p>
    <w:p w14:paraId="4806FDDA" w14:textId="0B70FC65" w:rsidR="00AE4575" w:rsidRDefault="00000000">
      <w:pPr>
        <w:pStyle w:val="ListBullet"/>
      </w:pPr>
      <w:r>
        <w:t>1</w:t>
      </w:r>
      <w:r w:rsidR="006C2641">
        <w:t>4</w:t>
      </w:r>
      <w:r>
        <w:t>. Book Specifications and Rights</w:t>
      </w:r>
    </w:p>
    <w:p w14:paraId="4F457261" w14:textId="7EA4E092" w:rsidR="00AE4575" w:rsidRDefault="00000000">
      <w:pPr>
        <w:pStyle w:val="ListBullet"/>
      </w:pPr>
      <w:r>
        <w:t>1</w:t>
      </w:r>
      <w:r w:rsidR="006C2641">
        <w:t>5</w:t>
      </w:r>
      <w:r>
        <w:t>. Publisher / Licensing Enquiries</w:t>
      </w:r>
    </w:p>
    <w:p w14:paraId="3641D971" w14:textId="77777777" w:rsidR="00AE4575" w:rsidRDefault="00000000">
      <w:r>
        <w:br w:type="page"/>
      </w:r>
    </w:p>
    <w:p w14:paraId="173F949A" w14:textId="77777777" w:rsidR="00AE4575" w:rsidRDefault="00000000">
      <w:pPr>
        <w:pStyle w:val="Heading1"/>
      </w:pPr>
      <w:r>
        <w:lastRenderedPageBreak/>
        <w:t xml:space="preserve">1. </w:t>
      </w:r>
      <w:proofErr w:type="spellStart"/>
      <w:r>
        <w:t>Shapeys</w:t>
      </w:r>
      <w:proofErr w:type="spellEnd"/>
      <w:r>
        <w:t xml:space="preserve"> </w:t>
      </w:r>
      <w:proofErr w:type="gramStart"/>
      <w:r>
        <w:t>at a Glance</w:t>
      </w:r>
      <w:proofErr w:type="gramEnd"/>
    </w:p>
    <w:p w14:paraId="6E96A313" w14:textId="77777777" w:rsidR="00C84102" w:rsidRDefault="00000000">
      <w:proofErr w:type="spellStart"/>
      <w:r>
        <w:t>Shapeys</w:t>
      </w:r>
      <w:proofErr w:type="spellEnd"/>
      <w:r>
        <w:t xml:space="preserve">® is a children's educational publishing </w:t>
      </w:r>
      <w:proofErr w:type="spellStart"/>
      <w:r>
        <w:t>programme</w:t>
      </w:r>
      <w:proofErr w:type="spellEnd"/>
      <w:r>
        <w:t xml:space="preserve"> created, written and illustrated by Adrian Alexander. </w:t>
      </w:r>
    </w:p>
    <w:p w14:paraId="7D349588" w14:textId="59C7623C" w:rsidR="00AE4575" w:rsidRDefault="00000000">
      <w:pPr>
        <w:rPr>
          <w:b/>
        </w:rPr>
      </w:pPr>
      <w:r>
        <w:rPr>
          <w:b/>
        </w:rPr>
        <w:t>The catalogue presents a com</w:t>
      </w:r>
      <w:r w:rsidR="00C84102">
        <w:rPr>
          <w:b/>
        </w:rPr>
        <w:t xml:space="preserve">prehensive Phonics System teaching letter sounds and </w:t>
      </w:r>
      <w:r>
        <w:rPr>
          <w:b/>
        </w:rPr>
        <w:t>48-reading-book range across English, Mathematics, Science and Life Skills, supported by eight activity books.</w:t>
      </w:r>
    </w:p>
    <w:tbl>
      <w:tblPr>
        <w:tblStyle w:val="TableGrid"/>
        <w:tblW w:w="0" w:type="auto"/>
        <w:jc w:val="center"/>
        <w:tblLook w:val="04A0" w:firstRow="1" w:lastRow="0" w:firstColumn="1" w:lastColumn="0" w:noHBand="0" w:noVBand="1"/>
      </w:tblPr>
      <w:tblGrid>
        <w:gridCol w:w="2591"/>
        <w:gridCol w:w="2589"/>
      </w:tblGrid>
      <w:tr w:rsidR="000D27E4" w14:paraId="2DC0EA58" w14:textId="77777777" w:rsidTr="00BD2846">
        <w:trPr>
          <w:tblHeader/>
          <w:jc w:val="center"/>
        </w:trPr>
        <w:tc>
          <w:tcPr>
            <w:tcW w:w="5180" w:type="dxa"/>
            <w:gridSpan w:val="2"/>
            <w:shd w:val="clear" w:color="auto" w:fill="1E88E5"/>
            <w:vAlign w:val="center"/>
          </w:tcPr>
          <w:p w14:paraId="182A6712" w14:textId="7F46F1E5" w:rsidR="000D27E4" w:rsidRPr="000D27E4" w:rsidRDefault="000D27E4" w:rsidP="00E44E23">
            <w:pPr>
              <w:spacing w:after="20"/>
              <w:rPr>
                <w:b/>
                <w:bCs/>
              </w:rPr>
            </w:pPr>
            <w:proofErr w:type="spellStart"/>
            <w:r w:rsidRPr="000D27E4">
              <w:rPr>
                <w:b/>
                <w:bCs/>
                <w:color w:val="FFFFFF" w:themeColor="background1"/>
              </w:rPr>
              <w:t>Shapeys</w:t>
            </w:r>
            <w:proofErr w:type="spellEnd"/>
            <w:r w:rsidRPr="000D27E4">
              <w:rPr>
                <w:b/>
                <w:bCs/>
                <w:color w:val="FFFFFF" w:themeColor="background1"/>
              </w:rPr>
              <w:t xml:space="preserve"> Teaching English Phonics System</w:t>
            </w:r>
          </w:p>
        </w:tc>
      </w:tr>
      <w:tr w:rsidR="000D27E4" w14:paraId="531F24FA" w14:textId="77777777" w:rsidTr="000D27E4">
        <w:trPr>
          <w:tblHeader/>
          <w:jc w:val="center"/>
        </w:trPr>
        <w:tc>
          <w:tcPr>
            <w:tcW w:w="2591" w:type="dxa"/>
            <w:shd w:val="clear" w:color="auto" w:fill="1E88E5"/>
            <w:vAlign w:val="center"/>
          </w:tcPr>
          <w:p w14:paraId="5280E9A2" w14:textId="12D2C9C6" w:rsidR="000D27E4" w:rsidRPr="000D27E4" w:rsidRDefault="000D27E4" w:rsidP="00E44E23">
            <w:pPr>
              <w:spacing w:after="20"/>
              <w:rPr>
                <w:sz w:val="16"/>
                <w:szCs w:val="16"/>
              </w:rPr>
            </w:pPr>
            <w:r w:rsidRPr="000D27E4">
              <w:rPr>
                <w:sz w:val="16"/>
                <w:szCs w:val="16"/>
              </w:rPr>
              <w:t>Teaching Resource</w:t>
            </w:r>
          </w:p>
        </w:tc>
        <w:tc>
          <w:tcPr>
            <w:tcW w:w="2589" w:type="dxa"/>
            <w:shd w:val="clear" w:color="auto" w:fill="1E88E5"/>
            <w:vAlign w:val="center"/>
          </w:tcPr>
          <w:p w14:paraId="33836750" w14:textId="2015288D" w:rsidR="000D27E4" w:rsidRPr="000D27E4" w:rsidRDefault="000D27E4" w:rsidP="00E44E23">
            <w:pPr>
              <w:spacing w:after="20"/>
              <w:rPr>
                <w:sz w:val="16"/>
                <w:szCs w:val="16"/>
              </w:rPr>
            </w:pPr>
            <w:r w:rsidRPr="000D27E4">
              <w:rPr>
                <w:sz w:val="16"/>
                <w:szCs w:val="16"/>
              </w:rPr>
              <w:t>Number</w:t>
            </w:r>
          </w:p>
        </w:tc>
      </w:tr>
      <w:tr w:rsidR="000D27E4" w14:paraId="7BC923DC" w14:textId="77777777" w:rsidTr="000D27E4">
        <w:trPr>
          <w:jc w:val="center"/>
        </w:trPr>
        <w:tc>
          <w:tcPr>
            <w:tcW w:w="2591" w:type="dxa"/>
            <w:tcMar>
              <w:top w:w="80" w:type="dxa"/>
              <w:left w:w="90" w:type="dxa"/>
              <w:bottom w:w="80" w:type="dxa"/>
              <w:right w:w="90" w:type="dxa"/>
            </w:tcMar>
            <w:vAlign w:val="center"/>
          </w:tcPr>
          <w:p w14:paraId="6CDA7E82" w14:textId="4C69A2B0" w:rsidR="000D27E4" w:rsidRPr="000D27E4" w:rsidRDefault="000D27E4" w:rsidP="00E44E23">
            <w:pPr>
              <w:spacing w:after="20"/>
              <w:rPr>
                <w:sz w:val="16"/>
                <w:szCs w:val="16"/>
              </w:rPr>
            </w:pPr>
            <w:r w:rsidRPr="000D27E4">
              <w:rPr>
                <w:sz w:val="16"/>
                <w:szCs w:val="16"/>
              </w:rPr>
              <w:t>Step 1 Teaching Manual</w:t>
            </w:r>
          </w:p>
        </w:tc>
        <w:tc>
          <w:tcPr>
            <w:tcW w:w="2589" w:type="dxa"/>
            <w:tcMar>
              <w:top w:w="80" w:type="dxa"/>
              <w:left w:w="90" w:type="dxa"/>
              <w:bottom w:w="80" w:type="dxa"/>
              <w:right w:w="90" w:type="dxa"/>
            </w:tcMar>
            <w:vAlign w:val="center"/>
          </w:tcPr>
          <w:p w14:paraId="6A3B30B9" w14:textId="5FBAC810" w:rsidR="000D27E4" w:rsidRPr="000D27E4" w:rsidRDefault="000D27E4" w:rsidP="009E1126">
            <w:pPr>
              <w:spacing w:after="20"/>
              <w:jc w:val="center"/>
              <w:rPr>
                <w:sz w:val="16"/>
                <w:szCs w:val="16"/>
              </w:rPr>
            </w:pPr>
            <w:r w:rsidRPr="000D27E4">
              <w:rPr>
                <w:sz w:val="16"/>
                <w:szCs w:val="16"/>
              </w:rPr>
              <w:t>1</w:t>
            </w:r>
          </w:p>
        </w:tc>
      </w:tr>
      <w:tr w:rsidR="000D27E4" w14:paraId="00157A08" w14:textId="77777777" w:rsidTr="000D27E4">
        <w:trPr>
          <w:jc w:val="center"/>
        </w:trPr>
        <w:tc>
          <w:tcPr>
            <w:tcW w:w="2591" w:type="dxa"/>
            <w:tcMar>
              <w:top w:w="80" w:type="dxa"/>
              <w:left w:w="90" w:type="dxa"/>
              <w:bottom w:w="80" w:type="dxa"/>
              <w:right w:w="90" w:type="dxa"/>
            </w:tcMar>
            <w:vAlign w:val="center"/>
          </w:tcPr>
          <w:p w14:paraId="6E71BC62" w14:textId="249BDB59" w:rsidR="000D27E4" w:rsidRPr="000D27E4" w:rsidRDefault="000D27E4" w:rsidP="00E44E23">
            <w:pPr>
              <w:spacing w:after="20"/>
              <w:rPr>
                <w:sz w:val="16"/>
                <w:szCs w:val="16"/>
              </w:rPr>
            </w:pPr>
            <w:r w:rsidRPr="000D27E4">
              <w:rPr>
                <w:sz w:val="16"/>
                <w:szCs w:val="16"/>
              </w:rPr>
              <w:t>Step 2 Teaching Manual</w:t>
            </w:r>
          </w:p>
        </w:tc>
        <w:tc>
          <w:tcPr>
            <w:tcW w:w="2589" w:type="dxa"/>
            <w:tcMar>
              <w:top w:w="80" w:type="dxa"/>
              <w:left w:w="90" w:type="dxa"/>
              <w:bottom w:w="80" w:type="dxa"/>
              <w:right w:w="90" w:type="dxa"/>
            </w:tcMar>
            <w:vAlign w:val="center"/>
          </w:tcPr>
          <w:p w14:paraId="6E5CFAFC" w14:textId="1B9A00FB" w:rsidR="000D27E4" w:rsidRPr="000D27E4" w:rsidRDefault="000D27E4" w:rsidP="009E1126">
            <w:pPr>
              <w:spacing w:after="20"/>
              <w:jc w:val="center"/>
              <w:rPr>
                <w:sz w:val="16"/>
                <w:szCs w:val="16"/>
              </w:rPr>
            </w:pPr>
            <w:r w:rsidRPr="000D27E4">
              <w:rPr>
                <w:sz w:val="16"/>
                <w:szCs w:val="16"/>
              </w:rPr>
              <w:t>1</w:t>
            </w:r>
          </w:p>
        </w:tc>
      </w:tr>
      <w:tr w:rsidR="000D27E4" w14:paraId="08F852A1" w14:textId="77777777" w:rsidTr="000D27E4">
        <w:trPr>
          <w:jc w:val="center"/>
        </w:trPr>
        <w:tc>
          <w:tcPr>
            <w:tcW w:w="2591" w:type="dxa"/>
            <w:tcMar>
              <w:top w:w="80" w:type="dxa"/>
              <w:left w:w="90" w:type="dxa"/>
              <w:bottom w:w="80" w:type="dxa"/>
              <w:right w:w="90" w:type="dxa"/>
            </w:tcMar>
            <w:vAlign w:val="center"/>
          </w:tcPr>
          <w:p w14:paraId="52F73F46" w14:textId="120E5515" w:rsidR="000D27E4" w:rsidRPr="000D27E4" w:rsidRDefault="0017147F" w:rsidP="00E44E23">
            <w:pPr>
              <w:spacing w:after="20"/>
              <w:rPr>
                <w:sz w:val="16"/>
                <w:szCs w:val="16"/>
                <w:lang w:val="en-SG"/>
              </w:rPr>
            </w:pPr>
            <w:r>
              <w:rPr>
                <w:sz w:val="16"/>
                <w:szCs w:val="16"/>
                <w:lang w:val="en-GB"/>
              </w:rPr>
              <w:t xml:space="preserve">Step 3 </w:t>
            </w:r>
            <w:r w:rsidR="000D27E4" w:rsidRPr="000D27E4">
              <w:rPr>
                <w:sz w:val="16"/>
                <w:szCs w:val="16"/>
                <w:lang w:val="en-GB"/>
              </w:rPr>
              <w:t xml:space="preserve">Teaching </w:t>
            </w:r>
            <w:r>
              <w:rPr>
                <w:sz w:val="16"/>
                <w:szCs w:val="16"/>
                <w:lang w:val="en-GB"/>
              </w:rPr>
              <w:t>Manual</w:t>
            </w:r>
          </w:p>
        </w:tc>
        <w:tc>
          <w:tcPr>
            <w:tcW w:w="2589" w:type="dxa"/>
            <w:tcMar>
              <w:top w:w="80" w:type="dxa"/>
              <w:left w:w="90" w:type="dxa"/>
              <w:bottom w:w="80" w:type="dxa"/>
              <w:right w:w="90" w:type="dxa"/>
            </w:tcMar>
            <w:vAlign w:val="center"/>
          </w:tcPr>
          <w:p w14:paraId="5B4BE0B4" w14:textId="7E2457A0" w:rsidR="000D27E4" w:rsidRPr="000D27E4" w:rsidRDefault="000D27E4" w:rsidP="009E1126">
            <w:pPr>
              <w:spacing w:after="20"/>
              <w:jc w:val="center"/>
              <w:rPr>
                <w:sz w:val="16"/>
                <w:szCs w:val="16"/>
              </w:rPr>
            </w:pPr>
            <w:r w:rsidRPr="000D27E4">
              <w:rPr>
                <w:sz w:val="16"/>
                <w:szCs w:val="16"/>
              </w:rPr>
              <w:t>1</w:t>
            </w:r>
          </w:p>
        </w:tc>
      </w:tr>
      <w:tr w:rsidR="000D27E4" w14:paraId="3D3F184C" w14:textId="77777777" w:rsidTr="000D27E4">
        <w:trPr>
          <w:jc w:val="center"/>
        </w:trPr>
        <w:tc>
          <w:tcPr>
            <w:tcW w:w="2591" w:type="dxa"/>
            <w:tcMar>
              <w:top w:w="80" w:type="dxa"/>
              <w:left w:w="90" w:type="dxa"/>
              <w:bottom w:w="80" w:type="dxa"/>
              <w:right w:w="90" w:type="dxa"/>
            </w:tcMar>
            <w:vAlign w:val="center"/>
          </w:tcPr>
          <w:p w14:paraId="398699EB" w14:textId="309B3B2F" w:rsidR="000D27E4" w:rsidRPr="000D27E4" w:rsidRDefault="000D27E4" w:rsidP="00E44E23">
            <w:pPr>
              <w:spacing w:after="20"/>
              <w:rPr>
                <w:sz w:val="16"/>
                <w:szCs w:val="16"/>
              </w:rPr>
            </w:pPr>
            <w:r w:rsidRPr="000D27E4">
              <w:rPr>
                <w:sz w:val="16"/>
                <w:szCs w:val="16"/>
              </w:rPr>
              <w:t>Step 2 Exercise Book</w:t>
            </w:r>
          </w:p>
        </w:tc>
        <w:tc>
          <w:tcPr>
            <w:tcW w:w="2589" w:type="dxa"/>
            <w:tcMar>
              <w:top w:w="80" w:type="dxa"/>
              <w:left w:w="90" w:type="dxa"/>
              <w:bottom w:w="80" w:type="dxa"/>
              <w:right w:w="90" w:type="dxa"/>
            </w:tcMar>
            <w:vAlign w:val="center"/>
          </w:tcPr>
          <w:p w14:paraId="35B35E8D" w14:textId="5342890A" w:rsidR="000D27E4" w:rsidRPr="000D27E4" w:rsidRDefault="000D27E4" w:rsidP="009E1126">
            <w:pPr>
              <w:spacing w:after="20"/>
              <w:jc w:val="center"/>
              <w:rPr>
                <w:sz w:val="16"/>
                <w:szCs w:val="16"/>
              </w:rPr>
            </w:pPr>
            <w:r w:rsidRPr="000D27E4">
              <w:rPr>
                <w:sz w:val="16"/>
                <w:szCs w:val="16"/>
              </w:rPr>
              <w:t>1</w:t>
            </w:r>
          </w:p>
        </w:tc>
      </w:tr>
      <w:tr w:rsidR="000D27E4" w14:paraId="3C16DE6C" w14:textId="77777777" w:rsidTr="000D27E4">
        <w:trPr>
          <w:jc w:val="center"/>
        </w:trPr>
        <w:tc>
          <w:tcPr>
            <w:tcW w:w="2591" w:type="dxa"/>
            <w:tcMar>
              <w:top w:w="80" w:type="dxa"/>
              <w:left w:w="90" w:type="dxa"/>
              <w:bottom w:w="80" w:type="dxa"/>
              <w:right w:w="90" w:type="dxa"/>
            </w:tcMar>
            <w:vAlign w:val="center"/>
          </w:tcPr>
          <w:p w14:paraId="5C15FEB7" w14:textId="4420885E" w:rsidR="000D27E4" w:rsidRPr="000D27E4" w:rsidRDefault="000D27E4" w:rsidP="00E44E23">
            <w:pPr>
              <w:spacing w:after="20"/>
              <w:rPr>
                <w:sz w:val="16"/>
                <w:szCs w:val="16"/>
              </w:rPr>
            </w:pPr>
            <w:r w:rsidRPr="000D27E4">
              <w:rPr>
                <w:sz w:val="16"/>
                <w:szCs w:val="16"/>
              </w:rPr>
              <w:t>Step 3 Exercise Book</w:t>
            </w:r>
          </w:p>
        </w:tc>
        <w:tc>
          <w:tcPr>
            <w:tcW w:w="2589" w:type="dxa"/>
            <w:tcMar>
              <w:top w:w="80" w:type="dxa"/>
              <w:left w:w="90" w:type="dxa"/>
              <w:bottom w:w="80" w:type="dxa"/>
              <w:right w:w="90" w:type="dxa"/>
            </w:tcMar>
            <w:vAlign w:val="center"/>
          </w:tcPr>
          <w:p w14:paraId="0F4A9A87" w14:textId="3A901E79" w:rsidR="000D27E4" w:rsidRPr="000D27E4" w:rsidRDefault="000D27E4" w:rsidP="009E1126">
            <w:pPr>
              <w:spacing w:after="20"/>
              <w:jc w:val="center"/>
              <w:rPr>
                <w:sz w:val="16"/>
                <w:szCs w:val="16"/>
              </w:rPr>
            </w:pPr>
            <w:r w:rsidRPr="000D27E4">
              <w:rPr>
                <w:sz w:val="16"/>
                <w:szCs w:val="16"/>
              </w:rPr>
              <w:t>1</w:t>
            </w:r>
          </w:p>
        </w:tc>
      </w:tr>
      <w:tr w:rsidR="000D27E4" w14:paraId="03250CB2" w14:textId="77777777" w:rsidTr="000D27E4">
        <w:trPr>
          <w:jc w:val="center"/>
        </w:trPr>
        <w:tc>
          <w:tcPr>
            <w:tcW w:w="2591" w:type="dxa"/>
            <w:tcMar>
              <w:top w:w="80" w:type="dxa"/>
              <w:left w:w="90" w:type="dxa"/>
              <w:bottom w:w="80" w:type="dxa"/>
              <w:right w:w="90" w:type="dxa"/>
            </w:tcMar>
            <w:vAlign w:val="center"/>
          </w:tcPr>
          <w:p w14:paraId="0ACA2B3F" w14:textId="259D0783" w:rsidR="000D27E4" w:rsidRPr="000D27E4" w:rsidRDefault="000D27E4" w:rsidP="00E44E23">
            <w:pPr>
              <w:spacing w:after="20"/>
              <w:rPr>
                <w:sz w:val="16"/>
                <w:szCs w:val="16"/>
              </w:rPr>
            </w:pPr>
            <w:r w:rsidRPr="000D27E4">
              <w:rPr>
                <w:sz w:val="16"/>
                <w:szCs w:val="16"/>
              </w:rPr>
              <w:t>Word Cards</w:t>
            </w:r>
          </w:p>
        </w:tc>
        <w:tc>
          <w:tcPr>
            <w:tcW w:w="2589" w:type="dxa"/>
            <w:tcMar>
              <w:top w:w="80" w:type="dxa"/>
              <w:left w:w="90" w:type="dxa"/>
              <w:bottom w:w="80" w:type="dxa"/>
              <w:right w:w="90" w:type="dxa"/>
            </w:tcMar>
            <w:vAlign w:val="center"/>
          </w:tcPr>
          <w:p w14:paraId="17CF34B0" w14:textId="42C4068E" w:rsidR="000D27E4" w:rsidRPr="000D27E4" w:rsidRDefault="000D27E4" w:rsidP="009E1126">
            <w:pPr>
              <w:spacing w:after="20"/>
              <w:jc w:val="center"/>
              <w:rPr>
                <w:sz w:val="16"/>
                <w:szCs w:val="16"/>
              </w:rPr>
            </w:pPr>
            <w:r w:rsidRPr="000D27E4">
              <w:rPr>
                <w:sz w:val="16"/>
                <w:szCs w:val="16"/>
              </w:rPr>
              <w:t>940</w:t>
            </w:r>
          </w:p>
        </w:tc>
      </w:tr>
      <w:tr w:rsidR="000D27E4" w14:paraId="0E86D0E2" w14:textId="77777777" w:rsidTr="000D27E4">
        <w:trPr>
          <w:jc w:val="center"/>
        </w:trPr>
        <w:tc>
          <w:tcPr>
            <w:tcW w:w="2591" w:type="dxa"/>
            <w:tcMar>
              <w:top w:w="80" w:type="dxa"/>
              <w:left w:w="90" w:type="dxa"/>
              <w:bottom w:w="80" w:type="dxa"/>
              <w:right w:w="90" w:type="dxa"/>
            </w:tcMar>
            <w:vAlign w:val="center"/>
          </w:tcPr>
          <w:p w14:paraId="7F8F9B31" w14:textId="52FDB194" w:rsidR="000D27E4" w:rsidRPr="000D27E4" w:rsidRDefault="000D27E4" w:rsidP="00E44E23">
            <w:pPr>
              <w:spacing w:after="20"/>
              <w:rPr>
                <w:sz w:val="16"/>
                <w:szCs w:val="16"/>
              </w:rPr>
            </w:pPr>
            <w:r w:rsidRPr="000D27E4">
              <w:rPr>
                <w:sz w:val="16"/>
                <w:szCs w:val="16"/>
              </w:rPr>
              <w:t>Story Cards</w:t>
            </w:r>
          </w:p>
        </w:tc>
        <w:tc>
          <w:tcPr>
            <w:tcW w:w="2589" w:type="dxa"/>
            <w:tcMar>
              <w:top w:w="80" w:type="dxa"/>
              <w:left w:w="90" w:type="dxa"/>
              <w:bottom w:w="80" w:type="dxa"/>
              <w:right w:w="90" w:type="dxa"/>
            </w:tcMar>
            <w:vAlign w:val="center"/>
          </w:tcPr>
          <w:p w14:paraId="0885C297" w14:textId="443FC453" w:rsidR="000D27E4" w:rsidRPr="000D27E4" w:rsidRDefault="000D27E4" w:rsidP="009E1126">
            <w:pPr>
              <w:spacing w:after="20"/>
              <w:jc w:val="center"/>
              <w:rPr>
                <w:sz w:val="16"/>
                <w:szCs w:val="16"/>
              </w:rPr>
            </w:pPr>
            <w:r w:rsidRPr="000D27E4">
              <w:rPr>
                <w:sz w:val="16"/>
                <w:szCs w:val="16"/>
              </w:rPr>
              <w:t>98</w:t>
            </w:r>
          </w:p>
        </w:tc>
      </w:tr>
    </w:tbl>
    <w:p w14:paraId="0EB2C8EC" w14:textId="77777777" w:rsidR="0017147F" w:rsidRDefault="0017147F" w:rsidP="0017147F">
      <w:pPr>
        <w:rPr>
          <w:b/>
        </w:rPr>
      </w:pPr>
    </w:p>
    <w:p w14:paraId="72CB6C13" w14:textId="115B049E" w:rsidR="000D27E4" w:rsidRDefault="0017147F">
      <w:r>
        <w:rPr>
          <w:b/>
        </w:rPr>
        <w:t>Teaching Manuals</w:t>
      </w:r>
      <w:r>
        <w:rPr>
          <w:b/>
        </w:rPr>
        <w:t xml:space="preserve">: </w:t>
      </w:r>
      <w:r>
        <w:t>210 × 2</w:t>
      </w:r>
      <w:r>
        <w:t>97</w:t>
      </w:r>
      <w:r>
        <w:t xml:space="preserve"> mm.</w:t>
      </w:r>
      <w:r>
        <w:t xml:space="preserve"> There are 256 lesson plans contained in the Teaching Manuals. </w:t>
      </w:r>
      <w:r w:rsidR="009E1126">
        <w:t xml:space="preserve">Available in hard copy and online via a dedicated website. </w:t>
      </w:r>
    </w:p>
    <w:p w14:paraId="2BADAB72" w14:textId="77777777" w:rsidR="009E1126" w:rsidRDefault="009E1126"/>
    <w:tbl>
      <w:tblPr>
        <w:tblStyle w:val="TableGrid"/>
        <w:tblW w:w="0" w:type="auto"/>
        <w:jc w:val="center"/>
        <w:tblLook w:val="04A0" w:firstRow="1" w:lastRow="0" w:firstColumn="1" w:lastColumn="0" w:noHBand="0" w:noVBand="1"/>
      </w:tblPr>
      <w:tblGrid>
        <w:gridCol w:w="2591"/>
        <w:gridCol w:w="2589"/>
        <w:gridCol w:w="2589"/>
        <w:gridCol w:w="2589"/>
      </w:tblGrid>
      <w:tr w:rsidR="000D27E4" w14:paraId="686CA66F" w14:textId="77777777" w:rsidTr="000D27E4">
        <w:trPr>
          <w:tblHeader/>
          <w:jc w:val="center"/>
        </w:trPr>
        <w:tc>
          <w:tcPr>
            <w:tcW w:w="10358" w:type="dxa"/>
            <w:gridSpan w:val="4"/>
            <w:shd w:val="clear" w:color="auto" w:fill="1E88E5"/>
          </w:tcPr>
          <w:p w14:paraId="40506CD9" w14:textId="5889445F" w:rsidR="000D27E4" w:rsidRPr="000D27E4" w:rsidRDefault="000D27E4" w:rsidP="000D27E4">
            <w:pPr>
              <w:spacing w:after="20"/>
              <w:jc w:val="center"/>
              <w:rPr>
                <w:b/>
                <w:sz w:val="18"/>
                <w:szCs w:val="18"/>
              </w:rPr>
            </w:pPr>
            <w:proofErr w:type="spellStart"/>
            <w:r w:rsidRPr="000D27E4">
              <w:rPr>
                <w:b/>
                <w:color w:val="FFFFFF" w:themeColor="background1"/>
                <w:sz w:val="18"/>
                <w:szCs w:val="18"/>
              </w:rPr>
              <w:t>Shapeys</w:t>
            </w:r>
            <w:proofErr w:type="spellEnd"/>
            <w:r w:rsidRPr="000D27E4">
              <w:rPr>
                <w:b/>
                <w:color w:val="FFFFFF" w:themeColor="background1"/>
                <w:sz w:val="18"/>
                <w:szCs w:val="18"/>
              </w:rPr>
              <w:t xml:space="preserve"> Book Series</w:t>
            </w:r>
          </w:p>
        </w:tc>
      </w:tr>
      <w:tr w:rsidR="00AE4575" w14:paraId="3E05F090" w14:textId="77777777" w:rsidTr="000D27E4">
        <w:trPr>
          <w:tblHeader/>
          <w:jc w:val="center"/>
        </w:trPr>
        <w:tc>
          <w:tcPr>
            <w:tcW w:w="2591" w:type="dxa"/>
            <w:shd w:val="clear" w:color="auto" w:fill="1E88E5"/>
            <w:vAlign w:val="center"/>
          </w:tcPr>
          <w:p w14:paraId="65598E72" w14:textId="77777777" w:rsidR="00AE4575" w:rsidRDefault="00000000">
            <w:pPr>
              <w:spacing w:after="20"/>
            </w:pPr>
            <w:r>
              <w:rPr>
                <w:b/>
                <w:sz w:val="16"/>
              </w:rPr>
              <w:t>Subject</w:t>
            </w:r>
          </w:p>
        </w:tc>
        <w:tc>
          <w:tcPr>
            <w:tcW w:w="2589" w:type="dxa"/>
            <w:shd w:val="clear" w:color="auto" w:fill="1E88E5"/>
            <w:vAlign w:val="center"/>
          </w:tcPr>
          <w:p w14:paraId="37BA97FC" w14:textId="77777777" w:rsidR="00AE4575" w:rsidRDefault="00000000">
            <w:pPr>
              <w:spacing w:after="20"/>
            </w:pPr>
            <w:r>
              <w:rPr>
                <w:b/>
                <w:sz w:val="16"/>
              </w:rPr>
              <w:t>Level 1 Readers</w:t>
            </w:r>
          </w:p>
        </w:tc>
        <w:tc>
          <w:tcPr>
            <w:tcW w:w="2589" w:type="dxa"/>
            <w:shd w:val="clear" w:color="auto" w:fill="1E88E5"/>
            <w:vAlign w:val="center"/>
          </w:tcPr>
          <w:p w14:paraId="0C657FF5" w14:textId="77777777" w:rsidR="00AE4575" w:rsidRDefault="00000000">
            <w:pPr>
              <w:spacing w:after="20"/>
            </w:pPr>
            <w:r>
              <w:rPr>
                <w:b/>
                <w:sz w:val="16"/>
              </w:rPr>
              <w:t>Level 2 Readers</w:t>
            </w:r>
          </w:p>
        </w:tc>
        <w:tc>
          <w:tcPr>
            <w:tcW w:w="2589" w:type="dxa"/>
            <w:shd w:val="clear" w:color="auto" w:fill="1E88E5"/>
            <w:vAlign w:val="center"/>
          </w:tcPr>
          <w:p w14:paraId="2CEA9294" w14:textId="77777777" w:rsidR="00AE4575" w:rsidRDefault="00000000">
            <w:pPr>
              <w:spacing w:after="20"/>
            </w:pPr>
            <w:r>
              <w:rPr>
                <w:b/>
                <w:sz w:val="16"/>
              </w:rPr>
              <w:t>Activity Books</w:t>
            </w:r>
          </w:p>
        </w:tc>
      </w:tr>
      <w:tr w:rsidR="00AE4575" w14:paraId="5818D3C2" w14:textId="77777777" w:rsidTr="000D27E4">
        <w:trPr>
          <w:jc w:val="center"/>
        </w:trPr>
        <w:tc>
          <w:tcPr>
            <w:tcW w:w="2591" w:type="dxa"/>
            <w:tcMar>
              <w:top w:w="80" w:type="dxa"/>
              <w:left w:w="90" w:type="dxa"/>
              <w:bottom w:w="80" w:type="dxa"/>
              <w:right w:w="90" w:type="dxa"/>
            </w:tcMar>
            <w:vAlign w:val="center"/>
          </w:tcPr>
          <w:p w14:paraId="04EA9204" w14:textId="77777777" w:rsidR="00AE4575" w:rsidRDefault="00000000">
            <w:pPr>
              <w:spacing w:after="20"/>
            </w:pPr>
            <w:r>
              <w:rPr>
                <w:sz w:val="16"/>
              </w:rPr>
              <w:t>English</w:t>
            </w:r>
          </w:p>
        </w:tc>
        <w:tc>
          <w:tcPr>
            <w:tcW w:w="2589" w:type="dxa"/>
            <w:tcMar>
              <w:top w:w="80" w:type="dxa"/>
              <w:left w:w="90" w:type="dxa"/>
              <w:bottom w:w="80" w:type="dxa"/>
              <w:right w:w="90" w:type="dxa"/>
            </w:tcMar>
            <w:vAlign w:val="center"/>
          </w:tcPr>
          <w:p w14:paraId="35F064CB" w14:textId="77777777" w:rsidR="00AE4575" w:rsidRDefault="00000000">
            <w:pPr>
              <w:spacing w:after="20"/>
            </w:pPr>
            <w:r>
              <w:rPr>
                <w:sz w:val="16"/>
              </w:rPr>
              <w:t>12</w:t>
            </w:r>
          </w:p>
        </w:tc>
        <w:tc>
          <w:tcPr>
            <w:tcW w:w="2589" w:type="dxa"/>
            <w:tcMar>
              <w:top w:w="80" w:type="dxa"/>
              <w:left w:w="90" w:type="dxa"/>
              <w:bottom w:w="80" w:type="dxa"/>
              <w:right w:w="90" w:type="dxa"/>
            </w:tcMar>
            <w:vAlign w:val="center"/>
          </w:tcPr>
          <w:p w14:paraId="62578235" w14:textId="77777777" w:rsidR="00AE4575" w:rsidRDefault="00000000">
            <w:pPr>
              <w:spacing w:after="20"/>
            </w:pPr>
            <w:r>
              <w:rPr>
                <w:sz w:val="16"/>
              </w:rPr>
              <w:t>12</w:t>
            </w:r>
          </w:p>
        </w:tc>
        <w:tc>
          <w:tcPr>
            <w:tcW w:w="2589" w:type="dxa"/>
            <w:tcMar>
              <w:top w:w="80" w:type="dxa"/>
              <w:left w:w="90" w:type="dxa"/>
              <w:bottom w:w="80" w:type="dxa"/>
              <w:right w:w="90" w:type="dxa"/>
            </w:tcMar>
            <w:vAlign w:val="center"/>
          </w:tcPr>
          <w:p w14:paraId="522B0983" w14:textId="77777777" w:rsidR="00AE4575" w:rsidRDefault="00000000">
            <w:pPr>
              <w:spacing w:after="20"/>
            </w:pPr>
            <w:r>
              <w:rPr>
                <w:sz w:val="16"/>
              </w:rPr>
              <w:t>4</w:t>
            </w:r>
          </w:p>
        </w:tc>
      </w:tr>
      <w:tr w:rsidR="00AE4575" w14:paraId="496A50C7" w14:textId="77777777" w:rsidTr="000D27E4">
        <w:trPr>
          <w:jc w:val="center"/>
        </w:trPr>
        <w:tc>
          <w:tcPr>
            <w:tcW w:w="2591" w:type="dxa"/>
            <w:tcMar>
              <w:top w:w="80" w:type="dxa"/>
              <w:left w:w="90" w:type="dxa"/>
              <w:bottom w:w="80" w:type="dxa"/>
              <w:right w:w="90" w:type="dxa"/>
            </w:tcMar>
            <w:vAlign w:val="center"/>
          </w:tcPr>
          <w:p w14:paraId="4B80AC44" w14:textId="77777777" w:rsidR="00AE4575" w:rsidRDefault="00000000">
            <w:pPr>
              <w:spacing w:after="20"/>
            </w:pPr>
            <w:r>
              <w:rPr>
                <w:sz w:val="16"/>
              </w:rPr>
              <w:t>Mathematics</w:t>
            </w:r>
          </w:p>
        </w:tc>
        <w:tc>
          <w:tcPr>
            <w:tcW w:w="2589" w:type="dxa"/>
            <w:tcMar>
              <w:top w:w="80" w:type="dxa"/>
              <w:left w:w="90" w:type="dxa"/>
              <w:bottom w:w="80" w:type="dxa"/>
              <w:right w:w="90" w:type="dxa"/>
            </w:tcMar>
            <w:vAlign w:val="center"/>
          </w:tcPr>
          <w:p w14:paraId="225D9109"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7A91C20F"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44CEB7B4" w14:textId="77777777" w:rsidR="00AE4575" w:rsidRDefault="00000000">
            <w:pPr>
              <w:spacing w:after="20"/>
            </w:pPr>
            <w:r>
              <w:rPr>
                <w:sz w:val="16"/>
              </w:rPr>
              <w:t>4</w:t>
            </w:r>
          </w:p>
        </w:tc>
      </w:tr>
      <w:tr w:rsidR="00AE4575" w14:paraId="2AE89873" w14:textId="77777777" w:rsidTr="000D27E4">
        <w:trPr>
          <w:jc w:val="center"/>
        </w:trPr>
        <w:tc>
          <w:tcPr>
            <w:tcW w:w="2591" w:type="dxa"/>
            <w:tcMar>
              <w:top w:w="80" w:type="dxa"/>
              <w:left w:w="90" w:type="dxa"/>
              <w:bottom w:w="80" w:type="dxa"/>
              <w:right w:w="90" w:type="dxa"/>
            </w:tcMar>
            <w:vAlign w:val="center"/>
          </w:tcPr>
          <w:p w14:paraId="0EA9BAB6" w14:textId="77777777" w:rsidR="00AE4575" w:rsidRDefault="00000000">
            <w:pPr>
              <w:spacing w:after="20"/>
            </w:pPr>
            <w:r>
              <w:rPr>
                <w:sz w:val="16"/>
              </w:rPr>
              <w:t>Science</w:t>
            </w:r>
          </w:p>
        </w:tc>
        <w:tc>
          <w:tcPr>
            <w:tcW w:w="2589" w:type="dxa"/>
            <w:tcMar>
              <w:top w:w="80" w:type="dxa"/>
              <w:left w:w="90" w:type="dxa"/>
              <w:bottom w:w="80" w:type="dxa"/>
              <w:right w:w="90" w:type="dxa"/>
            </w:tcMar>
            <w:vAlign w:val="center"/>
          </w:tcPr>
          <w:p w14:paraId="206C987C"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012281A7"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23D4846A" w14:textId="77777777" w:rsidR="00AE4575" w:rsidRDefault="00000000">
            <w:pPr>
              <w:spacing w:after="20"/>
            </w:pPr>
            <w:r>
              <w:rPr>
                <w:sz w:val="16"/>
              </w:rPr>
              <w:t>4</w:t>
            </w:r>
          </w:p>
        </w:tc>
      </w:tr>
      <w:tr w:rsidR="00AE4575" w14:paraId="78A72283" w14:textId="77777777" w:rsidTr="000D27E4">
        <w:trPr>
          <w:jc w:val="center"/>
        </w:trPr>
        <w:tc>
          <w:tcPr>
            <w:tcW w:w="2591" w:type="dxa"/>
            <w:tcMar>
              <w:top w:w="80" w:type="dxa"/>
              <w:left w:w="90" w:type="dxa"/>
              <w:bottom w:w="80" w:type="dxa"/>
              <w:right w:w="90" w:type="dxa"/>
            </w:tcMar>
            <w:vAlign w:val="center"/>
          </w:tcPr>
          <w:p w14:paraId="382D2CC3" w14:textId="77777777" w:rsidR="00AE4575" w:rsidRDefault="00000000">
            <w:pPr>
              <w:spacing w:after="20"/>
            </w:pPr>
            <w:r>
              <w:rPr>
                <w:sz w:val="16"/>
              </w:rPr>
              <w:t>Life Skills</w:t>
            </w:r>
          </w:p>
        </w:tc>
        <w:tc>
          <w:tcPr>
            <w:tcW w:w="2589" w:type="dxa"/>
            <w:tcMar>
              <w:top w:w="80" w:type="dxa"/>
              <w:left w:w="90" w:type="dxa"/>
              <w:bottom w:w="80" w:type="dxa"/>
              <w:right w:w="90" w:type="dxa"/>
            </w:tcMar>
            <w:vAlign w:val="center"/>
          </w:tcPr>
          <w:p w14:paraId="381B00C8"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7EF9C2D5" w14:textId="77777777" w:rsidR="00AE4575" w:rsidRDefault="00000000">
            <w:pPr>
              <w:spacing w:after="20"/>
            </w:pPr>
            <w:r>
              <w:rPr>
                <w:sz w:val="16"/>
              </w:rPr>
              <w:t>4</w:t>
            </w:r>
          </w:p>
        </w:tc>
        <w:tc>
          <w:tcPr>
            <w:tcW w:w="2589" w:type="dxa"/>
            <w:tcMar>
              <w:top w:w="80" w:type="dxa"/>
              <w:left w:w="90" w:type="dxa"/>
              <w:bottom w:w="80" w:type="dxa"/>
              <w:right w:w="90" w:type="dxa"/>
            </w:tcMar>
            <w:vAlign w:val="center"/>
          </w:tcPr>
          <w:p w14:paraId="4EB45ED6" w14:textId="77777777" w:rsidR="00AE4575" w:rsidRDefault="00000000">
            <w:pPr>
              <w:spacing w:after="20"/>
            </w:pPr>
            <w:r>
              <w:rPr>
                <w:sz w:val="16"/>
              </w:rPr>
              <w:t>4</w:t>
            </w:r>
          </w:p>
        </w:tc>
      </w:tr>
    </w:tbl>
    <w:p w14:paraId="3EE3F593" w14:textId="77777777" w:rsidR="00AE4575" w:rsidRDefault="00AE4575"/>
    <w:p w14:paraId="7BF9BD14" w14:textId="77777777" w:rsidR="009E1126" w:rsidRDefault="00000000">
      <w:r>
        <w:rPr>
          <w:b/>
        </w:rPr>
        <w:t xml:space="preserve">Reading-book format: </w:t>
      </w:r>
      <w:r>
        <w:t xml:space="preserve">210 × 210 mm. Level 1 titles are 16 pages; Level 2 titles are 24 pages in the source catalogue. </w:t>
      </w:r>
    </w:p>
    <w:p w14:paraId="4A50D727" w14:textId="40970077" w:rsidR="00AE4575" w:rsidRDefault="00000000">
      <w:r>
        <w:rPr>
          <w:b/>
        </w:rPr>
        <w:t xml:space="preserve">Activity books: </w:t>
      </w:r>
      <w:r>
        <w:t>210 × 297 mm, 48 pages, 186 g.</w:t>
      </w:r>
    </w:p>
    <w:p w14:paraId="1A5AC957" w14:textId="77777777" w:rsidR="00AE4575" w:rsidRDefault="00000000">
      <w:r>
        <w:br w:type="page"/>
      </w:r>
    </w:p>
    <w:p w14:paraId="27EABDBD" w14:textId="77777777" w:rsidR="00AE4575" w:rsidRDefault="00000000">
      <w:pPr>
        <w:pStyle w:val="Heading1"/>
      </w:pPr>
      <w:r>
        <w:lastRenderedPageBreak/>
        <w:t xml:space="preserve">2. Company, Author and </w:t>
      </w:r>
      <w:proofErr w:type="spellStart"/>
      <w:r>
        <w:t>Programme</w:t>
      </w:r>
      <w:proofErr w:type="spellEnd"/>
    </w:p>
    <w:p w14:paraId="392772B4" w14:textId="77777777" w:rsidR="00AE4575" w:rsidRDefault="00000000">
      <w:pPr>
        <w:pStyle w:val="Heading2"/>
      </w:pPr>
      <w:r>
        <w:t>The Company</w:t>
      </w:r>
    </w:p>
    <w:p w14:paraId="39684253" w14:textId="77777777" w:rsidR="00AE4575" w:rsidRDefault="00000000">
      <w:proofErr w:type="spellStart"/>
      <w:r>
        <w:t>Shapeys</w:t>
      </w:r>
      <w:proofErr w:type="spellEnd"/>
      <w:r>
        <w:t xml:space="preserve"> Education (Pte) Limited is an educational publisher based in Singapore established in 2009. The products are based around the four </w:t>
      </w:r>
      <w:proofErr w:type="spellStart"/>
      <w:r>
        <w:t>Shapeys</w:t>
      </w:r>
      <w:proofErr w:type="spellEnd"/>
      <w:r>
        <w:t>® characters. The stories are based on everyday experiences, places and situations young children are likely to encounter.</w:t>
      </w:r>
    </w:p>
    <w:p w14:paraId="6FC5494F" w14:textId="77777777" w:rsidR="00AE4575" w:rsidRDefault="00000000">
      <w:pPr>
        <w:pStyle w:val="Heading2"/>
      </w:pPr>
      <w:r>
        <w:t>The Author</w:t>
      </w:r>
    </w:p>
    <w:p w14:paraId="7E9A4FC2" w14:textId="1A4BAB7D" w:rsidR="00AE4575" w:rsidRDefault="00000000">
      <w:r>
        <w:t xml:space="preserve">Adrian Alexander created, wrote and illustrated the </w:t>
      </w:r>
      <w:proofErr w:type="spellStart"/>
      <w:r>
        <w:t>Shapeys</w:t>
      </w:r>
      <w:proofErr w:type="spellEnd"/>
      <w:r>
        <w:t xml:space="preserve">® educational books. </w:t>
      </w:r>
      <w:r w:rsidR="009E1126">
        <w:t xml:space="preserve">He is </w:t>
      </w:r>
      <w:r>
        <w:t>an English teacher from Great Britain.</w:t>
      </w:r>
    </w:p>
    <w:p w14:paraId="00F2D39F" w14:textId="77777777" w:rsidR="00AE4575" w:rsidRDefault="00000000">
      <w:pPr>
        <w:pStyle w:val="Heading2"/>
      </w:pPr>
      <w:r>
        <w:t>The Team</w:t>
      </w:r>
    </w:p>
    <w:p w14:paraId="7EAD1DE6" w14:textId="77777777" w:rsidR="00AE4575" w:rsidRDefault="00000000">
      <w:r>
        <w:t>Adrian was assisted by a team of international editors and English teachers.</w:t>
      </w:r>
    </w:p>
    <w:p w14:paraId="52610807" w14:textId="77777777" w:rsidR="00AE4575" w:rsidRDefault="00000000">
      <w:pPr>
        <w:pStyle w:val="Heading2"/>
      </w:pPr>
      <w:r>
        <w:t>The Research</w:t>
      </w:r>
    </w:p>
    <w:p w14:paraId="6F7DC324" w14:textId="04D327C1" w:rsidR="00AE4575" w:rsidRDefault="00000000">
      <w:r>
        <w:t>The team studied the teaching of English through school curriculums in the UK, the USA and Singapore. The results were used to create the series for school use, either as main teaching books forming a curriculum or as a supplementary series. It also states that the series can be used for home schooling or entertainment.</w:t>
      </w:r>
    </w:p>
    <w:p w14:paraId="46B42AAC" w14:textId="77777777" w:rsidR="00AE4575" w:rsidRDefault="00000000">
      <w:pPr>
        <w:pStyle w:val="Heading2"/>
      </w:pPr>
      <w:r>
        <w:t>The Language</w:t>
      </w:r>
    </w:p>
    <w:p w14:paraId="08D5E639" w14:textId="77777777" w:rsidR="00AE4575" w:rsidRDefault="00000000">
      <w:r>
        <w:t>The language used throughout the books is British English.</w:t>
      </w:r>
    </w:p>
    <w:p w14:paraId="10EDD51A" w14:textId="77777777" w:rsidR="00AE4575" w:rsidRDefault="00000000">
      <w:pPr>
        <w:pStyle w:val="Heading2"/>
      </w:pPr>
      <w:r>
        <w:t>Rights</w:t>
      </w:r>
    </w:p>
    <w:p w14:paraId="0F15095C" w14:textId="09BB114A" w:rsidR="00AE4575" w:rsidRDefault="00000000">
      <w:proofErr w:type="spellStart"/>
      <w:r>
        <w:t>Shapeys</w:t>
      </w:r>
      <w:proofErr w:type="spellEnd"/>
      <w:r>
        <w:t xml:space="preserve"> </w:t>
      </w:r>
      <w:r w:rsidR="009E1126">
        <w:t>Education (Pte) Ltd holds</w:t>
      </w:r>
      <w:r>
        <w:t xml:space="preserve"> all global rights in all formats for the </w:t>
      </w:r>
      <w:proofErr w:type="spellStart"/>
      <w:r>
        <w:t>Shapeys</w:t>
      </w:r>
      <w:proofErr w:type="spellEnd"/>
      <w:r>
        <w:t>® brand</w:t>
      </w:r>
      <w:r w:rsidR="009E1126">
        <w:t xml:space="preserve"> on </w:t>
      </w:r>
      <w:proofErr w:type="spellStart"/>
      <w:r w:rsidR="009E1126">
        <w:t>licence</w:t>
      </w:r>
      <w:proofErr w:type="spellEnd"/>
      <w:r w:rsidR="009E1126">
        <w:t xml:space="preserve"> from Adrian Alexander.</w:t>
      </w:r>
    </w:p>
    <w:p w14:paraId="3514C9C4" w14:textId="77777777" w:rsidR="00AE4575" w:rsidRDefault="00000000">
      <w:r>
        <w:br w:type="page"/>
      </w:r>
    </w:p>
    <w:p w14:paraId="249519CD" w14:textId="431CAFBB" w:rsidR="009E1126" w:rsidRDefault="009E1126" w:rsidP="009E1126">
      <w:pPr>
        <w:pStyle w:val="Heading1"/>
      </w:pPr>
      <w:r>
        <w:lastRenderedPageBreak/>
        <w:t>3</w:t>
      </w:r>
      <w:r>
        <w:t xml:space="preserve">. Phonics — </w:t>
      </w:r>
      <w:proofErr w:type="spellStart"/>
      <w:r>
        <w:t>Programme</w:t>
      </w:r>
      <w:proofErr w:type="spellEnd"/>
      <w:r>
        <w:t xml:space="preserve"> Foundation</w:t>
      </w:r>
    </w:p>
    <w:p w14:paraId="070B98A1" w14:textId="77777777" w:rsidR="009E1126" w:rsidRDefault="009E1126" w:rsidP="009E1126">
      <w:r>
        <w:t xml:space="preserve">For the 2026 Publisher Catalogue, Phonics should be presented as the entry point to the </w:t>
      </w:r>
      <w:proofErr w:type="spellStart"/>
      <w:r>
        <w:t>Shapeys</w:t>
      </w:r>
      <w:proofErr w:type="spellEnd"/>
      <w:r>
        <w:t xml:space="preserve"> English </w:t>
      </w:r>
      <w:proofErr w:type="spellStart"/>
      <w:r>
        <w:t>programme</w:t>
      </w:r>
      <w:proofErr w:type="spellEnd"/>
      <w:r>
        <w:t>.</w:t>
      </w:r>
    </w:p>
    <w:p w14:paraId="34A0986C" w14:textId="77777777" w:rsidR="009E1126" w:rsidRDefault="009E1126" w:rsidP="009E1126">
      <w:pPr>
        <w:pStyle w:val="ListBullet"/>
      </w:pPr>
      <w:r>
        <w:t>Phonics overview</w:t>
      </w:r>
    </w:p>
    <w:tbl>
      <w:tblPr>
        <w:tblStyle w:val="TableGrid"/>
        <w:tblW w:w="0" w:type="auto"/>
        <w:jc w:val="center"/>
        <w:tblLook w:val="04A0" w:firstRow="1" w:lastRow="0" w:firstColumn="1" w:lastColumn="0" w:noHBand="0" w:noVBand="1"/>
      </w:tblPr>
      <w:tblGrid>
        <w:gridCol w:w="1787"/>
        <w:gridCol w:w="2382"/>
        <w:gridCol w:w="3195"/>
        <w:gridCol w:w="2994"/>
      </w:tblGrid>
      <w:tr w:rsidR="00B876AC" w14:paraId="03F6FB65" w14:textId="18CC4E8B" w:rsidTr="00B876AC">
        <w:trPr>
          <w:tblHeader/>
          <w:jc w:val="center"/>
        </w:trPr>
        <w:tc>
          <w:tcPr>
            <w:tcW w:w="1787" w:type="dxa"/>
            <w:shd w:val="clear" w:color="auto" w:fill="1E88E5"/>
            <w:vAlign w:val="center"/>
          </w:tcPr>
          <w:p w14:paraId="0DCB07A7" w14:textId="22307AD3" w:rsidR="00B876AC" w:rsidRDefault="00B876AC" w:rsidP="00E44E23">
            <w:pPr>
              <w:spacing w:after="20"/>
            </w:pPr>
            <w:r>
              <w:t>Step</w:t>
            </w:r>
          </w:p>
        </w:tc>
        <w:tc>
          <w:tcPr>
            <w:tcW w:w="2382" w:type="dxa"/>
            <w:shd w:val="clear" w:color="auto" w:fill="1E88E5"/>
            <w:vAlign w:val="center"/>
          </w:tcPr>
          <w:p w14:paraId="67C8C3C7" w14:textId="54A1F229" w:rsidR="00B876AC" w:rsidRDefault="00B876AC" w:rsidP="00E44E23">
            <w:pPr>
              <w:spacing w:after="20"/>
            </w:pPr>
            <w:r>
              <w:t>Number of Weeks</w:t>
            </w:r>
          </w:p>
        </w:tc>
        <w:tc>
          <w:tcPr>
            <w:tcW w:w="3195" w:type="dxa"/>
            <w:shd w:val="clear" w:color="auto" w:fill="1E88E5"/>
            <w:vAlign w:val="center"/>
          </w:tcPr>
          <w:p w14:paraId="1C0B98F0" w14:textId="45B92E06" w:rsidR="00B876AC" w:rsidRDefault="00B876AC" w:rsidP="00E44E23">
            <w:pPr>
              <w:spacing w:after="20"/>
            </w:pPr>
            <w:r>
              <w:t>Activity</w:t>
            </w:r>
          </w:p>
        </w:tc>
        <w:tc>
          <w:tcPr>
            <w:tcW w:w="2994" w:type="dxa"/>
            <w:shd w:val="clear" w:color="auto" w:fill="1E88E5"/>
          </w:tcPr>
          <w:p w14:paraId="70EDE217" w14:textId="57558B9F" w:rsidR="00B876AC" w:rsidRDefault="00B876AC" w:rsidP="00E44E23">
            <w:pPr>
              <w:spacing w:after="20"/>
            </w:pPr>
            <w:r>
              <w:t>Learning Objective</w:t>
            </w:r>
          </w:p>
        </w:tc>
      </w:tr>
      <w:tr w:rsidR="00B876AC" w14:paraId="0A2AFDD2" w14:textId="71078403" w:rsidTr="00B876AC">
        <w:trPr>
          <w:jc w:val="center"/>
        </w:trPr>
        <w:tc>
          <w:tcPr>
            <w:tcW w:w="1787" w:type="dxa"/>
            <w:tcMar>
              <w:top w:w="80" w:type="dxa"/>
              <w:left w:w="90" w:type="dxa"/>
              <w:bottom w:w="80" w:type="dxa"/>
              <w:right w:w="90" w:type="dxa"/>
            </w:tcMar>
            <w:vAlign w:val="center"/>
          </w:tcPr>
          <w:p w14:paraId="3516FAC1" w14:textId="1A2C54A7" w:rsidR="00B876AC" w:rsidRDefault="00B876AC" w:rsidP="00E44E23">
            <w:pPr>
              <w:spacing w:after="20"/>
            </w:pPr>
            <w:r>
              <w:t>Step 1</w:t>
            </w:r>
          </w:p>
        </w:tc>
        <w:tc>
          <w:tcPr>
            <w:tcW w:w="2382" w:type="dxa"/>
            <w:tcMar>
              <w:top w:w="80" w:type="dxa"/>
              <w:left w:w="90" w:type="dxa"/>
              <w:bottom w:w="80" w:type="dxa"/>
              <w:right w:w="90" w:type="dxa"/>
            </w:tcMar>
            <w:vAlign w:val="center"/>
          </w:tcPr>
          <w:p w14:paraId="57AB6141" w14:textId="1EAC8090" w:rsidR="00B876AC" w:rsidRDefault="00B876AC" w:rsidP="00E44E23">
            <w:pPr>
              <w:spacing w:after="20"/>
            </w:pPr>
            <w:r>
              <w:t>7 Weeks</w:t>
            </w:r>
          </w:p>
        </w:tc>
        <w:tc>
          <w:tcPr>
            <w:tcW w:w="3195" w:type="dxa"/>
            <w:tcMar>
              <w:top w:w="80" w:type="dxa"/>
              <w:left w:w="90" w:type="dxa"/>
              <w:bottom w:w="80" w:type="dxa"/>
              <w:right w:w="90" w:type="dxa"/>
            </w:tcMar>
            <w:vAlign w:val="center"/>
          </w:tcPr>
          <w:p w14:paraId="64BEE383" w14:textId="2DEFA951" w:rsidR="00B876AC" w:rsidRDefault="00B876AC" w:rsidP="00E44E23">
            <w:pPr>
              <w:spacing w:after="20"/>
            </w:pPr>
            <w:r>
              <w:t>77 Lessons and Activities</w:t>
            </w:r>
          </w:p>
        </w:tc>
        <w:tc>
          <w:tcPr>
            <w:tcW w:w="2994" w:type="dxa"/>
          </w:tcPr>
          <w:p w14:paraId="48606A70" w14:textId="3BB6AFCB" w:rsidR="00B876AC" w:rsidRDefault="00B876AC" w:rsidP="00E44E23">
            <w:pPr>
              <w:spacing w:after="20"/>
            </w:pPr>
            <w:r w:rsidRPr="00B876AC">
              <w:rPr>
                <w:lang w:val="en-GB"/>
              </w:rPr>
              <w:t>Introduce environmental sounds, instruments, body percussion, rhythm and rhyme, alliteration, voice sounds, oral blending and segmentation.</w:t>
            </w:r>
          </w:p>
        </w:tc>
      </w:tr>
      <w:tr w:rsidR="00B876AC" w14:paraId="3E762C9E" w14:textId="35E03490" w:rsidTr="00B876AC">
        <w:trPr>
          <w:jc w:val="center"/>
        </w:trPr>
        <w:tc>
          <w:tcPr>
            <w:tcW w:w="1787" w:type="dxa"/>
            <w:tcMar>
              <w:top w:w="80" w:type="dxa"/>
              <w:left w:w="90" w:type="dxa"/>
              <w:bottom w:w="80" w:type="dxa"/>
              <w:right w:w="90" w:type="dxa"/>
            </w:tcMar>
            <w:vAlign w:val="center"/>
          </w:tcPr>
          <w:p w14:paraId="2E5823FA" w14:textId="4C33EF10" w:rsidR="00B876AC" w:rsidRDefault="00B876AC" w:rsidP="00E44E23">
            <w:pPr>
              <w:spacing w:after="20"/>
            </w:pPr>
            <w:r>
              <w:t>Step 2</w:t>
            </w:r>
          </w:p>
        </w:tc>
        <w:tc>
          <w:tcPr>
            <w:tcW w:w="2382" w:type="dxa"/>
            <w:tcMar>
              <w:top w:w="80" w:type="dxa"/>
              <w:left w:w="90" w:type="dxa"/>
              <w:bottom w:w="80" w:type="dxa"/>
              <w:right w:w="90" w:type="dxa"/>
            </w:tcMar>
            <w:vAlign w:val="center"/>
          </w:tcPr>
          <w:p w14:paraId="792E5C96" w14:textId="398BC556" w:rsidR="00B876AC" w:rsidRDefault="00B876AC" w:rsidP="00E44E23">
            <w:pPr>
              <w:spacing w:after="20"/>
            </w:pPr>
            <w:r>
              <w:t>7 Weeks</w:t>
            </w:r>
          </w:p>
        </w:tc>
        <w:tc>
          <w:tcPr>
            <w:tcW w:w="3195" w:type="dxa"/>
            <w:tcMar>
              <w:top w:w="80" w:type="dxa"/>
              <w:left w:w="90" w:type="dxa"/>
              <w:bottom w:w="80" w:type="dxa"/>
              <w:right w:w="90" w:type="dxa"/>
            </w:tcMar>
            <w:vAlign w:val="center"/>
          </w:tcPr>
          <w:p w14:paraId="02A2E6A0" w14:textId="35FD6634" w:rsidR="00B876AC" w:rsidRDefault="00B876AC" w:rsidP="00E44E23">
            <w:pPr>
              <w:spacing w:after="20"/>
            </w:pPr>
            <w:r>
              <w:t>28 Lessons 49 Activities</w:t>
            </w:r>
          </w:p>
        </w:tc>
        <w:tc>
          <w:tcPr>
            <w:tcW w:w="2994" w:type="dxa"/>
          </w:tcPr>
          <w:p w14:paraId="754D4509" w14:textId="029DB78F" w:rsidR="00B876AC" w:rsidRDefault="00B876AC" w:rsidP="00E44E23">
            <w:pPr>
              <w:spacing w:after="20"/>
            </w:pPr>
            <w:proofErr w:type="spellStart"/>
            <w:r>
              <w:t>Recognise</w:t>
            </w:r>
            <w:proofErr w:type="spellEnd"/>
            <w:r>
              <w:t xml:space="preserve"> a letter, say the letter, write the letter.</w:t>
            </w:r>
          </w:p>
        </w:tc>
      </w:tr>
      <w:tr w:rsidR="00B876AC" w14:paraId="3DC08BB7" w14:textId="305E6A79" w:rsidTr="00B876AC">
        <w:trPr>
          <w:jc w:val="center"/>
        </w:trPr>
        <w:tc>
          <w:tcPr>
            <w:tcW w:w="1787" w:type="dxa"/>
            <w:tcMar>
              <w:top w:w="80" w:type="dxa"/>
              <w:left w:w="90" w:type="dxa"/>
              <w:bottom w:w="80" w:type="dxa"/>
              <w:right w:w="90" w:type="dxa"/>
            </w:tcMar>
            <w:vAlign w:val="center"/>
          </w:tcPr>
          <w:p w14:paraId="569A6E7C" w14:textId="18408A1B" w:rsidR="00B876AC" w:rsidRDefault="00B876AC" w:rsidP="00E44E23">
            <w:pPr>
              <w:spacing w:after="20"/>
            </w:pPr>
            <w:r>
              <w:t>Step 3</w:t>
            </w:r>
          </w:p>
        </w:tc>
        <w:tc>
          <w:tcPr>
            <w:tcW w:w="2382" w:type="dxa"/>
            <w:tcMar>
              <w:top w:w="80" w:type="dxa"/>
              <w:left w:w="90" w:type="dxa"/>
              <w:bottom w:w="80" w:type="dxa"/>
              <w:right w:w="90" w:type="dxa"/>
            </w:tcMar>
            <w:vAlign w:val="center"/>
          </w:tcPr>
          <w:p w14:paraId="71DEA822" w14:textId="63C5F782" w:rsidR="00B876AC" w:rsidRDefault="00B876AC" w:rsidP="00E44E23">
            <w:pPr>
              <w:spacing w:after="20"/>
            </w:pPr>
            <w:r>
              <w:t>9 Weeks</w:t>
            </w:r>
          </w:p>
        </w:tc>
        <w:tc>
          <w:tcPr>
            <w:tcW w:w="3195" w:type="dxa"/>
            <w:tcMar>
              <w:top w:w="80" w:type="dxa"/>
              <w:left w:w="90" w:type="dxa"/>
              <w:bottom w:w="80" w:type="dxa"/>
              <w:right w:w="90" w:type="dxa"/>
            </w:tcMar>
            <w:vAlign w:val="center"/>
          </w:tcPr>
          <w:p w14:paraId="05E50369" w14:textId="68D3B399" w:rsidR="00B876AC" w:rsidRDefault="00B876AC" w:rsidP="00E44E23">
            <w:pPr>
              <w:spacing w:after="20"/>
            </w:pPr>
            <w:r>
              <w:t>51 Lessons 57 Activities</w:t>
            </w:r>
          </w:p>
        </w:tc>
        <w:tc>
          <w:tcPr>
            <w:tcW w:w="2994" w:type="dxa"/>
          </w:tcPr>
          <w:p w14:paraId="2601D1CC" w14:textId="77777777" w:rsidR="00B876AC" w:rsidRPr="00B876AC" w:rsidRDefault="00B876AC" w:rsidP="00B876AC">
            <w:pPr>
              <w:spacing w:after="20"/>
              <w:rPr>
                <w:lang w:val="en-SG"/>
              </w:rPr>
            </w:pPr>
            <w:r w:rsidRPr="00B876AC">
              <w:rPr>
                <w:lang w:val="en-GB"/>
              </w:rPr>
              <w:t>Introduce a sound for various double letter combinations</w:t>
            </w:r>
          </w:p>
          <w:p w14:paraId="2EDA4B3D" w14:textId="77777777" w:rsidR="00B876AC" w:rsidRPr="00B876AC" w:rsidRDefault="00B876AC" w:rsidP="00B876AC">
            <w:pPr>
              <w:spacing w:after="20"/>
              <w:rPr>
                <w:lang w:val="en-SG"/>
              </w:rPr>
            </w:pPr>
            <w:r w:rsidRPr="00B876AC">
              <w:rPr>
                <w:lang w:val="en-GB"/>
              </w:rPr>
              <w:t>Introduce an alphabet song</w:t>
            </w:r>
          </w:p>
          <w:p w14:paraId="07852B9F" w14:textId="77777777" w:rsidR="00B876AC" w:rsidRPr="00B876AC" w:rsidRDefault="00B876AC" w:rsidP="00B876AC">
            <w:pPr>
              <w:spacing w:after="20"/>
              <w:rPr>
                <w:lang w:val="en-SG"/>
              </w:rPr>
            </w:pPr>
            <w:r w:rsidRPr="00B876AC">
              <w:rPr>
                <w:lang w:val="en-GB"/>
              </w:rPr>
              <w:t>Introduce capital letters</w:t>
            </w:r>
          </w:p>
          <w:p w14:paraId="1AE718AE" w14:textId="77777777" w:rsidR="00B876AC" w:rsidRPr="00B876AC" w:rsidRDefault="00B876AC" w:rsidP="00B876AC">
            <w:pPr>
              <w:spacing w:after="20"/>
              <w:rPr>
                <w:lang w:val="en-SG"/>
              </w:rPr>
            </w:pPr>
            <w:r w:rsidRPr="00B876AC">
              <w:rPr>
                <w:lang w:val="en-GB"/>
              </w:rPr>
              <w:t xml:space="preserve">Introduce the remaining words in the top 100 used words </w:t>
            </w:r>
          </w:p>
          <w:p w14:paraId="312775B4" w14:textId="77777777" w:rsidR="00B876AC" w:rsidRPr="00B876AC" w:rsidRDefault="00B876AC" w:rsidP="00E44E23">
            <w:pPr>
              <w:spacing w:after="20"/>
              <w:rPr>
                <w:lang w:val="en-SG"/>
              </w:rPr>
            </w:pPr>
          </w:p>
        </w:tc>
      </w:tr>
      <w:tr w:rsidR="00B876AC" w14:paraId="771F6846" w14:textId="51DB5ABF" w:rsidTr="00B876AC">
        <w:trPr>
          <w:jc w:val="center"/>
        </w:trPr>
        <w:tc>
          <w:tcPr>
            <w:tcW w:w="1787" w:type="dxa"/>
            <w:tcMar>
              <w:top w:w="80" w:type="dxa"/>
              <w:left w:w="90" w:type="dxa"/>
              <w:bottom w:w="80" w:type="dxa"/>
              <w:right w:w="90" w:type="dxa"/>
            </w:tcMar>
            <w:vAlign w:val="center"/>
          </w:tcPr>
          <w:p w14:paraId="1EBCCAA4" w14:textId="50EC0A0F" w:rsidR="00B876AC" w:rsidRDefault="00B876AC" w:rsidP="00E44E23">
            <w:pPr>
              <w:spacing w:after="20"/>
            </w:pPr>
            <w:r>
              <w:t>Total</w:t>
            </w:r>
          </w:p>
        </w:tc>
        <w:tc>
          <w:tcPr>
            <w:tcW w:w="2382" w:type="dxa"/>
            <w:tcMar>
              <w:top w:w="80" w:type="dxa"/>
              <w:left w:w="90" w:type="dxa"/>
              <w:bottom w:w="80" w:type="dxa"/>
              <w:right w:w="90" w:type="dxa"/>
            </w:tcMar>
            <w:vAlign w:val="center"/>
          </w:tcPr>
          <w:p w14:paraId="4EC56499" w14:textId="0661371F" w:rsidR="00B876AC" w:rsidRDefault="00B876AC" w:rsidP="00E44E23">
            <w:pPr>
              <w:spacing w:after="20"/>
            </w:pPr>
            <w:r>
              <w:t>23 Weeks</w:t>
            </w:r>
          </w:p>
        </w:tc>
        <w:tc>
          <w:tcPr>
            <w:tcW w:w="3195" w:type="dxa"/>
            <w:tcMar>
              <w:top w:w="80" w:type="dxa"/>
              <w:left w:w="90" w:type="dxa"/>
              <w:bottom w:w="80" w:type="dxa"/>
              <w:right w:w="90" w:type="dxa"/>
            </w:tcMar>
            <w:vAlign w:val="center"/>
          </w:tcPr>
          <w:p w14:paraId="05B11FD9" w14:textId="37F0F8CD" w:rsidR="00B876AC" w:rsidRDefault="00B876AC" w:rsidP="00E44E23">
            <w:pPr>
              <w:spacing w:after="20"/>
            </w:pPr>
            <w:r>
              <w:t>256 Lesson 184 Activities</w:t>
            </w:r>
          </w:p>
        </w:tc>
        <w:tc>
          <w:tcPr>
            <w:tcW w:w="2994" w:type="dxa"/>
          </w:tcPr>
          <w:p w14:paraId="673541DA" w14:textId="77777777" w:rsidR="00B876AC" w:rsidRDefault="00B876AC" w:rsidP="00E44E23">
            <w:pPr>
              <w:spacing w:after="20"/>
            </w:pPr>
          </w:p>
        </w:tc>
      </w:tr>
    </w:tbl>
    <w:p w14:paraId="360B374A" w14:textId="77777777" w:rsidR="00334B92" w:rsidRDefault="00334B92" w:rsidP="0062203B">
      <w:pPr>
        <w:pStyle w:val="ListBullet"/>
        <w:numPr>
          <w:ilvl w:val="0"/>
          <w:numId w:val="0"/>
        </w:numPr>
        <w:ind w:left="360"/>
      </w:pPr>
    </w:p>
    <w:p w14:paraId="7E3DD158" w14:textId="77777777" w:rsidR="009E1126" w:rsidRDefault="009E1126">
      <w:pPr>
        <w:pStyle w:val="Heading2"/>
      </w:pPr>
    </w:p>
    <w:p w14:paraId="3D746078" w14:textId="77777777" w:rsidR="009E1126" w:rsidRDefault="009E1126"/>
    <w:p w14:paraId="7D48434F" w14:textId="2C1E3BF0" w:rsidR="00AE4575" w:rsidRPr="00E05CB0" w:rsidRDefault="00000000" w:rsidP="00E05CB0">
      <w:pPr>
        <w:rPr>
          <w:rFonts w:asciiTheme="majorHAnsi" w:hAnsiTheme="majorHAnsi" w:cstheme="majorHAnsi"/>
          <w:b/>
          <w:bCs/>
          <w:sz w:val="40"/>
          <w:szCs w:val="40"/>
        </w:rPr>
      </w:pPr>
      <w:r>
        <w:br w:type="page"/>
      </w:r>
      <w:r w:rsidR="00E05CB0" w:rsidRPr="00E05CB0">
        <w:rPr>
          <w:rFonts w:asciiTheme="majorHAnsi" w:hAnsiTheme="majorHAnsi" w:cstheme="majorHAnsi"/>
          <w:b/>
          <w:bCs/>
          <w:color w:val="365F91" w:themeColor="accent1" w:themeShade="BF"/>
          <w:sz w:val="40"/>
          <w:szCs w:val="40"/>
        </w:rPr>
        <w:lastRenderedPageBreak/>
        <w:t>4</w:t>
      </w:r>
      <w:r w:rsidRPr="00E05CB0">
        <w:rPr>
          <w:rFonts w:asciiTheme="majorHAnsi" w:hAnsiTheme="majorHAnsi" w:cstheme="majorHAnsi"/>
          <w:b/>
          <w:bCs/>
          <w:color w:val="365F91" w:themeColor="accent1" w:themeShade="BF"/>
          <w:sz w:val="40"/>
          <w:szCs w:val="40"/>
        </w:rPr>
        <w:t>. English — Level 1</w:t>
      </w:r>
    </w:p>
    <w:p w14:paraId="584B34A5" w14:textId="77777777" w:rsidR="00AE4575" w:rsidRDefault="00000000">
      <w:r>
        <w:t>The titles, bibliographic specifications and learning focuses below are taken from the supplied Shapeys catalogue.</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254174D0" w14:textId="77777777">
        <w:trPr>
          <w:tblHeader/>
          <w:jc w:val="center"/>
        </w:trPr>
        <w:tc>
          <w:tcPr>
            <w:tcW w:w="2592" w:type="dxa"/>
            <w:shd w:val="clear" w:color="auto" w:fill="1E88E5"/>
            <w:tcMar>
              <w:top w:w="80" w:type="dxa"/>
              <w:left w:w="90" w:type="dxa"/>
              <w:bottom w:w="80" w:type="dxa"/>
              <w:right w:w="90" w:type="dxa"/>
            </w:tcMar>
            <w:vAlign w:val="center"/>
          </w:tcPr>
          <w:p w14:paraId="582F7D06"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30DC3C47"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0C013541"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2564C0B4" w14:textId="77777777" w:rsidR="00AE4575" w:rsidRDefault="00000000">
            <w:pPr>
              <w:spacing w:after="20"/>
            </w:pPr>
            <w:r>
              <w:rPr>
                <w:b/>
                <w:sz w:val="16"/>
              </w:rPr>
              <w:t>Learning Focus</w:t>
            </w:r>
          </w:p>
        </w:tc>
      </w:tr>
      <w:tr w:rsidR="00AE4575" w14:paraId="3E1C7A9C" w14:textId="77777777">
        <w:trPr>
          <w:jc w:val="center"/>
        </w:trPr>
        <w:tc>
          <w:tcPr>
            <w:tcW w:w="2592" w:type="dxa"/>
            <w:tcMar>
              <w:top w:w="80" w:type="dxa"/>
              <w:left w:w="90" w:type="dxa"/>
              <w:bottom w:w="80" w:type="dxa"/>
              <w:right w:w="90" w:type="dxa"/>
            </w:tcMar>
            <w:vAlign w:val="center"/>
          </w:tcPr>
          <w:p w14:paraId="5B2B049C" w14:textId="77777777" w:rsidR="00AE4575" w:rsidRDefault="00000000">
            <w:pPr>
              <w:spacing w:after="20"/>
            </w:pPr>
            <w:r>
              <w:rPr>
                <w:b/>
                <w:sz w:val="16"/>
              </w:rPr>
              <w:t>Shapeys Talking Fruit</w:t>
            </w:r>
          </w:p>
        </w:tc>
        <w:tc>
          <w:tcPr>
            <w:tcW w:w="2592" w:type="dxa"/>
            <w:tcMar>
              <w:top w:w="80" w:type="dxa"/>
              <w:left w:w="90" w:type="dxa"/>
              <w:bottom w:w="80" w:type="dxa"/>
              <w:right w:w="90" w:type="dxa"/>
            </w:tcMar>
            <w:vAlign w:val="center"/>
          </w:tcPr>
          <w:p w14:paraId="1C5CC597" w14:textId="77777777" w:rsidR="00AE4575" w:rsidRDefault="00000000">
            <w:pPr>
              <w:spacing w:after="20"/>
            </w:pPr>
            <w:r>
              <w:rPr>
                <w:sz w:val="16"/>
              </w:rPr>
              <w:t>978-981-08-7309-7</w:t>
            </w:r>
          </w:p>
        </w:tc>
        <w:tc>
          <w:tcPr>
            <w:tcW w:w="2592" w:type="dxa"/>
            <w:tcMar>
              <w:top w:w="80" w:type="dxa"/>
              <w:left w:w="90" w:type="dxa"/>
              <w:bottom w:w="80" w:type="dxa"/>
              <w:right w:w="90" w:type="dxa"/>
            </w:tcMar>
            <w:vAlign w:val="center"/>
          </w:tcPr>
          <w:p w14:paraId="2E15016E"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76E4AF0D" w14:textId="77777777" w:rsidR="00AE4575" w:rsidRDefault="00000000">
            <w:pPr>
              <w:spacing w:after="20"/>
            </w:pPr>
            <w:r>
              <w:rPr>
                <w:sz w:val="16"/>
              </w:rPr>
              <w:t>Grammar: I + am, You + are, is. Vocabulary: colours, names of fruit.</w:t>
            </w:r>
          </w:p>
        </w:tc>
      </w:tr>
      <w:tr w:rsidR="00AE4575" w14:paraId="4FE2868B" w14:textId="77777777">
        <w:trPr>
          <w:jc w:val="center"/>
        </w:trPr>
        <w:tc>
          <w:tcPr>
            <w:tcW w:w="2592" w:type="dxa"/>
            <w:tcMar>
              <w:top w:w="80" w:type="dxa"/>
              <w:left w:w="90" w:type="dxa"/>
              <w:bottom w:w="80" w:type="dxa"/>
              <w:right w:w="90" w:type="dxa"/>
            </w:tcMar>
            <w:vAlign w:val="center"/>
          </w:tcPr>
          <w:p w14:paraId="65989A4C" w14:textId="77777777" w:rsidR="00AE4575" w:rsidRDefault="00000000">
            <w:pPr>
              <w:spacing w:after="20"/>
            </w:pPr>
            <w:r>
              <w:rPr>
                <w:b/>
                <w:sz w:val="16"/>
              </w:rPr>
              <w:t>Shapeys “I Have Pink Hair”</w:t>
            </w:r>
          </w:p>
        </w:tc>
        <w:tc>
          <w:tcPr>
            <w:tcW w:w="2592" w:type="dxa"/>
            <w:tcMar>
              <w:top w:w="80" w:type="dxa"/>
              <w:left w:w="90" w:type="dxa"/>
              <w:bottom w:w="80" w:type="dxa"/>
              <w:right w:w="90" w:type="dxa"/>
            </w:tcMar>
            <w:vAlign w:val="center"/>
          </w:tcPr>
          <w:p w14:paraId="2A643778" w14:textId="77777777" w:rsidR="00AE4575" w:rsidRDefault="00000000">
            <w:pPr>
              <w:spacing w:after="20"/>
            </w:pPr>
            <w:r>
              <w:rPr>
                <w:sz w:val="16"/>
              </w:rPr>
              <w:t>978-982-08-7310-3</w:t>
            </w:r>
          </w:p>
        </w:tc>
        <w:tc>
          <w:tcPr>
            <w:tcW w:w="2592" w:type="dxa"/>
            <w:tcMar>
              <w:top w:w="80" w:type="dxa"/>
              <w:left w:w="90" w:type="dxa"/>
              <w:bottom w:w="80" w:type="dxa"/>
              <w:right w:w="90" w:type="dxa"/>
            </w:tcMar>
            <w:vAlign w:val="center"/>
          </w:tcPr>
          <w:p w14:paraId="61B0B29C"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52C0F778" w14:textId="77777777" w:rsidR="00AE4575" w:rsidRDefault="00000000">
            <w:pPr>
              <w:spacing w:after="20"/>
            </w:pPr>
            <w:r>
              <w:rPr>
                <w:sz w:val="16"/>
              </w:rPr>
              <w:t>Grammar: I + have. Vocabulary: parts of the body.</w:t>
            </w:r>
          </w:p>
        </w:tc>
      </w:tr>
      <w:tr w:rsidR="00AE4575" w14:paraId="39E4B031" w14:textId="77777777">
        <w:trPr>
          <w:jc w:val="center"/>
        </w:trPr>
        <w:tc>
          <w:tcPr>
            <w:tcW w:w="2592" w:type="dxa"/>
            <w:tcMar>
              <w:top w:w="80" w:type="dxa"/>
              <w:left w:w="90" w:type="dxa"/>
              <w:bottom w:w="80" w:type="dxa"/>
              <w:right w:w="90" w:type="dxa"/>
            </w:tcMar>
            <w:vAlign w:val="center"/>
          </w:tcPr>
          <w:p w14:paraId="40505511" w14:textId="77777777" w:rsidR="00AE4575" w:rsidRDefault="00000000">
            <w:pPr>
              <w:spacing w:after="20"/>
            </w:pPr>
            <w:r>
              <w:rPr>
                <w:b/>
                <w:sz w:val="16"/>
              </w:rPr>
              <w:t>Shapeys “Who Will Do It?”</w:t>
            </w:r>
          </w:p>
        </w:tc>
        <w:tc>
          <w:tcPr>
            <w:tcW w:w="2592" w:type="dxa"/>
            <w:tcMar>
              <w:top w:w="80" w:type="dxa"/>
              <w:left w:w="90" w:type="dxa"/>
              <w:bottom w:w="80" w:type="dxa"/>
              <w:right w:w="90" w:type="dxa"/>
            </w:tcMar>
            <w:vAlign w:val="center"/>
          </w:tcPr>
          <w:p w14:paraId="64DC4D75" w14:textId="77777777" w:rsidR="00AE4575" w:rsidRDefault="00000000">
            <w:pPr>
              <w:spacing w:after="20"/>
            </w:pPr>
            <w:r>
              <w:rPr>
                <w:sz w:val="16"/>
              </w:rPr>
              <w:t>978-981-08-7311-0</w:t>
            </w:r>
          </w:p>
        </w:tc>
        <w:tc>
          <w:tcPr>
            <w:tcW w:w="2592" w:type="dxa"/>
            <w:tcMar>
              <w:top w:w="80" w:type="dxa"/>
              <w:left w:w="90" w:type="dxa"/>
              <w:bottom w:w="80" w:type="dxa"/>
              <w:right w:w="90" w:type="dxa"/>
            </w:tcMar>
            <w:vAlign w:val="center"/>
          </w:tcPr>
          <w:p w14:paraId="72946B00"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42D9D59D" w14:textId="77777777" w:rsidR="00AE4575" w:rsidRDefault="00000000">
            <w:pPr>
              <w:spacing w:after="20"/>
            </w:pPr>
            <w:r>
              <w:rPr>
                <w:sz w:val="16"/>
              </w:rPr>
              <w:t>Grammar: question word — who?; conjunction — and. Vocabulary: vehicles, people.</w:t>
            </w:r>
          </w:p>
        </w:tc>
      </w:tr>
      <w:tr w:rsidR="00AE4575" w14:paraId="5C7E4388" w14:textId="77777777">
        <w:trPr>
          <w:jc w:val="center"/>
        </w:trPr>
        <w:tc>
          <w:tcPr>
            <w:tcW w:w="2592" w:type="dxa"/>
            <w:tcMar>
              <w:top w:w="80" w:type="dxa"/>
              <w:left w:w="90" w:type="dxa"/>
              <w:bottom w:w="80" w:type="dxa"/>
              <w:right w:w="90" w:type="dxa"/>
            </w:tcMar>
            <w:vAlign w:val="center"/>
          </w:tcPr>
          <w:p w14:paraId="15481E92" w14:textId="77777777" w:rsidR="00AE4575" w:rsidRDefault="00000000">
            <w:pPr>
              <w:spacing w:after="20"/>
            </w:pPr>
            <w:r>
              <w:rPr>
                <w:b/>
                <w:sz w:val="16"/>
              </w:rPr>
              <w:t>Shapeys Home Sweet Home</w:t>
            </w:r>
          </w:p>
        </w:tc>
        <w:tc>
          <w:tcPr>
            <w:tcW w:w="2592" w:type="dxa"/>
            <w:tcMar>
              <w:top w:w="80" w:type="dxa"/>
              <w:left w:w="90" w:type="dxa"/>
              <w:bottom w:w="80" w:type="dxa"/>
              <w:right w:w="90" w:type="dxa"/>
            </w:tcMar>
            <w:vAlign w:val="center"/>
          </w:tcPr>
          <w:p w14:paraId="0AC9878E" w14:textId="77777777" w:rsidR="00AE4575" w:rsidRDefault="00000000">
            <w:pPr>
              <w:spacing w:after="20"/>
            </w:pPr>
            <w:r>
              <w:rPr>
                <w:sz w:val="16"/>
              </w:rPr>
              <w:t>978-981-08-7312-7</w:t>
            </w:r>
          </w:p>
        </w:tc>
        <w:tc>
          <w:tcPr>
            <w:tcW w:w="2592" w:type="dxa"/>
            <w:tcMar>
              <w:top w:w="80" w:type="dxa"/>
              <w:left w:w="90" w:type="dxa"/>
              <w:bottom w:w="80" w:type="dxa"/>
              <w:right w:w="90" w:type="dxa"/>
            </w:tcMar>
            <w:vAlign w:val="center"/>
          </w:tcPr>
          <w:p w14:paraId="7062151F"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7DD12B7D" w14:textId="77777777" w:rsidR="00AE4575" w:rsidRDefault="00000000">
            <w:pPr>
              <w:spacing w:after="20"/>
            </w:pPr>
            <w:r>
              <w:rPr>
                <w:sz w:val="16"/>
              </w:rPr>
              <w:t>Grammar: This + is, That + is, a, am. Vocabulary: things in the house.</w:t>
            </w:r>
          </w:p>
        </w:tc>
      </w:tr>
      <w:tr w:rsidR="00AE4575" w14:paraId="04BC5053" w14:textId="77777777">
        <w:trPr>
          <w:jc w:val="center"/>
        </w:trPr>
        <w:tc>
          <w:tcPr>
            <w:tcW w:w="2592" w:type="dxa"/>
            <w:tcMar>
              <w:top w:w="80" w:type="dxa"/>
              <w:left w:w="90" w:type="dxa"/>
              <w:bottom w:w="80" w:type="dxa"/>
              <w:right w:w="90" w:type="dxa"/>
            </w:tcMar>
            <w:vAlign w:val="center"/>
          </w:tcPr>
          <w:p w14:paraId="72F1B29D" w14:textId="77777777" w:rsidR="00AE4575" w:rsidRDefault="00000000">
            <w:pPr>
              <w:spacing w:after="20"/>
            </w:pPr>
            <w:r>
              <w:rPr>
                <w:b/>
                <w:sz w:val="16"/>
              </w:rPr>
              <w:t>Shapeys We Are The Shapeys</w:t>
            </w:r>
          </w:p>
        </w:tc>
        <w:tc>
          <w:tcPr>
            <w:tcW w:w="2592" w:type="dxa"/>
            <w:tcMar>
              <w:top w:w="80" w:type="dxa"/>
              <w:left w:w="90" w:type="dxa"/>
              <w:bottom w:w="80" w:type="dxa"/>
              <w:right w:w="90" w:type="dxa"/>
            </w:tcMar>
            <w:vAlign w:val="center"/>
          </w:tcPr>
          <w:p w14:paraId="3D5E14B1" w14:textId="77777777" w:rsidR="00AE4575" w:rsidRDefault="00000000">
            <w:pPr>
              <w:spacing w:after="20"/>
            </w:pPr>
            <w:r>
              <w:rPr>
                <w:sz w:val="16"/>
              </w:rPr>
              <w:t>978-981-07-5434-1</w:t>
            </w:r>
          </w:p>
        </w:tc>
        <w:tc>
          <w:tcPr>
            <w:tcW w:w="2592" w:type="dxa"/>
            <w:tcMar>
              <w:top w:w="80" w:type="dxa"/>
              <w:left w:w="90" w:type="dxa"/>
              <w:bottom w:w="80" w:type="dxa"/>
              <w:right w:w="90" w:type="dxa"/>
            </w:tcMar>
            <w:vAlign w:val="center"/>
          </w:tcPr>
          <w:p w14:paraId="5D4C9441"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5DE0662A" w14:textId="77777777" w:rsidR="00AE4575" w:rsidRDefault="00000000">
            <w:pPr>
              <w:spacing w:after="20"/>
            </w:pPr>
            <w:r>
              <w:rPr>
                <w:sz w:val="16"/>
              </w:rPr>
              <w:t>Grammar: personal pronoun — we. Vocabulary: family, parents, father, mother, sister, brother.</w:t>
            </w:r>
          </w:p>
        </w:tc>
      </w:tr>
      <w:tr w:rsidR="00AE4575" w14:paraId="54E58CA9" w14:textId="77777777">
        <w:trPr>
          <w:jc w:val="center"/>
        </w:trPr>
        <w:tc>
          <w:tcPr>
            <w:tcW w:w="2592" w:type="dxa"/>
            <w:tcMar>
              <w:top w:w="80" w:type="dxa"/>
              <w:left w:w="90" w:type="dxa"/>
              <w:bottom w:w="80" w:type="dxa"/>
              <w:right w:w="90" w:type="dxa"/>
            </w:tcMar>
            <w:vAlign w:val="center"/>
          </w:tcPr>
          <w:p w14:paraId="47622551" w14:textId="77777777" w:rsidR="00AE4575" w:rsidRDefault="00000000">
            <w:pPr>
              <w:spacing w:after="20"/>
            </w:pPr>
            <w:r>
              <w:rPr>
                <w:b/>
                <w:sz w:val="16"/>
              </w:rPr>
              <w:t>Shapeys Family Time</w:t>
            </w:r>
          </w:p>
        </w:tc>
        <w:tc>
          <w:tcPr>
            <w:tcW w:w="2592" w:type="dxa"/>
            <w:tcMar>
              <w:top w:w="80" w:type="dxa"/>
              <w:left w:w="90" w:type="dxa"/>
              <w:bottom w:w="80" w:type="dxa"/>
              <w:right w:w="90" w:type="dxa"/>
            </w:tcMar>
            <w:vAlign w:val="center"/>
          </w:tcPr>
          <w:p w14:paraId="1B3E71DD" w14:textId="77777777" w:rsidR="00AE4575" w:rsidRDefault="00000000">
            <w:pPr>
              <w:spacing w:after="20"/>
            </w:pPr>
            <w:r>
              <w:rPr>
                <w:sz w:val="16"/>
              </w:rPr>
              <w:t>978-981-07-5435-8</w:t>
            </w:r>
          </w:p>
        </w:tc>
        <w:tc>
          <w:tcPr>
            <w:tcW w:w="2592" w:type="dxa"/>
            <w:tcMar>
              <w:top w:w="80" w:type="dxa"/>
              <w:left w:w="90" w:type="dxa"/>
              <w:bottom w:w="80" w:type="dxa"/>
              <w:right w:w="90" w:type="dxa"/>
            </w:tcMar>
            <w:vAlign w:val="center"/>
          </w:tcPr>
          <w:p w14:paraId="45A2F22B"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17312F05" w14:textId="77777777" w:rsidR="00AE4575" w:rsidRDefault="00000000">
            <w:pPr>
              <w:spacing w:after="20"/>
            </w:pPr>
            <w:r>
              <w:rPr>
                <w:sz w:val="16"/>
              </w:rPr>
              <w:t>Grammar: personal pronouns — she, he, you, they. Vocabulary: common greetings — hello, goodnight, goodbye.</w:t>
            </w:r>
          </w:p>
        </w:tc>
      </w:tr>
      <w:tr w:rsidR="00AE4575" w14:paraId="6066937C" w14:textId="77777777">
        <w:trPr>
          <w:jc w:val="center"/>
        </w:trPr>
        <w:tc>
          <w:tcPr>
            <w:tcW w:w="2592" w:type="dxa"/>
            <w:tcMar>
              <w:top w:w="80" w:type="dxa"/>
              <w:left w:w="90" w:type="dxa"/>
              <w:bottom w:w="80" w:type="dxa"/>
              <w:right w:w="90" w:type="dxa"/>
            </w:tcMar>
            <w:vAlign w:val="center"/>
          </w:tcPr>
          <w:p w14:paraId="055211EE" w14:textId="77777777" w:rsidR="00AE4575" w:rsidRDefault="00000000">
            <w:pPr>
              <w:spacing w:after="20"/>
            </w:pPr>
            <w:r>
              <w:rPr>
                <w:b/>
                <w:sz w:val="16"/>
              </w:rPr>
              <w:t>Shapeys School Days</w:t>
            </w:r>
          </w:p>
        </w:tc>
        <w:tc>
          <w:tcPr>
            <w:tcW w:w="2592" w:type="dxa"/>
            <w:tcMar>
              <w:top w:w="80" w:type="dxa"/>
              <w:left w:w="90" w:type="dxa"/>
              <w:bottom w:w="80" w:type="dxa"/>
              <w:right w:w="90" w:type="dxa"/>
            </w:tcMar>
            <w:vAlign w:val="center"/>
          </w:tcPr>
          <w:p w14:paraId="38868578" w14:textId="77777777" w:rsidR="00AE4575" w:rsidRDefault="00000000">
            <w:pPr>
              <w:spacing w:after="20"/>
            </w:pPr>
            <w:r>
              <w:rPr>
                <w:sz w:val="16"/>
              </w:rPr>
              <w:t>978-981-07-5436-5</w:t>
            </w:r>
          </w:p>
        </w:tc>
        <w:tc>
          <w:tcPr>
            <w:tcW w:w="2592" w:type="dxa"/>
            <w:tcMar>
              <w:top w:w="80" w:type="dxa"/>
              <w:left w:w="90" w:type="dxa"/>
              <w:bottom w:w="80" w:type="dxa"/>
              <w:right w:w="90" w:type="dxa"/>
            </w:tcMar>
            <w:vAlign w:val="center"/>
          </w:tcPr>
          <w:p w14:paraId="1BBB144D"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7306A14A" w14:textId="77777777" w:rsidR="00AE4575" w:rsidRDefault="00000000">
            <w:pPr>
              <w:spacing w:after="20"/>
            </w:pPr>
            <w:r>
              <w:rPr>
                <w:sz w:val="16"/>
              </w:rPr>
              <w:t>Vocabulary: words associated with school and stationery.</w:t>
            </w:r>
          </w:p>
        </w:tc>
      </w:tr>
      <w:tr w:rsidR="00AE4575" w14:paraId="7175F57D" w14:textId="77777777">
        <w:trPr>
          <w:jc w:val="center"/>
        </w:trPr>
        <w:tc>
          <w:tcPr>
            <w:tcW w:w="2592" w:type="dxa"/>
            <w:tcMar>
              <w:top w:w="80" w:type="dxa"/>
              <w:left w:w="90" w:type="dxa"/>
              <w:bottom w:w="80" w:type="dxa"/>
              <w:right w:w="90" w:type="dxa"/>
            </w:tcMar>
            <w:vAlign w:val="center"/>
          </w:tcPr>
          <w:p w14:paraId="5A34E2C6" w14:textId="77777777" w:rsidR="00AE4575" w:rsidRDefault="00000000">
            <w:pPr>
              <w:spacing w:after="20"/>
            </w:pPr>
            <w:r>
              <w:rPr>
                <w:b/>
                <w:sz w:val="16"/>
              </w:rPr>
              <w:t>Shapeys Where We Live</w:t>
            </w:r>
          </w:p>
        </w:tc>
        <w:tc>
          <w:tcPr>
            <w:tcW w:w="2592" w:type="dxa"/>
            <w:tcMar>
              <w:top w:w="80" w:type="dxa"/>
              <w:left w:w="90" w:type="dxa"/>
              <w:bottom w:w="80" w:type="dxa"/>
              <w:right w:w="90" w:type="dxa"/>
            </w:tcMar>
            <w:vAlign w:val="center"/>
          </w:tcPr>
          <w:p w14:paraId="39ECA0E5" w14:textId="77777777" w:rsidR="00AE4575" w:rsidRDefault="00000000">
            <w:pPr>
              <w:spacing w:after="20"/>
            </w:pPr>
            <w:r>
              <w:rPr>
                <w:sz w:val="16"/>
              </w:rPr>
              <w:t>978-981-07-5437-2</w:t>
            </w:r>
          </w:p>
        </w:tc>
        <w:tc>
          <w:tcPr>
            <w:tcW w:w="2592" w:type="dxa"/>
            <w:tcMar>
              <w:top w:w="80" w:type="dxa"/>
              <w:left w:w="90" w:type="dxa"/>
              <w:bottom w:w="80" w:type="dxa"/>
              <w:right w:w="90" w:type="dxa"/>
            </w:tcMar>
            <w:vAlign w:val="center"/>
          </w:tcPr>
          <w:p w14:paraId="45E5384C"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05ADA3EA" w14:textId="77777777" w:rsidR="00AE4575" w:rsidRDefault="00000000">
            <w:pPr>
              <w:spacing w:after="20"/>
            </w:pPr>
            <w:r>
              <w:rPr>
                <w:sz w:val="16"/>
              </w:rPr>
              <w:t>Grammar: possessive forms — my, your, that, this; question word — what? Vocabulary: vehicles, places.</w:t>
            </w:r>
          </w:p>
        </w:tc>
      </w:tr>
      <w:tr w:rsidR="00AE4575" w14:paraId="5D308EB1" w14:textId="77777777">
        <w:trPr>
          <w:jc w:val="center"/>
        </w:trPr>
        <w:tc>
          <w:tcPr>
            <w:tcW w:w="2592" w:type="dxa"/>
            <w:tcMar>
              <w:top w:w="80" w:type="dxa"/>
              <w:left w:w="90" w:type="dxa"/>
              <w:bottom w:w="80" w:type="dxa"/>
              <w:right w:w="90" w:type="dxa"/>
            </w:tcMar>
            <w:vAlign w:val="center"/>
          </w:tcPr>
          <w:p w14:paraId="5557A010" w14:textId="77777777" w:rsidR="00AE4575" w:rsidRDefault="00000000">
            <w:pPr>
              <w:spacing w:after="20"/>
            </w:pPr>
            <w:r>
              <w:rPr>
                <w:b/>
                <w:sz w:val="16"/>
              </w:rPr>
              <w:t>Shapeys Baw’s Garden</w:t>
            </w:r>
          </w:p>
        </w:tc>
        <w:tc>
          <w:tcPr>
            <w:tcW w:w="2592" w:type="dxa"/>
            <w:tcMar>
              <w:top w:w="80" w:type="dxa"/>
              <w:left w:w="90" w:type="dxa"/>
              <w:bottom w:w="80" w:type="dxa"/>
              <w:right w:w="90" w:type="dxa"/>
            </w:tcMar>
            <w:vAlign w:val="center"/>
          </w:tcPr>
          <w:p w14:paraId="1DA47622" w14:textId="77777777" w:rsidR="00AE4575" w:rsidRDefault="00000000">
            <w:pPr>
              <w:spacing w:after="20"/>
            </w:pPr>
            <w:r>
              <w:rPr>
                <w:sz w:val="16"/>
              </w:rPr>
              <w:t>978-981-07-5438-9</w:t>
            </w:r>
          </w:p>
        </w:tc>
        <w:tc>
          <w:tcPr>
            <w:tcW w:w="2592" w:type="dxa"/>
            <w:tcMar>
              <w:top w:w="80" w:type="dxa"/>
              <w:left w:w="90" w:type="dxa"/>
              <w:bottom w:w="80" w:type="dxa"/>
              <w:right w:w="90" w:type="dxa"/>
            </w:tcMar>
            <w:vAlign w:val="center"/>
          </w:tcPr>
          <w:p w14:paraId="4954B48B"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519F0931" w14:textId="77777777" w:rsidR="00AE4575" w:rsidRDefault="00000000">
            <w:pPr>
              <w:spacing w:after="20"/>
            </w:pPr>
            <w:r>
              <w:rPr>
                <w:sz w:val="16"/>
              </w:rPr>
              <w:t>Grammar: demonstrative pronouns — these, those; prepositions — under, behind; possessive form — our. Vocabulary: insects.</w:t>
            </w:r>
          </w:p>
        </w:tc>
      </w:tr>
      <w:tr w:rsidR="00AE4575" w14:paraId="4A0C1FCD" w14:textId="77777777">
        <w:trPr>
          <w:jc w:val="center"/>
        </w:trPr>
        <w:tc>
          <w:tcPr>
            <w:tcW w:w="2592" w:type="dxa"/>
            <w:tcMar>
              <w:top w:w="80" w:type="dxa"/>
              <w:left w:w="90" w:type="dxa"/>
              <w:bottom w:w="80" w:type="dxa"/>
              <w:right w:w="90" w:type="dxa"/>
            </w:tcMar>
            <w:vAlign w:val="center"/>
          </w:tcPr>
          <w:p w14:paraId="2ADEF9BD" w14:textId="77777777" w:rsidR="00AE4575" w:rsidRDefault="00000000">
            <w:pPr>
              <w:spacing w:after="20"/>
            </w:pPr>
            <w:r>
              <w:rPr>
                <w:b/>
                <w:sz w:val="16"/>
              </w:rPr>
              <w:t>Shapeys Farmwork Is Fun</w:t>
            </w:r>
          </w:p>
        </w:tc>
        <w:tc>
          <w:tcPr>
            <w:tcW w:w="2592" w:type="dxa"/>
            <w:tcMar>
              <w:top w:w="80" w:type="dxa"/>
              <w:left w:w="90" w:type="dxa"/>
              <w:bottom w:w="80" w:type="dxa"/>
              <w:right w:w="90" w:type="dxa"/>
            </w:tcMar>
            <w:vAlign w:val="center"/>
          </w:tcPr>
          <w:p w14:paraId="471F8E8B" w14:textId="77777777" w:rsidR="00AE4575" w:rsidRDefault="00000000">
            <w:pPr>
              <w:spacing w:after="20"/>
            </w:pPr>
            <w:r>
              <w:rPr>
                <w:sz w:val="16"/>
              </w:rPr>
              <w:t>978-981-07-5439-6</w:t>
            </w:r>
          </w:p>
        </w:tc>
        <w:tc>
          <w:tcPr>
            <w:tcW w:w="2592" w:type="dxa"/>
            <w:tcMar>
              <w:top w:w="80" w:type="dxa"/>
              <w:left w:w="90" w:type="dxa"/>
              <w:bottom w:w="80" w:type="dxa"/>
              <w:right w:w="90" w:type="dxa"/>
            </w:tcMar>
            <w:vAlign w:val="center"/>
          </w:tcPr>
          <w:p w14:paraId="20AC3DE5"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0ACF340A" w14:textId="77777777" w:rsidR="00AE4575" w:rsidRDefault="00000000">
            <w:pPr>
              <w:spacing w:after="20"/>
            </w:pPr>
            <w:r>
              <w:rPr>
                <w:sz w:val="16"/>
              </w:rPr>
              <w:t>Grammar: prepositions — in, on; article — an; possessive form — their. Vocabulary: farm animals.</w:t>
            </w:r>
          </w:p>
        </w:tc>
      </w:tr>
      <w:tr w:rsidR="00AE4575" w14:paraId="6AE43B12" w14:textId="77777777">
        <w:trPr>
          <w:jc w:val="center"/>
        </w:trPr>
        <w:tc>
          <w:tcPr>
            <w:tcW w:w="2592" w:type="dxa"/>
            <w:tcMar>
              <w:top w:w="80" w:type="dxa"/>
              <w:left w:w="90" w:type="dxa"/>
              <w:bottom w:w="80" w:type="dxa"/>
              <w:right w:w="90" w:type="dxa"/>
            </w:tcMar>
            <w:vAlign w:val="center"/>
          </w:tcPr>
          <w:p w14:paraId="4E2CCFD7" w14:textId="77777777" w:rsidR="00AE4575" w:rsidRDefault="00000000">
            <w:pPr>
              <w:spacing w:after="20"/>
            </w:pPr>
            <w:r>
              <w:rPr>
                <w:b/>
                <w:sz w:val="16"/>
              </w:rPr>
              <w:t>Shapeys Where Is It?</w:t>
            </w:r>
          </w:p>
        </w:tc>
        <w:tc>
          <w:tcPr>
            <w:tcW w:w="2592" w:type="dxa"/>
            <w:tcMar>
              <w:top w:w="80" w:type="dxa"/>
              <w:left w:w="90" w:type="dxa"/>
              <w:bottom w:w="80" w:type="dxa"/>
              <w:right w:w="90" w:type="dxa"/>
            </w:tcMar>
            <w:vAlign w:val="center"/>
          </w:tcPr>
          <w:p w14:paraId="282E592D" w14:textId="77777777" w:rsidR="00AE4575" w:rsidRDefault="00000000">
            <w:pPr>
              <w:spacing w:after="20"/>
            </w:pPr>
            <w:r>
              <w:rPr>
                <w:sz w:val="16"/>
              </w:rPr>
              <w:t>978-981-07-5440-2</w:t>
            </w:r>
          </w:p>
        </w:tc>
        <w:tc>
          <w:tcPr>
            <w:tcW w:w="2592" w:type="dxa"/>
            <w:tcMar>
              <w:top w:w="80" w:type="dxa"/>
              <w:left w:w="90" w:type="dxa"/>
              <w:bottom w:w="80" w:type="dxa"/>
              <w:right w:w="90" w:type="dxa"/>
            </w:tcMar>
            <w:vAlign w:val="center"/>
          </w:tcPr>
          <w:p w14:paraId="151FE6AC"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03E1075D" w14:textId="77777777" w:rsidR="00AE4575" w:rsidRDefault="00000000">
            <w:pPr>
              <w:spacing w:after="20"/>
            </w:pPr>
            <w:r>
              <w:rPr>
                <w:sz w:val="16"/>
              </w:rPr>
              <w:t>Grammar: conjunction — and; plural form — adding “s”. Vocabulary: things in the house.</w:t>
            </w:r>
          </w:p>
        </w:tc>
      </w:tr>
      <w:tr w:rsidR="00AE4575" w14:paraId="38B8FE3D" w14:textId="77777777">
        <w:trPr>
          <w:jc w:val="center"/>
        </w:trPr>
        <w:tc>
          <w:tcPr>
            <w:tcW w:w="2592" w:type="dxa"/>
            <w:tcMar>
              <w:top w:w="80" w:type="dxa"/>
              <w:left w:w="90" w:type="dxa"/>
              <w:bottom w:w="80" w:type="dxa"/>
              <w:right w:w="90" w:type="dxa"/>
            </w:tcMar>
            <w:vAlign w:val="center"/>
          </w:tcPr>
          <w:p w14:paraId="50BB1BE5" w14:textId="77777777" w:rsidR="00AE4575" w:rsidRDefault="00000000">
            <w:pPr>
              <w:spacing w:after="20"/>
            </w:pPr>
            <w:r>
              <w:rPr>
                <w:b/>
                <w:sz w:val="16"/>
              </w:rPr>
              <w:t>Shapeys Mimi’s Birthday</w:t>
            </w:r>
          </w:p>
        </w:tc>
        <w:tc>
          <w:tcPr>
            <w:tcW w:w="2592" w:type="dxa"/>
            <w:tcMar>
              <w:top w:w="80" w:type="dxa"/>
              <w:left w:w="90" w:type="dxa"/>
              <w:bottom w:w="80" w:type="dxa"/>
              <w:right w:w="90" w:type="dxa"/>
            </w:tcMar>
            <w:vAlign w:val="center"/>
          </w:tcPr>
          <w:p w14:paraId="352A11DC" w14:textId="77777777" w:rsidR="00AE4575" w:rsidRDefault="00000000">
            <w:pPr>
              <w:spacing w:after="20"/>
            </w:pPr>
            <w:r>
              <w:rPr>
                <w:sz w:val="16"/>
              </w:rPr>
              <w:t>978-981-07-5441-9</w:t>
            </w:r>
          </w:p>
        </w:tc>
        <w:tc>
          <w:tcPr>
            <w:tcW w:w="2592" w:type="dxa"/>
            <w:tcMar>
              <w:top w:w="80" w:type="dxa"/>
              <w:left w:w="90" w:type="dxa"/>
              <w:bottom w:w="80" w:type="dxa"/>
              <w:right w:w="90" w:type="dxa"/>
            </w:tcMar>
            <w:vAlign w:val="center"/>
          </w:tcPr>
          <w:p w14:paraId="29FBED74"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40D14E63" w14:textId="77777777" w:rsidR="00AE4575" w:rsidRDefault="00000000">
            <w:pPr>
              <w:spacing w:after="20"/>
            </w:pPr>
            <w:r>
              <w:rPr>
                <w:sz w:val="16"/>
              </w:rPr>
              <w:t>Vocabulary: celebrations.</w:t>
            </w:r>
          </w:p>
        </w:tc>
      </w:tr>
    </w:tbl>
    <w:p w14:paraId="2BFE2E92" w14:textId="77777777" w:rsidR="00AE4575" w:rsidRDefault="00000000">
      <w:r>
        <w:br w:type="page"/>
      </w:r>
    </w:p>
    <w:p w14:paraId="514D6AA9" w14:textId="34B682BE" w:rsidR="00AE4575" w:rsidRDefault="00E05CB0">
      <w:pPr>
        <w:pStyle w:val="Heading1"/>
      </w:pPr>
      <w:r>
        <w:lastRenderedPageBreak/>
        <w:t>5</w:t>
      </w:r>
      <w:r w:rsidR="00000000">
        <w:t>. English — Level 2</w:t>
      </w:r>
    </w:p>
    <w:p w14:paraId="2201A425" w14:textId="77777777" w:rsidR="00AE4575" w:rsidRDefault="00000000">
      <w:r>
        <w:t>The titles, bibliographic specifications and learning focuses below are taken from the supplied Shapeys catalogue.</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11449167" w14:textId="77777777">
        <w:trPr>
          <w:tblHeader/>
          <w:jc w:val="center"/>
        </w:trPr>
        <w:tc>
          <w:tcPr>
            <w:tcW w:w="2592" w:type="dxa"/>
            <w:shd w:val="clear" w:color="auto" w:fill="1E88E5"/>
            <w:tcMar>
              <w:top w:w="80" w:type="dxa"/>
              <w:left w:w="90" w:type="dxa"/>
              <w:bottom w:w="80" w:type="dxa"/>
              <w:right w:w="90" w:type="dxa"/>
            </w:tcMar>
            <w:vAlign w:val="center"/>
          </w:tcPr>
          <w:p w14:paraId="3402F59C"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7095372A"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277229C4"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61B90012" w14:textId="77777777" w:rsidR="00AE4575" w:rsidRDefault="00000000">
            <w:pPr>
              <w:spacing w:after="20"/>
            </w:pPr>
            <w:r>
              <w:rPr>
                <w:b/>
                <w:sz w:val="16"/>
              </w:rPr>
              <w:t>Learning Focus</w:t>
            </w:r>
          </w:p>
        </w:tc>
      </w:tr>
      <w:tr w:rsidR="00AE4575" w14:paraId="2E9D8969" w14:textId="77777777">
        <w:trPr>
          <w:jc w:val="center"/>
        </w:trPr>
        <w:tc>
          <w:tcPr>
            <w:tcW w:w="2592" w:type="dxa"/>
            <w:tcMar>
              <w:top w:w="80" w:type="dxa"/>
              <w:left w:w="90" w:type="dxa"/>
              <w:bottom w:w="80" w:type="dxa"/>
              <w:right w:w="90" w:type="dxa"/>
            </w:tcMar>
            <w:vAlign w:val="center"/>
          </w:tcPr>
          <w:p w14:paraId="0E8ACE40" w14:textId="77777777" w:rsidR="00AE4575" w:rsidRDefault="00000000">
            <w:pPr>
              <w:spacing w:after="20"/>
            </w:pPr>
            <w:r>
              <w:rPr>
                <w:b/>
                <w:sz w:val="16"/>
              </w:rPr>
              <w:t>Shapeys Sun And Rain</w:t>
            </w:r>
          </w:p>
        </w:tc>
        <w:tc>
          <w:tcPr>
            <w:tcW w:w="2592" w:type="dxa"/>
            <w:tcMar>
              <w:top w:w="80" w:type="dxa"/>
              <w:left w:w="90" w:type="dxa"/>
              <w:bottom w:w="80" w:type="dxa"/>
              <w:right w:w="90" w:type="dxa"/>
            </w:tcMar>
            <w:vAlign w:val="center"/>
          </w:tcPr>
          <w:p w14:paraId="7E1718B4" w14:textId="77777777" w:rsidR="00AE4575" w:rsidRDefault="00000000">
            <w:pPr>
              <w:spacing w:after="20"/>
            </w:pPr>
            <w:r>
              <w:rPr>
                <w:sz w:val="16"/>
              </w:rPr>
              <w:t>978-981-08-7315-8</w:t>
            </w:r>
          </w:p>
        </w:tc>
        <w:tc>
          <w:tcPr>
            <w:tcW w:w="2592" w:type="dxa"/>
            <w:tcMar>
              <w:top w:w="80" w:type="dxa"/>
              <w:left w:w="90" w:type="dxa"/>
              <w:bottom w:w="80" w:type="dxa"/>
              <w:right w:w="90" w:type="dxa"/>
            </w:tcMar>
            <w:vAlign w:val="center"/>
          </w:tcPr>
          <w:p w14:paraId="571BBF14"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5E7E4EAF" w14:textId="77777777" w:rsidR="00AE4575" w:rsidRDefault="00000000">
            <w:pPr>
              <w:spacing w:after="20"/>
            </w:pPr>
            <w:r>
              <w:rPr>
                <w:sz w:val="16"/>
              </w:rPr>
              <w:t>Grammar: simple present tense. Vocabulary: time — o’clock, weather.</w:t>
            </w:r>
          </w:p>
        </w:tc>
      </w:tr>
      <w:tr w:rsidR="00AE4575" w14:paraId="711DFD2F" w14:textId="77777777">
        <w:trPr>
          <w:jc w:val="center"/>
        </w:trPr>
        <w:tc>
          <w:tcPr>
            <w:tcW w:w="2592" w:type="dxa"/>
            <w:tcMar>
              <w:top w:w="80" w:type="dxa"/>
              <w:left w:w="90" w:type="dxa"/>
              <w:bottom w:w="80" w:type="dxa"/>
              <w:right w:w="90" w:type="dxa"/>
            </w:tcMar>
            <w:vAlign w:val="center"/>
          </w:tcPr>
          <w:p w14:paraId="6CAD41F5" w14:textId="77777777" w:rsidR="00AE4575" w:rsidRDefault="00000000">
            <w:pPr>
              <w:spacing w:after="20"/>
            </w:pPr>
            <w:r>
              <w:rPr>
                <w:b/>
                <w:sz w:val="16"/>
              </w:rPr>
              <w:t>Shapeys Ride And Shop</w:t>
            </w:r>
          </w:p>
        </w:tc>
        <w:tc>
          <w:tcPr>
            <w:tcW w:w="2592" w:type="dxa"/>
            <w:tcMar>
              <w:top w:w="80" w:type="dxa"/>
              <w:left w:w="90" w:type="dxa"/>
              <w:bottom w:w="80" w:type="dxa"/>
              <w:right w:w="90" w:type="dxa"/>
            </w:tcMar>
            <w:vAlign w:val="center"/>
          </w:tcPr>
          <w:p w14:paraId="4DC8326A" w14:textId="77777777" w:rsidR="00AE4575" w:rsidRDefault="00000000">
            <w:pPr>
              <w:spacing w:after="20"/>
            </w:pPr>
            <w:r>
              <w:rPr>
                <w:sz w:val="16"/>
              </w:rPr>
              <w:t>978-981-08-7316-5</w:t>
            </w:r>
          </w:p>
        </w:tc>
        <w:tc>
          <w:tcPr>
            <w:tcW w:w="2592" w:type="dxa"/>
            <w:tcMar>
              <w:top w:w="80" w:type="dxa"/>
              <w:left w:w="90" w:type="dxa"/>
              <w:bottom w:w="80" w:type="dxa"/>
              <w:right w:w="90" w:type="dxa"/>
            </w:tcMar>
            <w:vAlign w:val="center"/>
          </w:tcPr>
          <w:p w14:paraId="1442E141"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64C83ECC" w14:textId="77777777" w:rsidR="00AE4575" w:rsidRDefault="00000000">
            <w:pPr>
              <w:spacing w:after="20"/>
            </w:pPr>
            <w:r>
              <w:rPr>
                <w:sz w:val="16"/>
              </w:rPr>
              <w:t>Grammar: present continuous tense; question word — where? Vocabulary: things at the supermarket.</w:t>
            </w:r>
          </w:p>
        </w:tc>
      </w:tr>
      <w:tr w:rsidR="00AE4575" w14:paraId="25D89AF0" w14:textId="77777777">
        <w:trPr>
          <w:jc w:val="center"/>
        </w:trPr>
        <w:tc>
          <w:tcPr>
            <w:tcW w:w="2592" w:type="dxa"/>
            <w:tcMar>
              <w:top w:w="80" w:type="dxa"/>
              <w:left w:w="90" w:type="dxa"/>
              <w:bottom w:w="80" w:type="dxa"/>
              <w:right w:w="90" w:type="dxa"/>
            </w:tcMar>
            <w:vAlign w:val="center"/>
          </w:tcPr>
          <w:p w14:paraId="2686F58D" w14:textId="77777777" w:rsidR="00AE4575" w:rsidRDefault="00000000">
            <w:pPr>
              <w:spacing w:after="20"/>
            </w:pPr>
            <w:r>
              <w:rPr>
                <w:b/>
                <w:sz w:val="16"/>
              </w:rPr>
              <w:t>Shapeys Fun And Games</w:t>
            </w:r>
          </w:p>
        </w:tc>
        <w:tc>
          <w:tcPr>
            <w:tcW w:w="2592" w:type="dxa"/>
            <w:tcMar>
              <w:top w:w="80" w:type="dxa"/>
              <w:left w:w="90" w:type="dxa"/>
              <w:bottom w:w="80" w:type="dxa"/>
              <w:right w:w="90" w:type="dxa"/>
            </w:tcMar>
            <w:vAlign w:val="center"/>
          </w:tcPr>
          <w:p w14:paraId="2286F745" w14:textId="77777777" w:rsidR="00AE4575" w:rsidRDefault="00000000">
            <w:pPr>
              <w:spacing w:after="20"/>
            </w:pPr>
            <w:r>
              <w:rPr>
                <w:sz w:val="16"/>
              </w:rPr>
              <w:t>978-981-08-7317-2</w:t>
            </w:r>
          </w:p>
        </w:tc>
        <w:tc>
          <w:tcPr>
            <w:tcW w:w="2592" w:type="dxa"/>
            <w:tcMar>
              <w:top w:w="80" w:type="dxa"/>
              <w:left w:w="90" w:type="dxa"/>
              <w:bottom w:w="80" w:type="dxa"/>
              <w:right w:w="90" w:type="dxa"/>
            </w:tcMar>
            <w:vAlign w:val="center"/>
          </w:tcPr>
          <w:p w14:paraId="2EC8CBC3"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683DCC6F" w14:textId="77777777" w:rsidR="00AE4575" w:rsidRDefault="00000000">
            <w:pPr>
              <w:spacing w:after="20"/>
            </w:pPr>
            <w:r>
              <w:rPr>
                <w:sz w:val="16"/>
              </w:rPr>
              <w:t>Grammar: subject–verb agreement; preposition — at. Vocabulary: sports and games.</w:t>
            </w:r>
          </w:p>
        </w:tc>
      </w:tr>
      <w:tr w:rsidR="00AE4575" w14:paraId="0765CFBA" w14:textId="77777777">
        <w:trPr>
          <w:jc w:val="center"/>
        </w:trPr>
        <w:tc>
          <w:tcPr>
            <w:tcW w:w="2592" w:type="dxa"/>
            <w:tcMar>
              <w:top w:w="80" w:type="dxa"/>
              <w:left w:w="90" w:type="dxa"/>
              <w:bottom w:w="80" w:type="dxa"/>
              <w:right w:w="90" w:type="dxa"/>
            </w:tcMar>
            <w:vAlign w:val="center"/>
          </w:tcPr>
          <w:p w14:paraId="01BCB026" w14:textId="77777777" w:rsidR="00AE4575" w:rsidRDefault="00000000">
            <w:pPr>
              <w:spacing w:after="20"/>
            </w:pPr>
            <w:r>
              <w:rPr>
                <w:b/>
                <w:sz w:val="16"/>
              </w:rPr>
              <w:t>Shapeys Helping Out</w:t>
            </w:r>
          </w:p>
        </w:tc>
        <w:tc>
          <w:tcPr>
            <w:tcW w:w="2592" w:type="dxa"/>
            <w:tcMar>
              <w:top w:w="80" w:type="dxa"/>
              <w:left w:w="90" w:type="dxa"/>
              <w:bottom w:w="80" w:type="dxa"/>
              <w:right w:w="90" w:type="dxa"/>
            </w:tcMar>
            <w:vAlign w:val="center"/>
          </w:tcPr>
          <w:p w14:paraId="3EBE55CE" w14:textId="77777777" w:rsidR="00AE4575" w:rsidRDefault="00000000">
            <w:pPr>
              <w:spacing w:after="20"/>
            </w:pPr>
            <w:r>
              <w:rPr>
                <w:sz w:val="16"/>
              </w:rPr>
              <w:t>978-981-08-7318-9</w:t>
            </w:r>
          </w:p>
        </w:tc>
        <w:tc>
          <w:tcPr>
            <w:tcW w:w="2592" w:type="dxa"/>
            <w:tcMar>
              <w:top w:w="80" w:type="dxa"/>
              <w:left w:w="90" w:type="dxa"/>
              <w:bottom w:w="80" w:type="dxa"/>
              <w:right w:w="90" w:type="dxa"/>
            </w:tcMar>
            <w:vAlign w:val="center"/>
          </w:tcPr>
          <w:p w14:paraId="26EE9BED"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AE0A6A5" w14:textId="77777777" w:rsidR="00AE4575" w:rsidRDefault="00000000">
            <w:pPr>
              <w:spacing w:after="20"/>
            </w:pPr>
            <w:r>
              <w:rPr>
                <w:sz w:val="16"/>
              </w:rPr>
              <w:t>Grammar: modal — will; adjectives — descriptive words. Vocabulary: household tasks.</w:t>
            </w:r>
          </w:p>
        </w:tc>
      </w:tr>
      <w:tr w:rsidR="00AE4575" w14:paraId="1E27DEDC" w14:textId="77777777">
        <w:trPr>
          <w:jc w:val="center"/>
        </w:trPr>
        <w:tc>
          <w:tcPr>
            <w:tcW w:w="2592" w:type="dxa"/>
            <w:tcMar>
              <w:top w:w="80" w:type="dxa"/>
              <w:left w:w="90" w:type="dxa"/>
              <w:bottom w:w="80" w:type="dxa"/>
              <w:right w:w="90" w:type="dxa"/>
            </w:tcMar>
            <w:vAlign w:val="center"/>
          </w:tcPr>
          <w:p w14:paraId="67DEC67E" w14:textId="77777777" w:rsidR="00AE4575" w:rsidRDefault="00000000">
            <w:pPr>
              <w:spacing w:after="20"/>
            </w:pPr>
            <w:r>
              <w:rPr>
                <w:b/>
                <w:sz w:val="16"/>
              </w:rPr>
              <w:t>Shapeys Trains and Planes</w:t>
            </w:r>
          </w:p>
        </w:tc>
        <w:tc>
          <w:tcPr>
            <w:tcW w:w="2592" w:type="dxa"/>
            <w:tcMar>
              <w:top w:w="80" w:type="dxa"/>
              <w:left w:w="90" w:type="dxa"/>
              <w:bottom w:w="80" w:type="dxa"/>
              <w:right w:w="90" w:type="dxa"/>
            </w:tcMar>
            <w:vAlign w:val="center"/>
          </w:tcPr>
          <w:p w14:paraId="6871CB41" w14:textId="77777777" w:rsidR="00AE4575" w:rsidRDefault="00000000">
            <w:pPr>
              <w:spacing w:after="20"/>
            </w:pPr>
            <w:r>
              <w:rPr>
                <w:sz w:val="16"/>
              </w:rPr>
              <w:t>978-981-07-5442-6</w:t>
            </w:r>
          </w:p>
        </w:tc>
        <w:tc>
          <w:tcPr>
            <w:tcW w:w="2592" w:type="dxa"/>
            <w:tcMar>
              <w:top w:w="80" w:type="dxa"/>
              <w:left w:w="90" w:type="dxa"/>
              <w:bottom w:w="80" w:type="dxa"/>
              <w:right w:w="90" w:type="dxa"/>
            </w:tcMar>
            <w:vAlign w:val="center"/>
          </w:tcPr>
          <w:p w14:paraId="708F63A3"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47EE5B0D" w14:textId="77777777" w:rsidR="00AE4575" w:rsidRDefault="00000000">
            <w:pPr>
              <w:spacing w:after="20"/>
            </w:pPr>
            <w:r>
              <w:rPr>
                <w:sz w:val="16"/>
              </w:rPr>
              <w:t>Grammar: article — the; collective nouns. Vocabulary: colour, vehicles, sounds.</w:t>
            </w:r>
          </w:p>
        </w:tc>
      </w:tr>
      <w:tr w:rsidR="00AE4575" w14:paraId="3939E318" w14:textId="77777777">
        <w:trPr>
          <w:jc w:val="center"/>
        </w:trPr>
        <w:tc>
          <w:tcPr>
            <w:tcW w:w="2592" w:type="dxa"/>
            <w:tcMar>
              <w:top w:w="80" w:type="dxa"/>
              <w:left w:w="90" w:type="dxa"/>
              <w:bottom w:w="80" w:type="dxa"/>
              <w:right w:w="90" w:type="dxa"/>
            </w:tcMar>
            <w:vAlign w:val="center"/>
          </w:tcPr>
          <w:p w14:paraId="7A9D6F4A" w14:textId="77777777" w:rsidR="00AE4575" w:rsidRDefault="00000000">
            <w:pPr>
              <w:spacing w:after="20"/>
            </w:pPr>
            <w:r>
              <w:rPr>
                <w:b/>
                <w:sz w:val="16"/>
              </w:rPr>
              <w:t>Shapeys Fancy Dress Day</w:t>
            </w:r>
          </w:p>
        </w:tc>
        <w:tc>
          <w:tcPr>
            <w:tcW w:w="2592" w:type="dxa"/>
            <w:tcMar>
              <w:top w:w="80" w:type="dxa"/>
              <w:left w:w="90" w:type="dxa"/>
              <w:bottom w:w="80" w:type="dxa"/>
              <w:right w:w="90" w:type="dxa"/>
            </w:tcMar>
            <w:vAlign w:val="center"/>
          </w:tcPr>
          <w:p w14:paraId="04C37421" w14:textId="77777777" w:rsidR="00AE4575" w:rsidRDefault="00000000">
            <w:pPr>
              <w:spacing w:after="20"/>
            </w:pPr>
            <w:r>
              <w:rPr>
                <w:sz w:val="16"/>
              </w:rPr>
              <w:t>978-981-07-5443-3</w:t>
            </w:r>
          </w:p>
        </w:tc>
        <w:tc>
          <w:tcPr>
            <w:tcW w:w="2592" w:type="dxa"/>
            <w:tcMar>
              <w:top w:w="80" w:type="dxa"/>
              <w:left w:w="90" w:type="dxa"/>
              <w:bottom w:w="80" w:type="dxa"/>
              <w:right w:w="90" w:type="dxa"/>
            </w:tcMar>
            <w:vAlign w:val="center"/>
          </w:tcPr>
          <w:p w14:paraId="594ACE68"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5DD635E" w14:textId="77777777" w:rsidR="00AE4575" w:rsidRDefault="00000000">
            <w:pPr>
              <w:spacing w:after="20"/>
            </w:pPr>
            <w:r>
              <w:rPr>
                <w:sz w:val="16"/>
              </w:rPr>
              <w:t>Grammar: verbs — has, have. Vocabulary: feelings, appearances.</w:t>
            </w:r>
          </w:p>
        </w:tc>
      </w:tr>
      <w:tr w:rsidR="00AE4575" w14:paraId="540F6BFB" w14:textId="77777777">
        <w:trPr>
          <w:jc w:val="center"/>
        </w:trPr>
        <w:tc>
          <w:tcPr>
            <w:tcW w:w="2592" w:type="dxa"/>
            <w:tcMar>
              <w:top w:w="80" w:type="dxa"/>
              <w:left w:w="90" w:type="dxa"/>
              <w:bottom w:w="80" w:type="dxa"/>
              <w:right w:w="90" w:type="dxa"/>
            </w:tcMar>
            <w:vAlign w:val="center"/>
          </w:tcPr>
          <w:p w14:paraId="7CC9D04E" w14:textId="77777777" w:rsidR="00AE4575" w:rsidRDefault="00000000">
            <w:pPr>
              <w:spacing w:after="20"/>
            </w:pPr>
            <w:r>
              <w:rPr>
                <w:b/>
                <w:sz w:val="16"/>
              </w:rPr>
              <w:t>Shapeys Out and About</w:t>
            </w:r>
          </w:p>
        </w:tc>
        <w:tc>
          <w:tcPr>
            <w:tcW w:w="2592" w:type="dxa"/>
            <w:tcMar>
              <w:top w:w="80" w:type="dxa"/>
              <w:left w:w="90" w:type="dxa"/>
              <w:bottom w:w="80" w:type="dxa"/>
              <w:right w:w="90" w:type="dxa"/>
            </w:tcMar>
            <w:vAlign w:val="center"/>
          </w:tcPr>
          <w:p w14:paraId="65493034" w14:textId="77777777" w:rsidR="00AE4575" w:rsidRDefault="00000000">
            <w:pPr>
              <w:spacing w:after="20"/>
            </w:pPr>
            <w:r>
              <w:rPr>
                <w:sz w:val="16"/>
              </w:rPr>
              <w:t>978-981-07-5444-0</w:t>
            </w:r>
          </w:p>
        </w:tc>
        <w:tc>
          <w:tcPr>
            <w:tcW w:w="2592" w:type="dxa"/>
            <w:tcMar>
              <w:top w:w="80" w:type="dxa"/>
              <w:left w:w="90" w:type="dxa"/>
              <w:bottom w:w="80" w:type="dxa"/>
              <w:right w:w="90" w:type="dxa"/>
            </w:tcMar>
            <w:vAlign w:val="center"/>
          </w:tcPr>
          <w:p w14:paraId="43CB1C13"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6200CEEE" w14:textId="77777777" w:rsidR="00AE4575" w:rsidRDefault="00000000">
            <w:pPr>
              <w:spacing w:after="20"/>
            </w:pPr>
            <w:r>
              <w:rPr>
                <w:sz w:val="16"/>
              </w:rPr>
              <w:t>Grammar: prepositions — at, into, between, beside; collective nouns — buildings; question word — where? Vocabulary: building size, places.</w:t>
            </w:r>
          </w:p>
        </w:tc>
      </w:tr>
      <w:tr w:rsidR="00AE4575" w14:paraId="0FC5321B" w14:textId="77777777">
        <w:trPr>
          <w:jc w:val="center"/>
        </w:trPr>
        <w:tc>
          <w:tcPr>
            <w:tcW w:w="2592" w:type="dxa"/>
            <w:tcMar>
              <w:top w:w="80" w:type="dxa"/>
              <w:left w:w="90" w:type="dxa"/>
              <w:bottom w:w="80" w:type="dxa"/>
              <w:right w:w="90" w:type="dxa"/>
            </w:tcMar>
            <w:vAlign w:val="center"/>
          </w:tcPr>
          <w:p w14:paraId="6EAE6F1F" w14:textId="77777777" w:rsidR="00AE4575" w:rsidRDefault="00000000">
            <w:pPr>
              <w:spacing w:after="20"/>
            </w:pPr>
            <w:r>
              <w:rPr>
                <w:b/>
                <w:sz w:val="16"/>
              </w:rPr>
              <w:t>Shapeys Our World</w:t>
            </w:r>
          </w:p>
        </w:tc>
        <w:tc>
          <w:tcPr>
            <w:tcW w:w="2592" w:type="dxa"/>
            <w:tcMar>
              <w:top w:w="80" w:type="dxa"/>
              <w:left w:w="90" w:type="dxa"/>
              <w:bottom w:w="80" w:type="dxa"/>
              <w:right w:w="90" w:type="dxa"/>
            </w:tcMar>
            <w:vAlign w:val="center"/>
          </w:tcPr>
          <w:p w14:paraId="34E9EA87" w14:textId="77777777" w:rsidR="00AE4575" w:rsidRDefault="00000000">
            <w:pPr>
              <w:spacing w:after="20"/>
            </w:pPr>
            <w:r>
              <w:rPr>
                <w:sz w:val="16"/>
              </w:rPr>
              <w:t>978-981-07-5445-7</w:t>
            </w:r>
          </w:p>
        </w:tc>
        <w:tc>
          <w:tcPr>
            <w:tcW w:w="2592" w:type="dxa"/>
            <w:tcMar>
              <w:top w:w="80" w:type="dxa"/>
              <w:left w:w="90" w:type="dxa"/>
              <w:bottom w:w="80" w:type="dxa"/>
              <w:right w:w="90" w:type="dxa"/>
            </w:tcMar>
            <w:vAlign w:val="center"/>
          </w:tcPr>
          <w:p w14:paraId="0CD71709"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329B6D84" w14:textId="77777777" w:rsidR="00AE4575" w:rsidRDefault="00000000">
            <w:pPr>
              <w:spacing w:after="20"/>
            </w:pPr>
            <w:r>
              <w:rPr>
                <w:sz w:val="16"/>
              </w:rPr>
              <w:t>Grammar: countable and uncountable nouns; collective nouns. Vocabulary: taste, flags.</w:t>
            </w:r>
          </w:p>
        </w:tc>
      </w:tr>
      <w:tr w:rsidR="00AE4575" w14:paraId="00C425CC" w14:textId="77777777">
        <w:trPr>
          <w:jc w:val="center"/>
        </w:trPr>
        <w:tc>
          <w:tcPr>
            <w:tcW w:w="2592" w:type="dxa"/>
            <w:tcMar>
              <w:top w:w="80" w:type="dxa"/>
              <w:left w:w="90" w:type="dxa"/>
              <w:bottom w:w="80" w:type="dxa"/>
              <w:right w:w="90" w:type="dxa"/>
            </w:tcMar>
            <w:vAlign w:val="center"/>
          </w:tcPr>
          <w:p w14:paraId="1B1FDE6C" w14:textId="77777777" w:rsidR="00AE4575" w:rsidRDefault="00000000">
            <w:pPr>
              <w:spacing w:after="20"/>
            </w:pPr>
            <w:r>
              <w:rPr>
                <w:b/>
                <w:sz w:val="16"/>
              </w:rPr>
              <w:t>Shapeys A Trip To The Zoo</w:t>
            </w:r>
          </w:p>
        </w:tc>
        <w:tc>
          <w:tcPr>
            <w:tcW w:w="2592" w:type="dxa"/>
            <w:tcMar>
              <w:top w:w="80" w:type="dxa"/>
              <w:left w:w="90" w:type="dxa"/>
              <w:bottom w:w="80" w:type="dxa"/>
              <w:right w:w="90" w:type="dxa"/>
            </w:tcMar>
            <w:vAlign w:val="center"/>
          </w:tcPr>
          <w:p w14:paraId="30A499F2" w14:textId="77777777" w:rsidR="00AE4575" w:rsidRDefault="00000000">
            <w:pPr>
              <w:spacing w:after="20"/>
            </w:pPr>
            <w:r>
              <w:rPr>
                <w:sz w:val="16"/>
              </w:rPr>
              <w:t>978-981-07-5446-4</w:t>
            </w:r>
          </w:p>
        </w:tc>
        <w:tc>
          <w:tcPr>
            <w:tcW w:w="2592" w:type="dxa"/>
            <w:tcMar>
              <w:top w:w="80" w:type="dxa"/>
              <w:left w:w="90" w:type="dxa"/>
              <w:bottom w:w="80" w:type="dxa"/>
              <w:right w:w="90" w:type="dxa"/>
            </w:tcMar>
            <w:vAlign w:val="center"/>
          </w:tcPr>
          <w:p w14:paraId="35B2A20C"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0FF64A1" w14:textId="77777777" w:rsidR="00AE4575" w:rsidRDefault="00000000">
            <w:pPr>
              <w:spacing w:after="20"/>
            </w:pPr>
            <w:r>
              <w:rPr>
                <w:sz w:val="16"/>
              </w:rPr>
              <w:t>Grammar: quantifiers — few, many. Vocabulary: sense of touch, animal sounds, animal young.</w:t>
            </w:r>
          </w:p>
        </w:tc>
      </w:tr>
      <w:tr w:rsidR="00AE4575" w14:paraId="23F6778D" w14:textId="77777777">
        <w:trPr>
          <w:jc w:val="center"/>
        </w:trPr>
        <w:tc>
          <w:tcPr>
            <w:tcW w:w="2592" w:type="dxa"/>
            <w:tcMar>
              <w:top w:w="80" w:type="dxa"/>
              <w:left w:w="90" w:type="dxa"/>
              <w:bottom w:w="80" w:type="dxa"/>
              <w:right w:w="90" w:type="dxa"/>
            </w:tcMar>
            <w:vAlign w:val="center"/>
          </w:tcPr>
          <w:p w14:paraId="7FEAA426" w14:textId="77777777" w:rsidR="00AE4575" w:rsidRDefault="00000000">
            <w:pPr>
              <w:spacing w:after="20"/>
            </w:pPr>
            <w:r>
              <w:rPr>
                <w:b/>
                <w:sz w:val="16"/>
              </w:rPr>
              <w:t>Shapeys The Circus Is In Town</w:t>
            </w:r>
          </w:p>
        </w:tc>
        <w:tc>
          <w:tcPr>
            <w:tcW w:w="2592" w:type="dxa"/>
            <w:tcMar>
              <w:top w:w="80" w:type="dxa"/>
              <w:left w:w="90" w:type="dxa"/>
              <w:bottom w:w="80" w:type="dxa"/>
              <w:right w:w="90" w:type="dxa"/>
            </w:tcMar>
            <w:vAlign w:val="center"/>
          </w:tcPr>
          <w:p w14:paraId="67A849FA" w14:textId="77777777" w:rsidR="00AE4575" w:rsidRDefault="00000000">
            <w:pPr>
              <w:spacing w:after="20"/>
            </w:pPr>
            <w:r>
              <w:rPr>
                <w:sz w:val="16"/>
              </w:rPr>
              <w:t>978-981-07-5447-1</w:t>
            </w:r>
          </w:p>
        </w:tc>
        <w:tc>
          <w:tcPr>
            <w:tcW w:w="2592" w:type="dxa"/>
            <w:tcMar>
              <w:top w:w="80" w:type="dxa"/>
              <w:left w:w="90" w:type="dxa"/>
              <w:bottom w:w="80" w:type="dxa"/>
              <w:right w:w="90" w:type="dxa"/>
            </w:tcMar>
            <w:vAlign w:val="center"/>
          </w:tcPr>
          <w:p w14:paraId="3E2AF115"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106F96BD" w14:textId="77777777" w:rsidR="00AE4575" w:rsidRDefault="00000000">
            <w:pPr>
              <w:spacing w:after="20"/>
            </w:pPr>
            <w:r>
              <w:rPr>
                <w:sz w:val="16"/>
              </w:rPr>
              <w:t>Grammar: subject + verb + agreement; question words — how, why, what. Vocabulary: circus people.</w:t>
            </w:r>
          </w:p>
        </w:tc>
      </w:tr>
      <w:tr w:rsidR="00AE4575" w14:paraId="614C1520" w14:textId="77777777">
        <w:trPr>
          <w:jc w:val="center"/>
        </w:trPr>
        <w:tc>
          <w:tcPr>
            <w:tcW w:w="2592" w:type="dxa"/>
            <w:tcMar>
              <w:top w:w="80" w:type="dxa"/>
              <w:left w:w="90" w:type="dxa"/>
              <w:bottom w:w="80" w:type="dxa"/>
              <w:right w:w="90" w:type="dxa"/>
            </w:tcMar>
            <w:vAlign w:val="center"/>
          </w:tcPr>
          <w:p w14:paraId="41551A1D" w14:textId="77777777" w:rsidR="00AE4575" w:rsidRDefault="00000000">
            <w:pPr>
              <w:spacing w:after="20"/>
            </w:pPr>
            <w:r>
              <w:rPr>
                <w:b/>
                <w:sz w:val="16"/>
              </w:rPr>
              <w:t>Shapeys Playtime</w:t>
            </w:r>
          </w:p>
        </w:tc>
        <w:tc>
          <w:tcPr>
            <w:tcW w:w="2592" w:type="dxa"/>
            <w:tcMar>
              <w:top w:w="80" w:type="dxa"/>
              <w:left w:w="90" w:type="dxa"/>
              <w:bottom w:w="80" w:type="dxa"/>
              <w:right w:w="90" w:type="dxa"/>
            </w:tcMar>
            <w:vAlign w:val="center"/>
          </w:tcPr>
          <w:p w14:paraId="78D7A5B8" w14:textId="77777777" w:rsidR="00AE4575" w:rsidRDefault="00000000">
            <w:pPr>
              <w:spacing w:after="20"/>
            </w:pPr>
            <w:r>
              <w:rPr>
                <w:sz w:val="16"/>
              </w:rPr>
              <w:t>978-981-07-5448-8</w:t>
            </w:r>
          </w:p>
        </w:tc>
        <w:tc>
          <w:tcPr>
            <w:tcW w:w="2592" w:type="dxa"/>
            <w:tcMar>
              <w:top w:w="80" w:type="dxa"/>
              <w:left w:w="90" w:type="dxa"/>
              <w:bottom w:w="80" w:type="dxa"/>
              <w:right w:w="90" w:type="dxa"/>
            </w:tcMar>
            <w:vAlign w:val="center"/>
          </w:tcPr>
          <w:p w14:paraId="03FD8639"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3012EE48" w14:textId="77777777" w:rsidR="00AE4575" w:rsidRDefault="00000000">
            <w:pPr>
              <w:spacing w:after="20"/>
            </w:pPr>
            <w:r>
              <w:rPr>
                <w:sz w:val="16"/>
              </w:rPr>
              <w:t>Grammar: doubles — to and fro, up and down; adverbs — up, down, across. Vocabulary: playground items.</w:t>
            </w:r>
          </w:p>
        </w:tc>
      </w:tr>
      <w:tr w:rsidR="00AE4575" w14:paraId="5C424D29" w14:textId="77777777">
        <w:trPr>
          <w:jc w:val="center"/>
        </w:trPr>
        <w:tc>
          <w:tcPr>
            <w:tcW w:w="2592" w:type="dxa"/>
            <w:tcMar>
              <w:top w:w="80" w:type="dxa"/>
              <w:left w:w="90" w:type="dxa"/>
              <w:bottom w:w="80" w:type="dxa"/>
              <w:right w:w="90" w:type="dxa"/>
            </w:tcMar>
            <w:vAlign w:val="center"/>
          </w:tcPr>
          <w:p w14:paraId="3ED345B7" w14:textId="77777777" w:rsidR="00AE4575" w:rsidRDefault="00000000">
            <w:pPr>
              <w:spacing w:after="20"/>
            </w:pPr>
            <w:r>
              <w:rPr>
                <w:b/>
                <w:sz w:val="16"/>
              </w:rPr>
              <w:t>Shapeys At The Library</w:t>
            </w:r>
          </w:p>
        </w:tc>
        <w:tc>
          <w:tcPr>
            <w:tcW w:w="2592" w:type="dxa"/>
            <w:tcMar>
              <w:top w:w="80" w:type="dxa"/>
              <w:left w:w="90" w:type="dxa"/>
              <w:bottom w:w="80" w:type="dxa"/>
              <w:right w:w="90" w:type="dxa"/>
            </w:tcMar>
            <w:vAlign w:val="center"/>
          </w:tcPr>
          <w:p w14:paraId="4A265632" w14:textId="77777777" w:rsidR="00AE4575" w:rsidRDefault="00000000">
            <w:pPr>
              <w:spacing w:after="20"/>
            </w:pPr>
            <w:r>
              <w:rPr>
                <w:sz w:val="16"/>
              </w:rPr>
              <w:t>978-981-07-5449-5</w:t>
            </w:r>
          </w:p>
        </w:tc>
        <w:tc>
          <w:tcPr>
            <w:tcW w:w="2592" w:type="dxa"/>
            <w:tcMar>
              <w:top w:w="80" w:type="dxa"/>
              <w:left w:w="90" w:type="dxa"/>
              <w:bottom w:w="80" w:type="dxa"/>
              <w:right w:w="90" w:type="dxa"/>
            </w:tcMar>
            <w:vAlign w:val="center"/>
          </w:tcPr>
          <w:p w14:paraId="3BC59867"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67471E6" w14:textId="77777777" w:rsidR="00AE4575" w:rsidRDefault="00000000">
            <w:pPr>
              <w:spacing w:after="20"/>
            </w:pPr>
            <w:r>
              <w:rPr>
                <w:sz w:val="16"/>
              </w:rPr>
              <w:t>Grammar: reflexive pronouns. Vocabulary: items found in a library.</w:t>
            </w:r>
          </w:p>
        </w:tc>
      </w:tr>
    </w:tbl>
    <w:p w14:paraId="7696F81B" w14:textId="77777777" w:rsidR="00AE4575" w:rsidRDefault="00000000">
      <w:r>
        <w:br w:type="page"/>
      </w:r>
    </w:p>
    <w:p w14:paraId="18B91853" w14:textId="392FFCA4" w:rsidR="00AE4575" w:rsidRDefault="00E05CB0">
      <w:pPr>
        <w:pStyle w:val="Heading1"/>
      </w:pPr>
      <w:r>
        <w:lastRenderedPageBreak/>
        <w:t>6</w:t>
      </w:r>
      <w:r w:rsidR="00000000">
        <w:t>. English Activity Books</w:t>
      </w:r>
    </w:p>
    <w:p w14:paraId="0FE6ED04" w14:textId="77777777" w:rsidR="00AE4575" w:rsidRDefault="00000000">
      <w:r>
        <w:t>Four activity books support the English reading range: two at Level 1 and two at Level 2.</w:t>
      </w:r>
    </w:p>
    <w:tbl>
      <w:tblPr>
        <w:tblStyle w:val="TableGrid"/>
        <w:tblW w:w="0" w:type="auto"/>
        <w:jc w:val="center"/>
        <w:tblLook w:val="04A0" w:firstRow="1" w:lastRow="0" w:firstColumn="1" w:lastColumn="0" w:noHBand="0" w:noVBand="1"/>
      </w:tblPr>
      <w:tblGrid>
        <w:gridCol w:w="2589"/>
        <w:gridCol w:w="2588"/>
        <w:gridCol w:w="2589"/>
        <w:gridCol w:w="2592"/>
      </w:tblGrid>
      <w:tr w:rsidR="00AE4575" w14:paraId="647A2759" w14:textId="77777777">
        <w:trPr>
          <w:tblHeader/>
          <w:jc w:val="center"/>
        </w:trPr>
        <w:tc>
          <w:tcPr>
            <w:tcW w:w="2592" w:type="dxa"/>
            <w:shd w:val="clear" w:color="auto" w:fill="1E88E5"/>
            <w:tcMar>
              <w:top w:w="80" w:type="dxa"/>
              <w:left w:w="90" w:type="dxa"/>
              <w:bottom w:w="80" w:type="dxa"/>
              <w:right w:w="90" w:type="dxa"/>
            </w:tcMar>
            <w:vAlign w:val="center"/>
          </w:tcPr>
          <w:p w14:paraId="291F6329"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342BD1EB"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1020FCCA"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5C8E91BF" w14:textId="77777777" w:rsidR="00AE4575" w:rsidRDefault="00000000">
            <w:pPr>
              <w:spacing w:after="20"/>
            </w:pPr>
            <w:r>
              <w:rPr>
                <w:b/>
                <w:sz w:val="16"/>
              </w:rPr>
              <w:t>Learning Focus</w:t>
            </w:r>
          </w:p>
        </w:tc>
      </w:tr>
      <w:tr w:rsidR="00AE4575" w14:paraId="09EDDC4D" w14:textId="77777777">
        <w:trPr>
          <w:jc w:val="center"/>
        </w:trPr>
        <w:tc>
          <w:tcPr>
            <w:tcW w:w="2592" w:type="dxa"/>
            <w:tcMar>
              <w:top w:w="80" w:type="dxa"/>
              <w:left w:w="90" w:type="dxa"/>
              <w:bottom w:w="80" w:type="dxa"/>
              <w:right w:w="90" w:type="dxa"/>
            </w:tcMar>
            <w:vAlign w:val="center"/>
          </w:tcPr>
          <w:p w14:paraId="3D446ECE" w14:textId="77777777" w:rsidR="00AE4575" w:rsidRDefault="00000000">
            <w:pPr>
              <w:spacing w:after="20"/>
            </w:pPr>
            <w:r>
              <w:rPr>
                <w:b/>
                <w:sz w:val="16"/>
              </w:rPr>
              <w:t>Shapeys English Activity Book Level 1 Part 1</w:t>
            </w:r>
          </w:p>
        </w:tc>
        <w:tc>
          <w:tcPr>
            <w:tcW w:w="2592" w:type="dxa"/>
            <w:tcMar>
              <w:top w:w="80" w:type="dxa"/>
              <w:left w:w="90" w:type="dxa"/>
              <w:bottom w:w="80" w:type="dxa"/>
              <w:right w:w="90" w:type="dxa"/>
            </w:tcMar>
            <w:vAlign w:val="center"/>
          </w:tcPr>
          <w:p w14:paraId="055B96C7" w14:textId="77777777" w:rsidR="00AE4575" w:rsidRDefault="00000000">
            <w:pPr>
              <w:spacing w:after="20"/>
            </w:pPr>
            <w:r>
              <w:rPr>
                <w:sz w:val="16"/>
              </w:rPr>
              <w:t>978-981-08-7313-4</w:t>
            </w:r>
          </w:p>
        </w:tc>
        <w:tc>
          <w:tcPr>
            <w:tcW w:w="2592" w:type="dxa"/>
            <w:tcMar>
              <w:top w:w="80" w:type="dxa"/>
              <w:left w:w="90" w:type="dxa"/>
              <w:bottom w:w="80" w:type="dxa"/>
              <w:right w:w="90" w:type="dxa"/>
            </w:tcMar>
            <w:vAlign w:val="center"/>
          </w:tcPr>
          <w:p w14:paraId="25B3FDC7"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051B7897" w14:textId="77777777" w:rsidR="00AE4575" w:rsidRDefault="00000000">
            <w:pPr>
              <w:spacing w:after="20"/>
            </w:pPr>
            <w:r>
              <w:rPr>
                <w:sz w:val="16"/>
              </w:rPr>
              <w:t>Grammar: I am, we, she, you, they, it. Vocabulary: parts of the body, common greetings, pets, colours, household items, fruit, food, school items, stationery. Punctuation: capital letters, full stop.</w:t>
            </w:r>
          </w:p>
        </w:tc>
      </w:tr>
      <w:tr w:rsidR="00AE4575" w14:paraId="79783DCA" w14:textId="77777777">
        <w:trPr>
          <w:jc w:val="center"/>
        </w:trPr>
        <w:tc>
          <w:tcPr>
            <w:tcW w:w="2592" w:type="dxa"/>
            <w:tcMar>
              <w:top w:w="80" w:type="dxa"/>
              <w:left w:w="90" w:type="dxa"/>
              <w:bottom w:w="80" w:type="dxa"/>
              <w:right w:w="90" w:type="dxa"/>
            </w:tcMar>
            <w:vAlign w:val="center"/>
          </w:tcPr>
          <w:p w14:paraId="0529263B" w14:textId="77777777" w:rsidR="00AE4575" w:rsidRDefault="00000000">
            <w:pPr>
              <w:spacing w:after="20"/>
            </w:pPr>
            <w:r>
              <w:rPr>
                <w:b/>
                <w:sz w:val="16"/>
              </w:rPr>
              <w:t>Shapeys English Activity Book Level 1 Part 2</w:t>
            </w:r>
          </w:p>
        </w:tc>
        <w:tc>
          <w:tcPr>
            <w:tcW w:w="2592" w:type="dxa"/>
            <w:tcMar>
              <w:top w:w="80" w:type="dxa"/>
              <w:left w:w="90" w:type="dxa"/>
              <w:bottom w:w="80" w:type="dxa"/>
              <w:right w:w="90" w:type="dxa"/>
            </w:tcMar>
            <w:vAlign w:val="center"/>
          </w:tcPr>
          <w:p w14:paraId="16AC5803" w14:textId="77777777" w:rsidR="00AE4575" w:rsidRDefault="00000000">
            <w:pPr>
              <w:spacing w:after="20"/>
            </w:pPr>
            <w:r>
              <w:rPr>
                <w:sz w:val="16"/>
              </w:rPr>
              <w:t>978-981-08-7314-1</w:t>
            </w:r>
          </w:p>
        </w:tc>
        <w:tc>
          <w:tcPr>
            <w:tcW w:w="2592" w:type="dxa"/>
            <w:tcMar>
              <w:top w:w="80" w:type="dxa"/>
              <w:left w:w="90" w:type="dxa"/>
              <w:bottom w:w="80" w:type="dxa"/>
              <w:right w:w="90" w:type="dxa"/>
            </w:tcMar>
            <w:vAlign w:val="center"/>
          </w:tcPr>
          <w:p w14:paraId="6CB935DE"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18546A21" w14:textId="77777777" w:rsidR="00AE4575" w:rsidRDefault="00000000">
            <w:pPr>
              <w:spacing w:after="20"/>
            </w:pPr>
            <w:r>
              <w:rPr>
                <w:sz w:val="16"/>
              </w:rPr>
              <w:t>Grammar: my, this, that, your, his, her, and, plurals, prepositions, those, these, their, in, on, an; question words — what?, who? Vocabulary: places, vehicles, insects, flowers, farm animals, occupations, furniture, appliances, electrical equipment, celebrations.</w:t>
            </w:r>
          </w:p>
        </w:tc>
      </w:tr>
      <w:tr w:rsidR="00AE4575" w14:paraId="5F7FC44A" w14:textId="77777777">
        <w:trPr>
          <w:jc w:val="center"/>
        </w:trPr>
        <w:tc>
          <w:tcPr>
            <w:tcW w:w="2592" w:type="dxa"/>
            <w:tcMar>
              <w:top w:w="80" w:type="dxa"/>
              <w:left w:w="90" w:type="dxa"/>
              <w:bottom w:w="80" w:type="dxa"/>
              <w:right w:w="90" w:type="dxa"/>
            </w:tcMar>
            <w:vAlign w:val="center"/>
          </w:tcPr>
          <w:p w14:paraId="14E76B5E" w14:textId="77777777" w:rsidR="00AE4575" w:rsidRDefault="00000000">
            <w:pPr>
              <w:spacing w:after="20"/>
            </w:pPr>
            <w:r>
              <w:rPr>
                <w:b/>
                <w:sz w:val="16"/>
              </w:rPr>
              <w:t>Shapeys English Activity Book Level 2 Part 1</w:t>
            </w:r>
          </w:p>
        </w:tc>
        <w:tc>
          <w:tcPr>
            <w:tcW w:w="2592" w:type="dxa"/>
            <w:tcMar>
              <w:top w:w="80" w:type="dxa"/>
              <w:left w:w="90" w:type="dxa"/>
              <w:bottom w:w="80" w:type="dxa"/>
              <w:right w:w="90" w:type="dxa"/>
            </w:tcMar>
            <w:vAlign w:val="center"/>
          </w:tcPr>
          <w:p w14:paraId="0D0EA7BA" w14:textId="77777777" w:rsidR="00AE4575" w:rsidRDefault="00000000">
            <w:pPr>
              <w:spacing w:after="20"/>
            </w:pPr>
            <w:r>
              <w:rPr>
                <w:sz w:val="16"/>
              </w:rPr>
              <w:t>978-981-08-7319-6</w:t>
            </w:r>
          </w:p>
        </w:tc>
        <w:tc>
          <w:tcPr>
            <w:tcW w:w="2592" w:type="dxa"/>
            <w:tcMar>
              <w:top w:w="80" w:type="dxa"/>
              <w:left w:w="90" w:type="dxa"/>
              <w:bottom w:w="80" w:type="dxa"/>
              <w:right w:w="90" w:type="dxa"/>
            </w:tcMar>
            <w:vAlign w:val="center"/>
          </w:tcPr>
          <w:p w14:paraId="0645555A"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2CE81BD0" w14:textId="77777777" w:rsidR="00AE4575" w:rsidRDefault="00000000">
            <w:pPr>
              <w:spacing w:after="20"/>
            </w:pPr>
            <w:r>
              <w:rPr>
                <w:sz w:val="16"/>
              </w:rPr>
              <w:t>Grammar: collective nouns; prepositions — above, below, at, into, beside, between; article — the; verbs — has, have; question words — where?, may? Vocabulary: shapes, food, textures, tastes, colours, sounds, vehicles, feelings, appearances, places, rooms, weather, time.</w:t>
            </w:r>
          </w:p>
        </w:tc>
      </w:tr>
      <w:tr w:rsidR="00AE4575" w14:paraId="5DCF0B79" w14:textId="77777777">
        <w:trPr>
          <w:jc w:val="center"/>
        </w:trPr>
        <w:tc>
          <w:tcPr>
            <w:tcW w:w="2592" w:type="dxa"/>
            <w:tcMar>
              <w:top w:w="80" w:type="dxa"/>
              <w:left w:w="90" w:type="dxa"/>
              <w:bottom w:w="80" w:type="dxa"/>
              <w:right w:w="90" w:type="dxa"/>
            </w:tcMar>
            <w:vAlign w:val="center"/>
          </w:tcPr>
          <w:p w14:paraId="439A40E5" w14:textId="77777777" w:rsidR="00AE4575" w:rsidRDefault="00000000">
            <w:pPr>
              <w:spacing w:after="20"/>
            </w:pPr>
            <w:r>
              <w:rPr>
                <w:b/>
                <w:sz w:val="16"/>
              </w:rPr>
              <w:t>Shapeys English Activity Book Level 2 Part 2</w:t>
            </w:r>
          </w:p>
        </w:tc>
        <w:tc>
          <w:tcPr>
            <w:tcW w:w="2592" w:type="dxa"/>
            <w:tcMar>
              <w:top w:w="80" w:type="dxa"/>
              <w:left w:w="90" w:type="dxa"/>
              <w:bottom w:w="80" w:type="dxa"/>
              <w:right w:w="90" w:type="dxa"/>
            </w:tcMar>
            <w:vAlign w:val="center"/>
          </w:tcPr>
          <w:p w14:paraId="0FB86E41" w14:textId="77777777" w:rsidR="00AE4575" w:rsidRDefault="00000000">
            <w:pPr>
              <w:spacing w:after="20"/>
            </w:pPr>
            <w:r>
              <w:rPr>
                <w:sz w:val="16"/>
              </w:rPr>
              <w:t>978-981-08-7320-2</w:t>
            </w:r>
          </w:p>
        </w:tc>
        <w:tc>
          <w:tcPr>
            <w:tcW w:w="2592" w:type="dxa"/>
            <w:tcMar>
              <w:top w:w="80" w:type="dxa"/>
              <w:left w:w="90" w:type="dxa"/>
              <w:bottom w:w="80" w:type="dxa"/>
              <w:right w:w="90" w:type="dxa"/>
            </w:tcMar>
            <w:vAlign w:val="center"/>
          </w:tcPr>
          <w:p w14:paraId="316A7E05"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5D714774" w14:textId="77777777" w:rsidR="00AE4575" w:rsidRDefault="00000000">
            <w:pPr>
              <w:spacing w:after="20"/>
            </w:pPr>
            <w:r>
              <w:rPr>
                <w:sz w:val="16"/>
              </w:rPr>
              <w:t>Grammar: countable/uncountable/collective nouns, quantifiers, adjectives, subject–verb agreement, question words — why?, what?, when?, where?; doubles; adverbs; reflexive pronouns. Vocabulary: flags, touch, animal sounds, sports and games, circus, playground, library.</w:t>
            </w:r>
          </w:p>
        </w:tc>
      </w:tr>
    </w:tbl>
    <w:p w14:paraId="6AF81518" w14:textId="77777777" w:rsidR="00AE4575" w:rsidRDefault="00000000">
      <w:r>
        <w:br w:type="page"/>
      </w:r>
    </w:p>
    <w:p w14:paraId="4A4E2863" w14:textId="5CB939C2" w:rsidR="00AE4575" w:rsidRDefault="00E05CB0">
      <w:pPr>
        <w:pStyle w:val="Heading1"/>
      </w:pPr>
      <w:r>
        <w:lastRenderedPageBreak/>
        <w:t>7</w:t>
      </w:r>
      <w:r w:rsidR="00000000">
        <w:t>. Mathematics — Levels 1 and 2</w:t>
      </w:r>
    </w:p>
    <w:p w14:paraId="337042BF" w14:textId="77777777" w:rsidR="00AE4575" w:rsidRDefault="00000000">
      <w:pPr>
        <w:pStyle w:val="Heading2"/>
      </w:pPr>
      <w:r>
        <w:t>Mathematics Level 1</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59D778F2" w14:textId="77777777">
        <w:trPr>
          <w:tblHeader/>
          <w:jc w:val="center"/>
        </w:trPr>
        <w:tc>
          <w:tcPr>
            <w:tcW w:w="2592" w:type="dxa"/>
            <w:shd w:val="clear" w:color="auto" w:fill="1E88E5"/>
            <w:tcMar>
              <w:top w:w="80" w:type="dxa"/>
              <w:left w:w="90" w:type="dxa"/>
              <w:bottom w:w="80" w:type="dxa"/>
              <w:right w:w="90" w:type="dxa"/>
            </w:tcMar>
            <w:vAlign w:val="center"/>
          </w:tcPr>
          <w:p w14:paraId="74BD58A0"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1EFDD7A8"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0B47004E"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3DE3739F" w14:textId="77777777" w:rsidR="00AE4575" w:rsidRDefault="00000000">
            <w:pPr>
              <w:spacing w:after="20"/>
            </w:pPr>
            <w:r>
              <w:rPr>
                <w:b/>
                <w:sz w:val="16"/>
              </w:rPr>
              <w:t>Learning Focus</w:t>
            </w:r>
          </w:p>
        </w:tc>
      </w:tr>
      <w:tr w:rsidR="00AE4575" w14:paraId="0550E7F8" w14:textId="77777777">
        <w:trPr>
          <w:jc w:val="center"/>
        </w:trPr>
        <w:tc>
          <w:tcPr>
            <w:tcW w:w="2592" w:type="dxa"/>
            <w:tcMar>
              <w:top w:w="80" w:type="dxa"/>
              <w:left w:w="90" w:type="dxa"/>
              <w:bottom w:w="80" w:type="dxa"/>
              <w:right w:w="90" w:type="dxa"/>
            </w:tcMar>
            <w:vAlign w:val="center"/>
          </w:tcPr>
          <w:p w14:paraId="3A47C21E" w14:textId="77777777" w:rsidR="00AE4575" w:rsidRDefault="00000000">
            <w:pPr>
              <w:spacing w:after="20"/>
            </w:pPr>
            <w:r>
              <w:rPr>
                <w:b/>
                <w:sz w:val="16"/>
              </w:rPr>
              <w:t>Shapeys Getting Ready</w:t>
            </w:r>
          </w:p>
        </w:tc>
        <w:tc>
          <w:tcPr>
            <w:tcW w:w="2592" w:type="dxa"/>
            <w:tcMar>
              <w:top w:w="80" w:type="dxa"/>
              <w:left w:w="90" w:type="dxa"/>
              <w:bottom w:w="80" w:type="dxa"/>
              <w:right w:w="90" w:type="dxa"/>
            </w:tcMar>
            <w:vAlign w:val="center"/>
          </w:tcPr>
          <w:p w14:paraId="6DEEC972" w14:textId="77777777" w:rsidR="00AE4575" w:rsidRDefault="00000000">
            <w:pPr>
              <w:spacing w:after="20"/>
            </w:pPr>
            <w:r>
              <w:rPr>
                <w:sz w:val="16"/>
              </w:rPr>
              <w:t>978-981-08-7321-9</w:t>
            </w:r>
          </w:p>
        </w:tc>
        <w:tc>
          <w:tcPr>
            <w:tcW w:w="2592" w:type="dxa"/>
            <w:tcMar>
              <w:top w:w="80" w:type="dxa"/>
              <w:left w:w="90" w:type="dxa"/>
              <w:bottom w:w="80" w:type="dxa"/>
              <w:right w:w="90" w:type="dxa"/>
            </w:tcMar>
            <w:vAlign w:val="center"/>
          </w:tcPr>
          <w:p w14:paraId="7CB2FE5D"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79D541F9" w14:textId="77777777" w:rsidR="00AE4575" w:rsidRDefault="00000000">
            <w:pPr>
              <w:spacing w:after="20"/>
            </w:pPr>
            <w:r>
              <w:rPr>
                <w:sz w:val="16"/>
              </w:rPr>
              <w:t>Number 1–10; simple subtraction.</w:t>
            </w:r>
          </w:p>
        </w:tc>
      </w:tr>
      <w:tr w:rsidR="00AE4575" w14:paraId="31F310F1" w14:textId="77777777">
        <w:trPr>
          <w:jc w:val="center"/>
        </w:trPr>
        <w:tc>
          <w:tcPr>
            <w:tcW w:w="2592" w:type="dxa"/>
            <w:tcMar>
              <w:top w:w="80" w:type="dxa"/>
              <w:left w:w="90" w:type="dxa"/>
              <w:bottom w:w="80" w:type="dxa"/>
              <w:right w:w="90" w:type="dxa"/>
            </w:tcMar>
            <w:vAlign w:val="center"/>
          </w:tcPr>
          <w:p w14:paraId="0BDFC7F9" w14:textId="77777777" w:rsidR="00AE4575" w:rsidRDefault="00000000">
            <w:pPr>
              <w:spacing w:after="20"/>
            </w:pPr>
            <w:r>
              <w:rPr>
                <w:b/>
                <w:sz w:val="16"/>
              </w:rPr>
              <w:t>Shapeys Let’s Measure</w:t>
            </w:r>
          </w:p>
        </w:tc>
        <w:tc>
          <w:tcPr>
            <w:tcW w:w="2592" w:type="dxa"/>
            <w:tcMar>
              <w:top w:w="80" w:type="dxa"/>
              <w:left w:w="90" w:type="dxa"/>
              <w:bottom w:w="80" w:type="dxa"/>
              <w:right w:w="90" w:type="dxa"/>
            </w:tcMar>
            <w:vAlign w:val="center"/>
          </w:tcPr>
          <w:p w14:paraId="23075BBF" w14:textId="77777777" w:rsidR="00AE4575" w:rsidRDefault="00000000">
            <w:pPr>
              <w:spacing w:after="20"/>
            </w:pPr>
            <w:r>
              <w:rPr>
                <w:sz w:val="16"/>
              </w:rPr>
              <w:t>978-981-08-7322-6</w:t>
            </w:r>
          </w:p>
        </w:tc>
        <w:tc>
          <w:tcPr>
            <w:tcW w:w="2592" w:type="dxa"/>
            <w:tcMar>
              <w:top w:w="80" w:type="dxa"/>
              <w:left w:w="90" w:type="dxa"/>
              <w:bottom w:w="80" w:type="dxa"/>
              <w:right w:w="90" w:type="dxa"/>
            </w:tcMar>
            <w:vAlign w:val="center"/>
          </w:tcPr>
          <w:p w14:paraId="6C578261"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7431B4D4" w14:textId="77777777" w:rsidR="00AE4575" w:rsidRDefault="00000000">
            <w:pPr>
              <w:spacing w:after="20"/>
            </w:pPr>
            <w:r>
              <w:rPr>
                <w:sz w:val="16"/>
              </w:rPr>
              <w:t>Measuring length — long, longer, longest; short, shorter, shortest. Measuring height — high, higher, highest. Measuring mass — light, lighter, lightest; heavy, heavier, heaviest.</w:t>
            </w:r>
          </w:p>
        </w:tc>
      </w:tr>
      <w:tr w:rsidR="00AE4575" w14:paraId="4F026788" w14:textId="77777777">
        <w:trPr>
          <w:jc w:val="center"/>
        </w:trPr>
        <w:tc>
          <w:tcPr>
            <w:tcW w:w="2592" w:type="dxa"/>
            <w:tcMar>
              <w:top w:w="80" w:type="dxa"/>
              <w:left w:w="90" w:type="dxa"/>
              <w:bottom w:w="80" w:type="dxa"/>
              <w:right w:w="90" w:type="dxa"/>
            </w:tcMar>
            <w:vAlign w:val="center"/>
          </w:tcPr>
          <w:p w14:paraId="54DDC4FE" w14:textId="77777777" w:rsidR="00AE4575" w:rsidRDefault="00000000">
            <w:pPr>
              <w:spacing w:after="20"/>
            </w:pPr>
            <w:r>
              <w:rPr>
                <w:b/>
                <w:sz w:val="16"/>
              </w:rPr>
              <w:t>Shapeys Boo’s Day</w:t>
            </w:r>
          </w:p>
        </w:tc>
        <w:tc>
          <w:tcPr>
            <w:tcW w:w="2592" w:type="dxa"/>
            <w:tcMar>
              <w:top w:w="80" w:type="dxa"/>
              <w:left w:w="90" w:type="dxa"/>
              <w:bottom w:w="80" w:type="dxa"/>
              <w:right w:w="90" w:type="dxa"/>
            </w:tcMar>
            <w:vAlign w:val="center"/>
          </w:tcPr>
          <w:p w14:paraId="5ADB1D23" w14:textId="77777777" w:rsidR="00AE4575" w:rsidRDefault="00000000">
            <w:pPr>
              <w:spacing w:after="20"/>
            </w:pPr>
            <w:r>
              <w:rPr>
                <w:sz w:val="16"/>
              </w:rPr>
              <w:t>978-981-08-7323-3</w:t>
            </w:r>
          </w:p>
        </w:tc>
        <w:tc>
          <w:tcPr>
            <w:tcW w:w="2592" w:type="dxa"/>
            <w:tcMar>
              <w:top w:w="80" w:type="dxa"/>
              <w:left w:w="90" w:type="dxa"/>
              <w:bottom w:w="80" w:type="dxa"/>
              <w:right w:w="90" w:type="dxa"/>
            </w:tcMar>
            <w:vAlign w:val="center"/>
          </w:tcPr>
          <w:p w14:paraId="22F9B1E4"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602A3A10" w14:textId="77777777" w:rsidR="00AE4575" w:rsidRDefault="00000000">
            <w:pPr>
              <w:spacing w:after="20"/>
            </w:pPr>
            <w:r>
              <w:rPr>
                <w:sz w:val="16"/>
              </w:rPr>
              <w:t>Telling the time to the hour.</w:t>
            </w:r>
          </w:p>
        </w:tc>
      </w:tr>
      <w:tr w:rsidR="00AE4575" w14:paraId="319E814B" w14:textId="77777777">
        <w:trPr>
          <w:jc w:val="center"/>
        </w:trPr>
        <w:tc>
          <w:tcPr>
            <w:tcW w:w="2592" w:type="dxa"/>
            <w:tcMar>
              <w:top w:w="80" w:type="dxa"/>
              <w:left w:w="90" w:type="dxa"/>
              <w:bottom w:w="80" w:type="dxa"/>
              <w:right w:w="90" w:type="dxa"/>
            </w:tcMar>
            <w:vAlign w:val="center"/>
          </w:tcPr>
          <w:p w14:paraId="2A4A9F94" w14:textId="77777777" w:rsidR="00AE4575" w:rsidRDefault="00000000">
            <w:pPr>
              <w:spacing w:after="20"/>
            </w:pPr>
            <w:r>
              <w:rPr>
                <w:b/>
                <w:sz w:val="16"/>
              </w:rPr>
              <w:t>Shapeys Let’s Go Shopping</w:t>
            </w:r>
          </w:p>
        </w:tc>
        <w:tc>
          <w:tcPr>
            <w:tcW w:w="2592" w:type="dxa"/>
            <w:tcMar>
              <w:top w:w="80" w:type="dxa"/>
              <w:left w:w="90" w:type="dxa"/>
              <w:bottom w:w="80" w:type="dxa"/>
              <w:right w:w="90" w:type="dxa"/>
            </w:tcMar>
            <w:vAlign w:val="center"/>
          </w:tcPr>
          <w:p w14:paraId="0BD8BC12" w14:textId="77777777" w:rsidR="00AE4575" w:rsidRDefault="00000000">
            <w:pPr>
              <w:spacing w:after="20"/>
            </w:pPr>
            <w:r>
              <w:rPr>
                <w:sz w:val="16"/>
              </w:rPr>
              <w:t>978-981-08-7324-0</w:t>
            </w:r>
          </w:p>
        </w:tc>
        <w:tc>
          <w:tcPr>
            <w:tcW w:w="2592" w:type="dxa"/>
            <w:tcMar>
              <w:top w:w="80" w:type="dxa"/>
              <w:left w:w="90" w:type="dxa"/>
              <w:bottom w:w="80" w:type="dxa"/>
              <w:right w:w="90" w:type="dxa"/>
            </w:tcMar>
            <w:vAlign w:val="center"/>
          </w:tcPr>
          <w:p w14:paraId="14B3C713" w14:textId="77777777" w:rsidR="00AE4575" w:rsidRDefault="00000000">
            <w:pPr>
              <w:spacing w:after="20"/>
            </w:pPr>
            <w:r>
              <w:rPr>
                <w:sz w:val="16"/>
              </w:rPr>
              <w:t>210 × 210 mm</w:t>
            </w:r>
            <w:r>
              <w:rPr>
                <w:sz w:val="16"/>
              </w:rPr>
              <w:br/>
              <w:t>16 pages • 76 g</w:t>
            </w:r>
          </w:p>
        </w:tc>
        <w:tc>
          <w:tcPr>
            <w:tcW w:w="2592" w:type="dxa"/>
            <w:tcMar>
              <w:top w:w="80" w:type="dxa"/>
              <w:left w:w="90" w:type="dxa"/>
              <w:bottom w:w="80" w:type="dxa"/>
              <w:right w:w="90" w:type="dxa"/>
            </w:tcMar>
            <w:vAlign w:val="center"/>
          </w:tcPr>
          <w:p w14:paraId="4FE8D0C9" w14:textId="77777777" w:rsidR="00AE4575" w:rsidRDefault="00000000">
            <w:pPr>
              <w:spacing w:after="20"/>
            </w:pPr>
            <w:r>
              <w:rPr>
                <w:sz w:val="16"/>
              </w:rPr>
              <w:t>Coins and their value; cost of some items; total cost of some items.</w:t>
            </w:r>
          </w:p>
        </w:tc>
      </w:tr>
    </w:tbl>
    <w:p w14:paraId="28D2DEA8" w14:textId="77777777" w:rsidR="00AE4575" w:rsidRDefault="00AE4575"/>
    <w:p w14:paraId="3CB4A6A7" w14:textId="77777777" w:rsidR="00AE4575" w:rsidRDefault="00000000">
      <w:pPr>
        <w:pStyle w:val="Heading2"/>
      </w:pPr>
      <w:r>
        <w:t>Mathematics Level 2</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418DC5DF" w14:textId="77777777">
        <w:trPr>
          <w:tblHeader/>
          <w:jc w:val="center"/>
        </w:trPr>
        <w:tc>
          <w:tcPr>
            <w:tcW w:w="2592" w:type="dxa"/>
            <w:shd w:val="clear" w:color="auto" w:fill="1E88E5"/>
            <w:tcMar>
              <w:top w:w="80" w:type="dxa"/>
              <w:left w:w="90" w:type="dxa"/>
              <w:bottom w:w="80" w:type="dxa"/>
              <w:right w:w="90" w:type="dxa"/>
            </w:tcMar>
            <w:vAlign w:val="center"/>
          </w:tcPr>
          <w:p w14:paraId="796A236A"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77DD9609"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0AD1D348"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2EA315F3" w14:textId="77777777" w:rsidR="00AE4575" w:rsidRDefault="00000000">
            <w:pPr>
              <w:spacing w:after="20"/>
            </w:pPr>
            <w:r>
              <w:rPr>
                <w:b/>
                <w:sz w:val="16"/>
              </w:rPr>
              <w:t>Learning Focus</w:t>
            </w:r>
          </w:p>
        </w:tc>
      </w:tr>
      <w:tr w:rsidR="00AE4575" w14:paraId="2BCEFDAA" w14:textId="77777777">
        <w:trPr>
          <w:jc w:val="center"/>
        </w:trPr>
        <w:tc>
          <w:tcPr>
            <w:tcW w:w="2592" w:type="dxa"/>
            <w:tcMar>
              <w:top w:w="80" w:type="dxa"/>
              <w:left w:w="90" w:type="dxa"/>
              <w:bottom w:w="80" w:type="dxa"/>
              <w:right w:w="90" w:type="dxa"/>
            </w:tcMar>
            <w:vAlign w:val="center"/>
          </w:tcPr>
          <w:p w14:paraId="76ECD77F" w14:textId="77777777" w:rsidR="00AE4575" w:rsidRDefault="00000000">
            <w:pPr>
              <w:spacing w:after="20"/>
            </w:pPr>
            <w:r>
              <w:rPr>
                <w:b/>
                <w:sz w:val="16"/>
              </w:rPr>
              <w:t>Shapeys The Treasure Hunt</w:t>
            </w:r>
          </w:p>
        </w:tc>
        <w:tc>
          <w:tcPr>
            <w:tcW w:w="2592" w:type="dxa"/>
            <w:tcMar>
              <w:top w:w="80" w:type="dxa"/>
              <w:left w:w="90" w:type="dxa"/>
              <w:bottom w:w="80" w:type="dxa"/>
              <w:right w:w="90" w:type="dxa"/>
            </w:tcMar>
            <w:vAlign w:val="center"/>
          </w:tcPr>
          <w:p w14:paraId="77141B05" w14:textId="77777777" w:rsidR="00AE4575" w:rsidRDefault="00000000">
            <w:pPr>
              <w:spacing w:after="20"/>
            </w:pPr>
            <w:r>
              <w:rPr>
                <w:sz w:val="16"/>
              </w:rPr>
              <w:t>978-981-08-7328-8</w:t>
            </w:r>
          </w:p>
        </w:tc>
        <w:tc>
          <w:tcPr>
            <w:tcW w:w="2592" w:type="dxa"/>
            <w:tcMar>
              <w:top w:w="80" w:type="dxa"/>
              <w:left w:w="90" w:type="dxa"/>
              <w:bottom w:w="80" w:type="dxa"/>
              <w:right w:w="90" w:type="dxa"/>
            </w:tcMar>
            <w:vAlign w:val="center"/>
          </w:tcPr>
          <w:p w14:paraId="595D80A2"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731C9D64" w14:textId="77777777" w:rsidR="00AE4575" w:rsidRDefault="00000000">
            <w:pPr>
              <w:spacing w:after="20"/>
            </w:pPr>
            <w:r>
              <w:rPr>
                <w:sz w:val="16"/>
              </w:rPr>
              <w:t>Ordinal numbers and their symbols — 1st, first, etc.; describing positions — second from left, etc.</w:t>
            </w:r>
          </w:p>
        </w:tc>
      </w:tr>
      <w:tr w:rsidR="00AE4575" w14:paraId="19D4317A" w14:textId="77777777">
        <w:trPr>
          <w:jc w:val="center"/>
        </w:trPr>
        <w:tc>
          <w:tcPr>
            <w:tcW w:w="2592" w:type="dxa"/>
            <w:tcMar>
              <w:top w:w="80" w:type="dxa"/>
              <w:left w:w="90" w:type="dxa"/>
              <w:bottom w:w="80" w:type="dxa"/>
              <w:right w:w="90" w:type="dxa"/>
            </w:tcMar>
            <w:vAlign w:val="center"/>
          </w:tcPr>
          <w:p w14:paraId="3EE631CF" w14:textId="77777777" w:rsidR="00AE4575" w:rsidRDefault="00000000">
            <w:pPr>
              <w:spacing w:after="20"/>
            </w:pPr>
            <w:r>
              <w:rPr>
                <w:b/>
                <w:sz w:val="16"/>
              </w:rPr>
              <w:t>Shapeys Shaping Up</w:t>
            </w:r>
          </w:p>
        </w:tc>
        <w:tc>
          <w:tcPr>
            <w:tcW w:w="2592" w:type="dxa"/>
            <w:tcMar>
              <w:top w:w="80" w:type="dxa"/>
              <w:left w:w="90" w:type="dxa"/>
              <w:bottom w:w="80" w:type="dxa"/>
              <w:right w:w="90" w:type="dxa"/>
            </w:tcMar>
            <w:vAlign w:val="center"/>
          </w:tcPr>
          <w:p w14:paraId="20119DE1" w14:textId="77777777" w:rsidR="00AE4575" w:rsidRDefault="00000000">
            <w:pPr>
              <w:spacing w:after="20"/>
            </w:pPr>
            <w:r>
              <w:rPr>
                <w:sz w:val="16"/>
              </w:rPr>
              <w:t>978-981-08-7329-5</w:t>
            </w:r>
          </w:p>
        </w:tc>
        <w:tc>
          <w:tcPr>
            <w:tcW w:w="2592" w:type="dxa"/>
            <w:tcMar>
              <w:top w:w="80" w:type="dxa"/>
              <w:left w:w="90" w:type="dxa"/>
              <w:bottom w:w="80" w:type="dxa"/>
              <w:right w:w="90" w:type="dxa"/>
            </w:tcMar>
            <w:vAlign w:val="center"/>
          </w:tcPr>
          <w:p w14:paraId="5EE285BF"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3331D564" w14:textId="77777777" w:rsidR="00AE4575" w:rsidRDefault="00000000">
            <w:pPr>
              <w:spacing w:after="20"/>
            </w:pPr>
            <w:r>
              <w:rPr>
                <w:sz w:val="16"/>
              </w:rPr>
              <w:t>Four common three-dimensional shapes; three-dimensional shapes in objects around us.</w:t>
            </w:r>
          </w:p>
        </w:tc>
      </w:tr>
      <w:tr w:rsidR="00AE4575" w14:paraId="797B28D0" w14:textId="77777777">
        <w:trPr>
          <w:jc w:val="center"/>
        </w:trPr>
        <w:tc>
          <w:tcPr>
            <w:tcW w:w="2592" w:type="dxa"/>
            <w:tcMar>
              <w:top w:w="80" w:type="dxa"/>
              <w:left w:w="90" w:type="dxa"/>
              <w:bottom w:w="80" w:type="dxa"/>
              <w:right w:w="90" w:type="dxa"/>
            </w:tcMar>
            <w:vAlign w:val="center"/>
          </w:tcPr>
          <w:p w14:paraId="7C7AC81E" w14:textId="77777777" w:rsidR="00AE4575" w:rsidRDefault="00000000">
            <w:pPr>
              <w:spacing w:after="20"/>
            </w:pPr>
            <w:r>
              <w:rPr>
                <w:b/>
                <w:sz w:val="16"/>
              </w:rPr>
              <w:t>Shapeys Group And Share</w:t>
            </w:r>
          </w:p>
        </w:tc>
        <w:tc>
          <w:tcPr>
            <w:tcW w:w="2592" w:type="dxa"/>
            <w:tcMar>
              <w:top w:w="80" w:type="dxa"/>
              <w:left w:w="90" w:type="dxa"/>
              <w:bottom w:w="80" w:type="dxa"/>
              <w:right w:w="90" w:type="dxa"/>
            </w:tcMar>
            <w:vAlign w:val="center"/>
          </w:tcPr>
          <w:p w14:paraId="0D5C2CF3" w14:textId="77777777" w:rsidR="00AE4575" w:rsidRDefault="00000000">
            <w:pPr>
              <w:spacing w:after="20"/>
            </w:pPr>
            <w:r>
              <w:rPr>
                <w:sz w:val="16"/>
              </w:rPr>
              <w:t>978-981-08-7330-1</w:t>
            </w:r>
          </w:p>
        </w:tc>
        <w:tc>
          <w:tcPr>
            <w:tcW w:w="2592" w:type="dxa"/>
            <w:tcMar>
              <w:top w:w="80" w:type="dxa"/>
              <w:left w:w="90" w:type="dxa"/>
              <w:bottom w:w="80" w:type="dxa"/>
              <w:right w:w="90" w:type="dxa"/>
            </w:tcMar>
            <w:vAlign w:val="center"/>
          </w:tcPr>
          <w:p w14:paraId="2435181B"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3EA95A2" w14:textId="77777777" w:rsidR="00AE4575" w:rsidRDefault="00000000">
            <w:pPr>
              <w:spacing w:after="20"/>
            </w:pPr>
            <w:r>
              <w:rPr>
                <w:sz w:val="16"/>
              </w:rPr>
              <w:t>Sharing 20 amongst four friends; sharing 16 amongst four friends; sharing 8 amongst four friends.</w:t>
            </w:r>
          </w:p>
        </w:tc>
      </w:tr>
      <w:tr w:rsidR="00AE4575" w14:paraId="11FD9D57" w14:textId="77777777">
        <w:trPr>
          <w:jc w:val="center"/>
        </w:trPr>
        <w:tc>
          <w:tcPr>
            <w:tcW w:w="2592" w:type="dxa"/>
            <w:tcMar>
              <w:top w:w="80" w:type="dxa"/>
              <w:left w:w="90" w:type="dxa"/>
              <w:bottom w:w="80" w:type="dxa"/>
              <w:right w:w="90" w:type="dxa"/>
            </w:tcMar>
            <w:vAlign w:val="center"/>
          </w:tcPr>
          <w:p w14:paraId="04D99FEA" w14:textId="77777777" w:rsidR="00AE4575" w:rsidRDefault="00000000">
            <w:pPr>
              <w:spacing w:after="20"/>
            </w:pPr>
            <w:r>
              <w:rPr>
                <w:b/>
                <w:sz w:val="16"/>
              </w:rPr>
              <w:t>Shapeys The Birthday Present</w:t>
            </w:r>
          </w:p>
        </w:tc>
        <w:tc>
          <w:tcPr>
            <w:tcW w:w="2592" w:type="dxa"/>
            <w:tcMar>
              <w:top w:w="80" w:type="dxa"/>
              <w:left w:w="90" w:type="dxa"/>
              <w:bottom w:w="80" w:type="dxa"/>
              <w:right w:w="90" w:type="dxa"/>
            </w:tcMar>
            <w:vAlign w:val="center"/>
          </w:tcPr>
          <w:p w14:paraId="2BD87A4C" w14:textId="77777777" w:rsidR="00AE4575" w:rsidRDefault="00000000">
            <w:pPr>
              <w:spacing w:after="20"/>
            </w:pPr>
            <w:r>
              <w:rPr>
                <w:sz w:val="16"/>
              </w:rPr>
              <w:t>978-981-08-7331-8</w:t>
            </w:r>
          </w:p>
        </w:tc>
        <w:tc>
          <w:tcPr>
            <w:tcW w:w="2592" w:type="dxa"/>
            <w:tcMar>
              <w:top w:w="80" w:type="dxa"/>
              <w:left w:w="90" w:type="dxa"/>
              <w:bottom w:w="80" w:type="dxa"/>
              <w:right w:w="90" w:type="dxa"/>
            </w:tcMar>
            <w:vAlign w:val="center"/>
          </w:tcPr>
          <w:p w14:paraId="2AD8887B"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4FF8AC7A" w14:textId="77777777" w:rsidR="00AE4575" w:rsidRDefault="00000000">
            <w:pPr>
              <w:spacing w:after="20"/>
            </w:pPr>
            <w:r>
              <w:rPr>
                <w:sz w:val="16"/>
              </w:rPr>
              <w:t>Coins and notes; adding and subtracting money.</w:t>
            </w:r>
          </w:p>
        </w:tc>
      </w:tr>
    </w:tbl>
    <w:p w14:paraId="4989BDFD" w14:textId="77777777" w:rsidR="00AE4575" w:rsidRDefault="00000000">
      <w:r>
        <w:br w:type="page"/>
      </w:r>
    </w:p>
    <w:p w14:paraId="444A7345" w14:textId="4898FE23" w:rsidR="00AE4575" w:rsidRDefault="00E05CB0">
      <w:pPr>
        <w:pStyle w:val="Heading1"/>
      </w:pPr>
      <w:r>
        <w:lastRenderedPageBreak/>
        <w:t>8</w:t>
      </w:r>
      <w:r w:rsidR="00000000">
        <w:t>. Mathematics Activity Books</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03605F9E" w14:textId="77777777">
        <w:trPr>
          <w:tblHeader/>
          <w:jc w:val="center"/>
        </w:trPr>
        <w:tc>
          <w:tcPr>
            <w:tcW w:w="2592" w:type="dxa"/>
            <w:shd w:val="clear" w:color="auto" w:fill="1E88E5"/>
            <w:tcMar>
              <w:top w:w="80" w:type="dxa"/>
              <w:left w:w="90" w:type="dxa"/>
              <w:bottom w:w="80" w:type="dxa"/>
              <w:right w:w="90" w:type="dxa"/>
            </w:tcMar>
            <w:vAlign w:val="center"/>
          </w:tcPr>
          <w:p w14:paraId="7734E82B"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43BBAC1D"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11C69CFE"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0B81888E" w14:textId="77777777" w:rsidR="00AE4575" w:rsidRDefault="00000000">
            <w:pPr>
              <w:spacing w:after="20"/>
            </w:pPr>
            <w:r>
              <w:rPr>
                <w:b/>
                <w:sz w:val="16"/>
              </w:rPr>
              <w:t>Learning Focus</w:t>
            </w:r>
          </w:p>
        </w:tc>
      </w:tr>
      <w:tr w:rsidR="00AE4575" w14:paraId="28D76520" w14:textId="77777777">
        <w:trPr>
          <w:jc w:val="center"/>
        </w:trPr>
        <w:tc>
          <w:tcPr>
            <w:tcW w:w="2592" w:type="dxa"/>
            <w:tcMar>
              <w:top w:w="80" w:type="dxa"/>
              <w:left w:w="90" w:type="dxa"/>
              <w:bottom w:w="80" w:type="dxa"/>
              <w:right w:w="90" w:type="dxa"/>
            </w:tcMar>
            <w:vAlign w:val="center"/>
          </w:tcPr>
          <w:p w14:paraId="2340F46F" w14:textId="77777777" w:rsidR="00AE4575" w:rsidRDefault="00000000">
            <w:pPr>
              <w:spacing w:after="20"/>
            </w:pPr>
            <w:r>
              <w:rPr>
                <w:b/>
                <w:sz w:val="16"/>
              </w:rPr>
              <w:t>Shapeys Mathematics Activity Book Level 1 Part 1</w:t>
            </w:r>
          </w:p>
        </w:tc>
        <w:tc>
          <w:tcPr>
            <w:tcW w:w="2592" w:type="dxa"/>
            <w:tcMar>
              <w:top w:w="80" w:type="dxa"/>
              <w:left w:w="90" w:type="dxa"/>
              <w:bottom w:w="80" w:type="dxa"/>
              <w:right w:w="90" w:type="dxa"/>
            </w:tcMar>
            <w:vAlign w:val="center"/>
          </w:tcPr>
          <w:p w14:paraId="0DEE1D78" w14:textId="77777777" w:rsidR="00AE4575" w:rsidRDefault="00000000">
            <w:pPr>
              <w:spacing w:after="20"/>
            </w:pPr>
            <w:r>
              <w:rPr>
                <w:sz w:val="16"/>
              </w:rPr>
              <w:t>978-981-08-7325-7</w:t>
            </w:r>
          </w:p>
        </w:tc>
        <w:tc>
          <w:tcPr>
            <w:tcW w:w="2592" w:type="dxa"/>
            <w:tcMar>
              <w:top w:w="80" w:type="dxa"/>
              <w:left w:w="90" w:type="dxa"/>
              <w:bottom w:w="80" w:type="dxa"/>
              <w:right w:w="90" w:type="dxa"/>
            </w:tcMar>
            <w:vAlign w:val="center"/>
          </w:tcPr>
          <w:p w14:paraId="02ED4197"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62F9EBC9" w14:textId="77777777" w:rsidR="00AE4575" w:rsidRDefault="00000000">
            <w:pPr>
              <w:spacing w:after="20"/>
            </w:pPr>
            <w:r>
              <w:rPr>
                <w:sz w:val="16"/>
              </w:rPr>
              <w:t>Counting objects; recognising 1–5; words 1–5; recognising 6–10; words 6–10; comparing numbers; more/fewer than; number patterns; count and add; adding by counting on; positions; position symbols; ordinal numbers; shapes; counting shapes; length; mass.</w:t>
            </w:r>
          </w:p>
        </w:tc>
      </w:tr>
      <w:tr w:rsidR="00AE4575" w14:paraId="665C6465" w14:textId="77777777">
        <w:trPr>
          <w:jc w:val="center"/>
        </w:trPr>
        <w:tc>
          <w:tcPr>
            <w:tcW w:w="2592" w:type="dxa"/>
            <w:tcMar>
              <w:top w:w="80" w:type="dxa"/>
              <w:left w:w="90" w:type="dxa"/>
              <w:bottom w:w="80" w:type="dxa"/>
              <w:right w:w="90" w:type="dxa"/>
            </w:tcMar>
            <w:vAlign w:val="center"/>
          </w:tcPr>
          <w:p w14:paraId="6A4F44B4" w14:textId="77777777" w:rsidR="00AE4575" w:rsidRDefault="00000000">
            <w:pPr>
              <w:spacing w:after="20"/>
            </w:pPr>
            <w:r>
              <w:rPr>
                <w:b/>
                <w:sz w:val="16"/>
              </w:rPr>
              <w:t>Shapeys Mathematics Activity Book Level 1 Part 2</w:t>
            </w:r>
          </w:p>
        </w:tc>
        <w:tc>
          <w:tcPr>
            <w:tcW w:w="2592" w:type="dxa"/>
            <w:tcMar>
              <w:top w:w="80" w:type="dxa"/>
              <w:left w:w="90" w:type="dxa"/>
              <w:bottom w:w="80" w:type="dxa"/>
              <w:right w:w="90" w:type="dxa"/>
            </w:tcMar>
            <w:vAlign w:val="center"/>
          </w:tcPr>
          <w:p w14:paraId="7E0BA38D" w14:textId="77777777" w:rsidR="00AE4575" w:rsidRDefault="00000000">
            <w:pPr>
              <w:spacing w:after="20"/>
            </w:pPr>
            <w:r>
              <w:rPr>
                <w:sz w:val="16"/>
              </w:rPr>
              <w:t>978-981-7327-1</w:t>
            </w:r>
          </w:p>
        </w:tc>
        <w:tc>
          <w:tcPr>
            <w:tcW w:w="2592" w:type="dxa"/>
            <w:tcMar>
              <w:top w:w="80" w:type="dxa"/>
              <w:left w:w="90" w:type="dxa"/>
              <w:bottom w:w="80" w:type="dxa"/>
              <w:right w:w="90" w:type="dxa"/>
            </w:tcMar>
            <w:vAlign w:val="center"/>
          </w:tcPr>
          <w:p w14:paraId="1F8E4339"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2FB5A3DF" w14:textId="77777777" w:rsidR="00AE4575" w:rsidRDefault="00000000">
            <w:pPr>
              <w:spacing w:after="20"/>
            </w:pPr>
            <w:r>
              <w:rPr>
                <w:sz w:val="16"/>
              </w:rPr>
              <w:t>Counting and knowing number words to 20; writing numerals 11–15, 16–20; writing number words 16–20; more than/fewer than; number patterns; parts and whole; counting on; subtracting by crossing out; time to the hour; coins and their value.</w:t>
            </w:r>
          </w:p>
        </w:tc>
      </w:tr>
      <w:tr w:rsidR="00AE4575" w14:paraId="10CAB453" w14:textId="77777777">
        <w:trPr>
          <w:jc w:val="center"/>
        </w:trPr>
        <w:tc>
          <w:tcPr>
            <w:tcW w:w="2592" w:type="dxa"/>
            <w:tcMar>
              <w:top w:w="80" w:type="dxa"/>
              <w:left w:w="90" w:type="dxa"/>
              <w:bottom w:w="80" w:type="dxa"/>
              <w:right w:w="90" w:type="dxa"/>
            </w:tcMar>
            <w:vAlign w:val="center"/>
          </w:tcPr>
          <w:p w14:paraId="0184745A" w14:textId="77777777" w:rsidR="00AE4575" w:rsidRDefault="00000000">
            <w:pPr>
              <w:spacing w:after="20"/>
            </w:pPr>
            <w:r>
              <w:rPr>
                <w:b/>
                <w:sz w:val="16"/>
              </w:rPr>
              <w:t>Shapeys Mathematics Activity Book Level 2 Part 1</w:t>
            </w:r>
          </w:p>
        </w:tc>
        <w:tc>
          <w:tcPr>
            <w:tcW w:w="2592" w:type="dxa"/>
            <w:tcMar>
              <w:top w:w="80" w:type="dxa"/>
              <w:left w:w="90" w:type="dxa"/>
              <w:bottom w:w="80" w:type="dxa"/>
              <w:right w:w="90" w:type="dxa"/>
            </w:tcMar>
            <w:vAlign w:val="center"/>
          </w:tcPr>
          <w:p w14:paraId="51704542" w14:textId="77777777" w:rsidR="00AE4575" w:rsidRDefault="00000000">
            <w:pPr>
              <w:spacing w:after="20"/>
            </w:pPr>
            <w:r>
              <w:rPr>
                <w:sz w:val="16"/>
              </w:rPr>
              <w:t>978-981-08-7332-5</w:t>
            </w:r>
          </w:p>
        </w:tc>
        <w:tc>
          <w:tcPr>
            <w:tcW w:w="2592" w:type="dxa"/>
            <w:tcMar>
              <w:top w:w="80" w:type="dxa"/>
              <w:left w:w="90" w:type="dxa"/>
              <w:bottom w:w="80" w:type="dxa"/>
              <w:right w:w="90" w:type="dxa"/>
            </w:tcMar>
            <w:vAlign w:val="center"/>
          </w:tcPr>
          <w:p w14:paraId="5B1DE764"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2542DAA5" w14:textId="77777777" w:rsidR="00AE4575" w:rsidRDefault="00000000">
            <w:pPr>
              <w:spacing w:after="20"/>
            </w:pPr>
            <w:r>
              <w:rPr>
                <w:sz w:val="16"/>
              </w:rPr>
              <w:t>Count by groups of tens; matching numerals and words; comparing numbers; number patterns; adding tens and ones; number bonds; subtract by crossing out; counting backwards; story sums; positions and symbols; left and right; 2-D and 3-D patterns; measuring length and mass using an object.</w:t>
            </w:r>
          </w:p>
        </w:tc>
      </w:tr>
      <w:tr w:rsidR="00AE4575" w14:paraId="23310A1D" w14:textId="77777777">
        <w:trPr>
          <w:jc w:val="center"/>
        </w:trPr>
        <w:tc>
          <w:tcPr>
            <w:tcW w:w="2592" w:type="dxa"/>
            <w:tcMar>
              <w:top w:w="80" w:type="dxa"/>
              <w:left w:w="90" w:type="dxa"/>
              <w:bottom w:w="80" w:type="dxa"/>
              <w:right w:w="90" w:type="dxa"/>
            </w:tcMar>
            <w:vAlign w:val="center"/>
          </w:tcPr>
          <w:p w14:paraId="4B749976" w14:textId="77777777" w:rsidR="00AE4575" w:rsidRDefault="00000000">
            <w:pPr>
              <w:spacing w:after="20"/>
            </w:pPr>
            <w:r>
              <w:rPr>
                <w:b/>
                <w:sz w:val="16"/>
              </w:rPr>
              <w:t>Shapeys Mathematics Activity Book Level 2 Part 2</w:t>
            </w:r>
          </w:p>
        </w:tc>
        <w:tc>
          <w:tcPr>
            <w:tcW w:w="2592" w:type="dxa"/>
            <w:tcMar>
              <w:top w:w="80" w:type="dxa"/>
              <w:left w:w="90" w:type="dxa"/>
              <w:bottom w:w="80" w:type="dxa"/>
              <w:right w:w="90" w:type="dxa"/>
            </w:tcMar>
            <w:vAlign w:val="center"/>
          </w:tcPr>
          <w:p w14:paraId="53301E61" w14:textId="77777777" w:rsidR="00AE4575" w:rsidRDefault="00000000">
            <w:pPr>
              <w:spacing w:after="20"/>
            </w:pPr>
            <w:r>
              <w:rPr>
                <w:sz w:val="16"/>
              </w:rPr>
              <w:t>978-981-08-7333-2</w:t>
            </w:r>
          </w:p>
        </w:tc>
        <w:tc>
          <w:tcPr>
            <w:tcW w:w="2592" w:type="dxa"/>
            <w:tcMar>
              <w:top w:w="80" w:type="dxa"/>
              <w:left w:w="90" w:type="dxa"/>
              <w:bottom w:w="80" w:type="dxa"/>
              <w:right w:w="90" w:type="dxa"/>
            </w:tcMar>
            <w:vAlign w:val="center"/>
          </w:tcPr>
          <w:p w14:paraId="780A5942"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400F3A01" w14:textId="77777777" w:rsidR="00AE4575" w:rsidRDefault="00000000">
            <w:pPr>
              <w:spacing w:after="20"/>
            </w:pPr>
            <w:r>
              <w:rPr>
                <w:sz w:val="16"/>
              </w:rPr>
              <w:t>Counting objects; recognising and writing number and number words; grouping objects in tens; tens and ones; comparing numbers; number patterns; multiplication stories; grouping equally; division stories; half past — time; coins and notes.</w:t>
            </w:r>
          </w:p>
        </w:tc>
      </w:tr>
    </w:tbl>
    <w:p w14:paraId="2B5DB488" w14:textId="77777777" w:rsidR="00AE4575" w:rsidRDefault="00000000">
      <w:r>
        <w:br w:type="page"/>
      </w:r>
    </w:p>
    <w:p w14:paraId="44E38F83" w14:textId="54E0F684" w:rsidR="00AE4575" w:rsidRDefault="00E05CB0">
      <w:pPr>
        <w:pStyle w:val="Heading1"/>
      </w:pPr>
      <w:r>
        <w:lastRenderedPageBreak/>
        <w:t>9</w:t>
      </w:r>
      <w:r w:rsidR="00000000">
        <w:t>. Science — Levels 1 and 2</w:t>
      </w:r>
    </w:p>
    <w:p w14:paraId="690560B7" w14:textId="77777777" w:rsidR="00AE4575" w:rsidRDefault="00000000">
      <w:pPr>
        <w:pStyle w:val="Heading2"/>
      </w:pPr>
      <w:r>
        <w:t>Science Level 1</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502624F6" w14:textId="77777777">
        <w:trPr>
          <w:tblHeader/>
          <w:jc w:val="center"/>
        </w:trPr>
        <w:tc>
          <w:tcPr>
            <w:tcW w:w="2592" w:type="dxa"/>
            <w:shd w:val="clear" w:color="auto" w:fill="1E88E5"/>
            <w:tcMar>
              <w:top w:w="80" w:type="dxa"/>
              <w:left w:w="90" w:type="dxa"/>
              <w:bottom w:w="80" w:type="dxa"/>
              <w:right w:w="90" w:type="dxa"/>
            </w:tcMar>
            <w:vAlign w:val="center"/>
          </w:tcPr>
          <w:p w14:paraId="0E5C3B4E"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035BC541"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72AAFEA4"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24F7C3FA" w14:textId="77777777" w:rsidR="00AE4575" w:rsidRDefault="00000000">
            <w:pPr>
              <w:spacing w:after="20"/>
            </w:pPr>
            <w:r>
              <w:rPr>
                <w:b/>
                <w:sz w:val="16"/>
              </w:rPr>
              <w:t>Learning Focus</w:t>
            </w:r>
          </w:p>
        </w:tc>
      </w:tr>
      <w:tr w:rsidR="00AE4575" w14:paraId="454B5FD4" w14:textId="77777777">
        <w:trPr>
          <w:jc w:val="center"/>
        </w:trPr>
        <w:tc>
          <w:tcPr>
            <w:tcW w:w="2592" w:type="dxa"/>
            <w:tcMar>
              <w:top w:w="80" w:type="dxa"/>
              <w:left w:w="90" w:type="dxa"/>
              <w:bottom w:w="80" w:type="dxa"/>
              <w:right w:w="90" w:type="dxa"/>
            </w:tcMar>
            <w:vAlign w:val="center"/>
          </w:tcPr>
          <w:p w14:paraId="6264D4B8" w14:textId="77777777" w:rsidR="00AE4575" w:rsidRDefault="00000000">
            <w:pPr>
              <w:spacing w:after="20"/>
            </w:pPr>
            <w:r>
              <w:rPr>
                <w:b/>
                <w:sz w:val="16"/>
              </w:rPr>
              <w:t>Shapeys What’s For Breakfast?</w:t>
            </w:r>
          </w:p>
        </w:tc>
        <w:tc>
          <w:tcPr>
            <w:tcW w:w="2592" w:type="dxa"/>
            <w:tcMar>
              <w:top w:w="80" w:type="dxa"/>
              <w:left w:w="90" w:type="dxa"/>
              <w:bottom w:w="80" w:type="dxa"/>
              <w:right w:w="90" w:type="dxa"/>
            </w:tcMar>
            <w:vAlign w:val="center"/>
          </w:tcPr>
          <w:p w14:paraId="51419180" w14:textId="77777777" w:rsidR="00AE4575" w:rsidRDefault="00000000">
            <w:pPr>
              <w:spacing w:after="20"/>
            </w:pPr>
            <w:r>
              <w:rPr>
                <w:sz w:val="16"/>
              </w:rPr>
              <w:t>978-981-08-7334-9</w:t>
            </w:r>
          </w:p>
        </w:tc>
        <w:tc>
          <w:tcPr>
            <w:tcW w:w="2592" w:type="dxa"/>
            <w:tcMar>
              <w:top w:w="80" w:type="dxa"/>
              <w:left w:w="90" w:type="dxa"/>
              <w:bottom w:w="80" w:type="dxa"/>
              <w:right w:w="90" w:type="dxa"/>
            </w:tcMar>
            <w:vAlign w:val="center"/>
          </w:tcPr>
          <w:p w14:paraId="5B77C29A"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1C716564" w14:textId="77777777" w:rsidR="00AE4575" w:rsidRDefault="00000000">
            <w:pPr>
              <w:spacing w:after="20"/>
            </w:pPr>
            <w:r>
              <w:rPr>
                <w:sz w:val="16"/>
              </w:rPr>
              <w:t>Temperature: hot and cold.</w:t>
            </w:r>
          </w:p>
        </w:tc>
      </w:tr>
      <w:tr w:rsidR="00AE4575" w14:paraId="4C0E75EE" w14:textId="77777777">
        <w:trPr>
          <w:jc w:val="center"/>
        </w:trPr>
        <w:tc>
          <w:tcPr>
            <w:tcW w:w="2592" w:type="dxa"/>
            <w:tcMar>
              <w:top w:w="80" w:type="dxa"/>
              <w:left w:w="90" w:type="dxa"/>
              <w:bottom w:w="80" w:type="dxa"/>
              <w:right w:w="90" w:type="dxa"/>
            </w:tcMar>
            <w:vAlign w:val="center"/>
          </w:tcPr>
          <w:p w14:paraId="77A83230" w14:textId="77777777" w:rsidR="00AE4575" w:rsidRDefault="00000000">
            <w:pPr>
              <w:spacing w:after="20"/>
            </w:pPr>
            <w:r>
              <w:rPr>
                <w:b/>
                <w:sz w:val="16"/>
              </w:rPr>
              <w:t>Shapeys Mix Them Up</w:t>
            </w:r>
          </w:p>
        </w:tc>
        <w:tc>
          <w:tcPr>
            <w:tcW w:w="2592" w:type="dxa"/>
            <w:tcMar>
              <w:top w:w="80" w:type="dxa"/>
              <w:left w:w="90" w:type="dxa"/>
              <w:bottom w:w="80" w:type="dxa"/>
              <w:right w:w="90" w:type="dxa"/>
            </w:tcMar>
            <w:vAlign w:val="center"/>
          </w:tcPr>
          <w:p w14:paraId="0A9A440A" w14:textId="77777777" w:rsidR="00AE4575" w:rsidRDefault="00000000">
            <w:pPr>
              <w:spacing w:after="20"/>
            </w:pPr>
            <w:r>
              <w:rPr>
                <w:sz w:val="16"/>
              </w:rPr>
              <w:t>978-981-08-7335-6</w:t>
            </w:r>
          </w:p>
        </w:tc>
        <w:tc>
          <w:tcPr>
            <w:tcW w:w="2592" w:type="dxa"/>
            <w:tcMar>
              <w:top w:w="80" w:type="dxa"/>
              <w:left w:w="90" w:type="dxa"/>
              <w:bottom w:w="80" w:type="dxa"/>
              <w:right w:w="90" w:type="dxa"/>
            </w:tcMar>
            <w:vAlign w:val="center"/>
          </w:tcPr>
          <w:p w14:paraId="5B30FCFC"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01664916" w14:textId="77777777" w:rsidR="00AE4575" w:rsidRDefault="00000000">
            <w:pPr>
              <w:spacing w:after="20"/>
            </w:pPr>
            <w:r>
              <w:rPr>
                <w:sz w:val="16"/>
              </w:rPr>
              <w:t>Primary and secondary colours.</w:t>
            </w:r>
          </w:p>
        </w:tc>
      </w:tr>
      <w:tr w:rsidR="00AE4575" w14:paraId="0CC1F36D" w14:textId="77777777">
        <w:trPr>
          <w:jc w:val="center"/>
        </w:trPr>
        <w:tc>
          <w:tcPr>
            <w:tcW w:w="2592" w:type="dxa"/>
            <w:tcMar>
              <w:top w:w="80" w:type="dxa"/>
              <w:left w:w="90" w:type="dxa"/>
              <w:bottom w:w="80" w:type="dxa"/>
              <w:right w:w="90" w:type="dxa"/>
            </w:tcMar>
            <w:vAlign w:val="center"/>
          </w:tcPr>
          <w:p w14:paraId="61CF1A5B" w14:textId="77777777" w:rsidR="00AE4575" w:rsidRDefault="00000000">
            <w:pPr>
              <w:spacing w:after="20"/>
            </w:pPr>
            <w:r>
              <w:rPr>
                <w:b/>
                <w:sz w:val="16"/>
              </w:rPr>
              <w:t>Shapeys Let’s Visit The Farm</w:t>
            </w:r>
          </w:p>
        </w:tc>
        <w:tc>
          <w:tcPr>
            <w:tcW w:w="2592" w:type="dxa"/>
            <w:tcMar>
              <w:top w:w="80" w:type="dxa"/>
              <w:left w:w="90" w:type="dxa"/>
              <w:bottom w:w="80" w:type="dxa"/>
              <w:right w:w="90" w:type="dxa"/>
            </w:tcMar>
            <w:vAlign w:val="center"/>
          </w:tcPr>
          <w:p w14:paraId="6132F3C4" w14:textId="77777777" w:rsidR="00AE4575" w:rsidRDefault="00000000">
            <w:pPr>
              <w:spacing w:after="20"/>
            </w:pPr>
            <w:r>
              <w:rPr>
                <w:sz w:val="16"/>
              </w:rPr>
              <w:t>978-981-08-7336-3</w:t>
            </w:r>
          </w:p>
        </w:tc>
        <w:tc>
          <w:tcPr>
            <w:tcW w:w="2592" w:type="dxa"/>
            <w:tcMar>
              <w:top w:w="80" w:type="dxa"/>
              <w:left w:w="90" w:type="dxa"/>
              <w:bottom w:w="80" w:type="dxa"/>
              <w:right w:w="90" w:type="dxa"/>
            </w:tcMar>
            <w:vAlign w:val="center"/>
          </w:tcPr>
          <w:p w14:paraId="7ABE96D1"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7CACD059" w14:textId="77777777" w:rsidR="00AE4575" w:rsidRDefault="00000000">
            <w:pPr>
              <w:spacing w:after="20"/>
            </w:pPr>
            <w:r>
              <w:rPr>
                <w:sz w:val="16"/>
              </w:rPr>
              <w:t>Animals and their young; farm animals.</w:t>
            </w:r>
          </w:p>
        </w:tc>
      </w:tr>
      <w:tr w:rsidR="00AE4575" w14:paraId="379EC91D" w14:textId="77777777">
        <w:trPr>
          <w:jc w:val="center"/>
        </w:trPr>
        <w:tc>
          <w:tcPr>
            <w:tcW w:w="2592" w:type="dxa"/>
            <w:tcMar>
              <w:top w:w="80" w:type="dxa"/>
              <w:left w:w="90" w:type="dxa"/>
              <w:bottom w:w="80" w:type="dxa"/>
              <w:right w:w="90" w:type="dxa"/>
            </w:tcMar>
            <w:vAlign w:val="center"/>
          </w:tcPr>
          <w:p w14:paraId="07A45147" w14:textId="77777777" w:rsidR="00AE4575" w:rsidRDefault="00000000">
            <w:pPr>
              <w:spacing w:after="20"/>
            </w:pPr>
            <w:r>
              <w:rPr>
                <w:b/>
                <w:sz w:val="16"/>
              </w:rPr>
              <w:t>Shapeys The Strange Dream</w:t>
            </w:r>
          </w:p>
        </w:tc>
        <w:tc>
          <w:tcPr>
            <w:tcW w:w="2592" w:type="dxa"/>
            <w:tcMar>
              <w:top w:w="80" w:type="dxa"/>
              <w:left w:w="90" w:type="dxa"/>
              <w:bottom w:w="80" w:type="dxa"/>
              <w:right w:w="90" w:type="dxa"/>
            </w:tcMar>
            <w:vAlign w:val="center"/>
          </w:tcPr>
          <w:p w14:paraId="45CEB881" w14:textId="77777777" w:rsidR="00AE4575" w:rsidRDefault="00000000">
            <w:pPr>
              <w:spacing w:after="20"/>
            </w:pPr>
            <w:r>
              <w:rPr>
                <w:sz w:val="16"/>
              </w:rPr>
              <w:t>978-981-08-7337-0</w:t>
            </w:r>
          </w:p>
        </w:tc>
        <w:tc>
          <w:tcPr>
            <w:tcW w:w="2592" w:type="dxa"/>
            <w:tcMar>
              <w:top w:w="80" w:type="dxa"/>
              <w:left w:w="90" w:type="dxa"/>
              <w:bottom w:w="80" w:type="dxa"/>
              <w:right w:w="90" w:type="dxa"/>
            </w:tcMar>
            <w:vAlign w:val="center"/>
          </w:tcPr>
          <w:p w14:paraId="2689110B"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735FA736" w14:textId="77777777" w:rsidR="00AE4575" w:rsidRDefault="00000000">
            <w:pPr>
              <w:spacing w:after="20"/>
            </w:pPr>
            <w:r>
              <w:rPr>
                <w:sz w:val="16"/>
              </w:rPr>
              <w:t>Properties of materials, such as wood, metal, plastic.</w:t>
            </w:r>
          </w:p>
        </w:tc>
      </w:tr>
    </w:tbl>
    <w:p w14:paraId="6196392C" w14:textId="77777777" w:rsidR="00AE4575" w:rsidRDefault="00AE4575"/>
    <w:p w14:paraId="5B1C2C71" w14:textId="77777777" w:rsidR="00AE4575" w:rsidRDefault="00000000">
      <w:pPr>
        <w:pStyle w:val="Heading2"/>
      </w:pPr>
      <w:r>
        <w:t>Science Level 2</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0F4E747B" w14:textId="77777777">
        <w:trPr>
          <w:tblHeader/>
          <w:jc w:val="center"/>
        </w:trPr>
        <w:tc>
          <w:tcPr>
            <w:tcW w:w="2592" w:type="dxa"/>
            <w:shd w:val="clear" w:color="auto" w:fill="1E88E5"/>
            <w:tcMar>
              <w:top w:w="80" w:type="dxa"/>
              <w:left w:w="90" w:type="dxa"/>
              <w:bottom w:w="80" w:type="dxa"/>
              <w:right w:w="90" w:type="dxa"/>
            </w:tcMar>
            <w:vAlign w:val="center"/>
          </w:tcPr>
          <w:p w14:paraId="62E1D49F"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0CA6D558"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775354ED"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52EDFEA2" w14:textId="77777777" w:rsidR="00AE4575" w:rsidRDefault="00000000">
            <w:pPr>
              <w:spacing w:after="20"/>
            </w:pPr>
            <w:r>
              <w:rPr>
                <w:b/>
                <w:sz w:val="16"/>
              </w:rPr>
              <w:t>Learning Focus</w:t>
            </w:r>
          </w:p>
        </w:tc>
      </w:tr>
      <w:tr w:rsidR="00AE4575" w14:paraId="632919A7" w14:textId="77777777">
        <w:trPr>
          <w:jc w:val="center"/>
        </w:trPr>
        <w:tc>
          <w:tcPr>
            <w:tcW w:w="2592" w:type="dxa"/>
            <w:tcMar>
              <w:top w:w="80" w:type="dxa"/>
              <w:left w:w="90" w:type="dxa"/>
              <w:bottom w:w="80" w:type="dxa"/>
              <w:right w:w="90" w:type="dxa"/>
            </w:tcMar>
            <w:vAlign w:val="center"/>
          </w:tcPr>
          <w:p w14:paraId="4FD74E2D" w14:textId="77777777" w:rsidR="00AE4575" w:rsidRDefault="00000000">
            <w:pPr>
              <w:spacing w:after="20"/>
            </w:pPr>
            <w:r>
              <w:rPr>
                <w:b/>
                <w:sz w:val="16"/>
              </w:rPr>
              <w:t>Shapeys Common Senses</w:t>
            </w:r>
          </w:p>
        </w:tc>
        <w:tc>
          <w:tcPr>
            <w:tcW w:w="2592" w:type="dxa"/>
            <w:tcMar>
              <w:top w:w="80" w:type="dxa"/>
              <w:left w:w="90" w:type="dxa"/>
              <w:bottom w:w="80" w:type="dxa"/>
              <w:right w:w="90" w:type="dxa"/>
            </w:tcMar>
            <w:vAlign w:val="center"/>
          </w:tcPr>
          <w:p w14:paraId="11DEF6BB" w14:textId="77777777" w:rsidR="00AE4575" w:rsidRDefault="00000000">
            <w:pPr>
              <w:spacing w:after="20"/>
            </w:pPr>
            <w:r>
              <w:rPr>
                <w:sz w:val="16"/>
              </w:rPr>
              <w:t>978-981-08-7340-0</w:t>
            </w:r>
          </w:p>
        </w:tc>
        <w:tc>
          <w:tcPr>
            <w:tcW w:w="2592" w:type="dxa"/>
            <w:tcMar>
              <w:top w:w="80" w:type="dxa"/>
              <w:left w:w="90" w:type="dxa"/>
              <w:bottom w:w="80" w:type="dxa"/>
              <w:right w:w="90" w:type="dxa"/>
            </w:tcMar>
            <w:vAlign w:val="center"/>
          </w:tcPr>
          <w:p w14:paraId="31AC2A5E"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34E22819" w14:textId="77777777" w:rsidR="00AE4575" w:rsidRDefault="00000000">
            <w:pPr>
              <w:spacing w:after="20"/>
            </w:pPr>
            <w:r>
              <w:rPr>
                <w:sz w:val="16"/>
              </w:rPr>
              <w:t>Our five senses; sense organs.</w:t>
            </w:r>
          </w:p>
        </w:tc>
      </w:tr>
      <w:tr w:rsidR="00AE4575" w14:paraId="3C48456F" w14:textId="77777777">
        <w:trPr>
          <w:jc w:val="center"/>
        </w:trPr>
        <w:tc>
          <w:tcPr>
            <w:tcW w:w="2592" w:type="dxa"/>
            <w:tcMar>
              <w:top w:w="80" w:type="dxa"/>
              <w:left w:w="90" w:type="dxa"/>
              <w:bottom w:w="80" w:type="dxa"/>
              <w:right w:w="90" w:type="dxa"/>
            </w:tcMar>
            <w:vAlign w:val="center"/>
          </w:tcPr>
          <w:p w14:paraId="3AC9FBF4" w14:textId="77777777" w:rsidR="00AE4575" w:rsidRDefault="00000000">
            <w:pPr>
              <w:spacing w:after="20"/>
            </w:pPr>
            <w:r>
              <w:rPr>
                <w:b/>
                <w:sz w:val="16"/>
              </w:rPr>
              <w:t>Shapeys In The Garden</w:t>
            </w:r>
          </w:p>
        </w:tc>
        <w:tc>
          <w:tcPr>
            <w:tcW w:w="2592" w:type="dxa"/>
            <w:tcMar>
              <w:top w:w="80" w:type="dxa"/>
              <w:left w:w="90" w:type="dxa"/>
              <w:bottom w:w="80" w:type="dxa"/>
              <w:right w:w="90" w:type="dxa"/>
            </w:tcMar>
            <w:vAlign w:val="center"/>
          </w:tcPr>
          <w:p w14:paraId="71D382C6" w14:textId="77777777" w:rsidR="00AE4575" w:rsidRDefault="00000000">
            <w:pPr>
              <w:spacing w:after="20"/>
            </w:pPr>
            <w:r>
              <w:rPr>
                <w:sz w:val="16"/>
              </w:rPr>
              <w:t>978-981-08-7341-7</w:t>
            </w:r>
          </w:p>
        </w:tc>
        <w:tc>
          <w:tcPr>
            <w:tcW w:w="2592" w:type="dxa"/>
            <w:tcMar>
              <w:top w:w="80" w:type="dxa"/>
              <w:left w:w="90" w:type="dxa"/>
              <w:bottom w:w="80" w:type="dxa"/>
              <w:right w:w="90" w:type="dxa"/>
            </w:tcMar>
            <w:vAlign w:val="center"/>
          </w:tcPr>
          <w:p w14:paraId="5A4CDC8A"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51B588A7" w14:textId="77777777" w:rsidR="00AE4575" w:rsidRDefault="00000000">
            <w:pPr>
              <w:spacing w:after="20"/>
            </w:pPr>
            <w:r>
              <w:rPr>
                <w:sz w:val="16"/>
              </w:rPr>
              <w:t>Plants and plant parts.</w:t>
            </w:r>
          </w:p>
        </w:tc>
      </w:tr>
      <w:tr w:rsidR="00AE4575" w14:paraId="7381ED31" w14:textId="77777777">
        <w:trPr>
          <w:jc w:val="center"/>
        </w:trPr>
        <w:tc>
          <w:tcPr>
            <w:tcW w:w="2592" w:type="dxa"/>
            <w:tcMar>
              <w:top w:w="80" w:type="dxa"/>
              <w:left w:w="90" w:type="dxa"/>
              <w:bottom w:w="80" w:type="dxa"/>
              <w:right w:w="90" w:type="dxa"/>
            </w:tcMar>
            <w:vAlign w:val="center"/>
          </w:tcPr>
          <w:p w14:paraId="3B9C9A34" w14:textId="77777777" w:rsidR="00AE4575" w:rsidRDefault="00000000">
            <w:pPr>
              <w:spacing w:after="20"/>
            </w:pPr>
            <w:r>
              <w:rPr>
                <w:b/>
                <w:sz w:val="16"/>
              </w:rPr>
              <w:t>Shapeys Two And Two</w:t>
            </w:r>
          </w:p>
        </w:tc>
        <w:tc>
          <w:tcPr>
            <w:tcW w:w="2592" w:type="dxa"/>
            <w:tcMar>
              <w:top w:w="80" w:type="dxa"/>
              <w:left w:w="90" w:type="dxa"/>
              <w:bottom w:w="80" w:type="dxa"/>
              <w:right w:w="90" w:type="dxa"/>
            </w:tcMar>
            <w:vAlign w:val="center"/>
          </w:tcPr>
          <w:p w14:paraId="01D47F6E" w14:textId="77777777" w:rsidR="00AE4575" w:rsidRDefault="00000000">
            <w:pPr>
              <w:spacing w:after="20"/>
            </w:pPr>
            <w:r>
              <w:rPr>
                <w:sz w:val="16"/>
              </w:rPr>
              <w:t>978-981-08-7342-4</w:t>
            </w:r>
          </w:p>
        </w:tc>
        <w:tc>
          <w:tcPr>
            <w:tcW w:w="2592" w:type="dxa"/>
            <w:tcMar>
              <w:top w:w="80" w:type="dxa"/>
              <w:left w:w="90" w:type="dxa"/>
              <w:bottom w:w="80" w:type="dxa"/>
              <w:right w:w="90" w:type="dxa"/>
            </w:tcMar>
            <w:vAlign w:val="center"/>
          </w:tcPr>
          <w:p w14:paraId="50295DD3"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5E0150B4" w14:textId="77777777" w:rsidR="00AE4575" w:rsidRDefault="00000000">
            <w:pPr>
              <w:spacing w:after="20"/>
            </w:pPr>
            <w:r>
              <w:rPr>
                <w:sz w:val="16"/>
              </w:rPr>
              <w:t>A healthy diet.</w:t>
            </w:r>
          </w:p>
        </w:tc>
      </w:tr>
      <w:tr w:rsidR="00AE4575" w14:paraId="3D01B963" w14:textId="77777777">
        <w:trPr>
          <w:jc w:val="center"/>
        </w:trPr>
        <w:tc>
          <w:tcPr>
            <w:tcW w:w="2592" w:type="dxa"/>
            <w:tcMar>
              <w:top w:w="80" w:type="dxa"/>
              <w:left w:w="90" w:type="dxa"/>
              <w:bottom w:w="80" w:type="dxa"/>
              <w:right w:w="90" w:type="dxa"/>
            </w:tcMar>
            <w:vAlign w:val="center"/>
          </w:tcPr>
          <w:p w14:paraId="5A756EE7" w14:textId="77777777" w:rsidR="00AE4575" w:rsidRDefault="00000000">
            <w:pPr>
              <w:spacing w:after="20"/>
            </w:pPr>
            <w:r>
              <w:rPr>
                <w:b/>
                <w:sz w:val="16"/>
              </w:rPr>
              <w:t>Shapeys The Butterfly</w:t>
            </w:r>
          </w:p>
        </w:tc>
        <w:tc>
          <w:tcPr>
            <w:tcW w:w="2592" w:type="dxa"/>
            <w:tcMar>
              <w:top w:w="80" w:type="dxa"/>
              <w:left w:w="90" w:type="dxa"/>
              <w:bottom w:w="80" w:type="dxa"/>
              <w:right w:w="90" w:type="dxa"/>
            </w:tcMar>
            <w:vAlign w:val="center"/>
          </w:tcPr>
          <w:p w14:paraId="662C88BB" w14:textId="77777777" w:rsidR="00AE4575" w:rsidRDefault="00000000">
            <w:pPr>
              <w:spacing w:after="20"/>
            </w:pPr>
            <w:r>
              <w:rPr>
                <w:sz w:val="16"/>
              </w:rPr>
              <w:t>978-981-08-7343-1</w:t>
            </w:r>
          </w:p>
        </w:tc>
        <w:tc>
          <w:tcPr>
            <w:tcW w:w="2592" w:type="dxa"/>
            <w:tcMar>
              <w:top w:w="80" w:type="dxa"/>
              <w:left w:w="90" w:type="dxa"/>
              <w:bottom w:w="80" w:type="dxa"/>
              <w:right w:w="90" w:type="dxa"/>
            </w:tcMar>
            <w:vAlign w:val="center"/>
          </w:tcPr>
          <w:p w14:paraId="55864E97"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1C81DCD6" w14:textId="77777777" w:rsidR="00AE4575" w:rsidRDefault="00000000">
            <w:pPr>
              <w:spacing w:after="20"/>
            </w:pPr>
            <w:r>
              <w:rPr>
                <w:sz w:val="16"/>
              </w:rPr>
              <w:t>The life cycle of a butterfly.</w:t>
            </w:r>
          </w:p>
        </w:tc>
      </w:tr>
    </w:tbl>
    <w:p w14:paraId="0631D4EC" w14:textId="77777777" w:rsidR="00AE4575" w:rsidRDefault="00000000">
      <w:r>
        <w:br w:type="page"/>
      </w:r>
    </w:p>
    <w:p w14:paraId="40C21FED" w14:textId="129AFB61" w:rsidR="00AE4575" w:rsidRDefault="00000000">
      <w:pPr>
        <w:pStyle w:val="Heading1"/>
      </w:pPr>
      <w:r>
        <w:lastRenderedPageBreak/>
        <w:t>1</w:t>
      </w:r>
      <w:r w:rsidR="00E05CB0">
        <w:t>0</w:t>
      </w:r>
      <w:r>
        <w:t>. Science Activity Books</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6A737F7C" w14:textId="77777777">
        <w:trPr>
          <w:tblHeader/>
          <w:jc w:val="center"/>
        </w:trPr>
        <w:tc>
          <w:tcPr>
            <w:tcW w:w="2592" w:type="dxa"/>
            <w:shd w:val="clear" w:color="auto" w:fill="1E88E5"/>
            <w:tcMar>
              <w:top w:w="80" w:type="dxa"/>
              <w:left w:w="90" w:type="dxa"/>
              <w:bottom w:w="80" w:type="dxa"/>
              <w:right w:w="90" w:type="dxa"/>
            </w:tcMar>
            <w:vAlign w:val="center"/>
          </w:tcPr>
          <w:p w14:paraId="724F97CB"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727F38A2"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15ACA2A7"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1AE8A7A1" w14:textId="77777777" w:rsidR="00AE4575" w:rsidRDefault="00000000">
            <w:pPr>
              <w:spacing w:after="20"/>
            </w:pPr>
            <w:r>
              <w:rPr>
                <w:b/>
                <w:sz w:val="16"/>
              </w:rPr>
              <w:t>Learning Focus</w:t>
            </w:r>
          </w:p>
        </w:tc>
      </w:tr>
      <w:tr w:rsidR="00AE4575" w14:paraId="3933B82B" w14:textId="77777777">
        <w:trPr>
          <w:jc w:val="center"/>
        </w:trPr>
        <w:tc>
          <w:tcPr>
            <w:tcW w:w="2592" w:type="dxa"/>
            <w:tcMar>
              <w:top w:w="80" w:type="dxa"/>
              <w:left w:w="90" w:type="dxa"/>
              <w:bottom w:w="80" w:type="dxa"/>
              <w:right w:w="90" w:type="dxa"/>
            </w:tcMar>
            <w:vAlign w:val="center"/>
          </w:tcPr>
          <w:p w14:paraId="6BEEBA7F" w14:textId="77777777" w:rsidR="00AE4575" w:rsidRDefault="00000000">
            <w:pPr>
              <w:spacing w:after="20"/>
            </w:pPr>
            <w:r>
              <w:rPr>
                <w:b/>
                <w:sz w:val="16"/>
              </w:rPr>
              <w:t>Shapeys Science Activity Book Level 1 Part 1</w:t>
            </w:r>
          </w:p>
        </w:tc>
        <w:tc>
          <w:tcPr>
            <w:tcW w:w="2592" w:type="dxa"/>
            <w:tcMar>
              <w:top w:w="80" w:type="dxa"/>
              <w:left w:w="90" w:type="dxa"/>
              <w:bottom w:w="80" w:type="dxa"/>
              <w:right w:w="90" w:type="dxa"/>
            </w:tcMar>
            <w:vAlign w:val="center"/>
          </w:tcPr>
          <w:p w14:paraId="40757D0B" w14:textId="77777777" w:rsidR="00AE4575" w:rsidRDefault="00000000">
            <w:pPr>
              <w:spacing w:after="20"/>
            </w:pPr>
            <w:r>
              <w:rPr>
                <w:sz w:val="16"/>
              </w:rPr>
              <w:t>978-981-08-7338-7</w:t>
            </w:r>
          </w:p>
        </w:tc>
        <w:tc>
          <w:tcPr>
            <w:tcW w:w="2592" w:type="dxa"/>
            <w:tcMar>
              <w:top w:w="80" w:type="dxa"/>
              <w:left w:w="90" w:type="dxa"/>
              <w:bottom w:w="80" w:type="dxa"/>
              <w:right w:w="90" w:type="dxa"/>
            </w:tcMar>
            <w:vAlign w:val="center"/>
          </w:tcPr>
          <w:p w14:paraId="764ADFD7"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317A3AEF" w14:textId="77777777" w:rsidR="00AE4575" w:rsidRDefault="00000000">
            <w:pPr>
              <w:spacing w:after="20"/>
            </w:pPr>
            <w:r>
              <w:rPr>
                <w:sz w:val="16"/>
              </w:rPr>
              <w:t>Parts of our body; sense organs and senses; what can our body do?; hot and cold; colours and their names; mixing colours; types of weather; tame or wild animals; farm animals; jungle animals.</w:t>
            </w:r>
          </w:p>
        </w:tc>
      </w:tr>
      <w:tr w:rsidR="00AE4575" w14:paraId="3E62C800" w14:textId="77777777">
        <w:trPr>
          <w:jc w:val="center"/>
        </w:trPr>
        <w:tc>
          <w:tcPr>
            <w:tcW w:w="2592" w:type="dxa"/>
            <w:tcMar>
              <w:top w:w="80" w:type="dxa"/>
              <w:left w:w="90" w:type="dxa"/>
              <w:bottom w:w="80" w:type="dxa"/>
              <w:right w:w="90" w:type="dxa"/>
            </w:tcMar>
            <w:vAlign w:val="center"/>
          </w:tcPr>
          <w:p w14:paraId="102D1F31" w14:textId="77777777" w:rsidR="00AE4575" w:rsidRDefault="00000000">
            <w:pPr>
              <w:spacing w:after="20"/>
            </w:pPr>
            <w:r>
              <w:rPr>
                <w:b/>
                <w:sz w:val="16"/>
              </w:rPr>
              <w:t>Shapeys Science Activity Book Level 1 Part 2</w:t>
            </w:r>
          </w:p>
        </w:tc>
        <w:tc>
          <w:tcPr>
            <w:tcW w:w="2592" w:type="dxa"/>
            <w:tcMar>
              <w:top w:w="80" w:type="dxa"/>
              <w:left w:w="90" w:type="dxa"/>
              <w:bottom w:w="80" w:type="dxa"/>
              <w:right w:w="90" w:type="dxa"/>
            </w:tcMar>
            <w:vAlign w:val="center"/>
          </w:tcPr>
          <w:p w14:paraId="2E125EE9" w14:textId="77777777" w:rsidR="00AE4575" w:rsidRDefault="00000000">
            <w:pPr>
              <w:spacing w:after="20"/>
            </w:pPr>
            <w:r>
              <w:rPr>
                <w:sz w:val="16"/>
              </w:rPr>
              <w:t>978-981-08-7339-4</w:t>
            </w:r>
          </w:p>
        </w:tc>
        <w:tc>
          <w:tcPr>
            <w:tcW w:w="2592" w:type="dxa"/>
            <w:tcMar>
              <w:top w:w="80" w:type="dxa"/>
              <w:left w:w="90" w:type="dxa"/>
              <w:bottom w:w="80" w:type="dxa"/>
              <w:right w:w="90" w:type="dxa"/>
            </w:tcMar>
            <w:vAlign w:val="center"/>
          </w:tcPr>
          <w:p w14:paraId="11CFEEC2"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71074158" w14:textId="77777777" w:rsidR="00AE4575" w:rsidRDefault="00000000">
            <w:pPr>
              <w:spacing w:after="20"/>
            </w:pPr>
            <w:r>
              <w:rPr>
                <w:sz w:val="16"/>
              </w:rPr>
              <w:t>Living or non-living; living things grow; matching adult and young; names of the young; land or water; what animal is this?; parts of a plant; parts of a leaf; materials.</w:t>
            </w:r>
          </w:p>
        </w:tc>
      </w:tr>
      <w:tr w:rsidR="00AE4575" w14:paraId="33A99096" w14:textId="77777777">
        <w:trPr>
          <w:jc w:val="center"/>
        </w:trPr>
        <w:tc>
          <w:tcPr>
            <w:tcW w:w="2592" w:type="dxa"/>
            <w:tcMar>
              <w:top w:w="80" w:type="dxa"/>
              <w:left w:w="90" w:type="dxa"/>
              <w:bottom w:w="80" w:type="dxa"/>
              <w:right w:w="90" w:type="dxa"/>
            </w:tcMar>
            <w:vAlign w:val="center"/>
          </w:tcPr>
          <w:p w14:paraId="6E9F8BBA" w14:textId="77777777" w:rsidR="00AE4575" w:rsidRDefault="00000000">
            <w:pPr>
              <w:spacing w:after="20"/>
            </w:pPr>
            <w:r>
              <w:rPr>
                <w:b/>
                <w:sz w:val="16"/>
              </w:rPr>
              <w:t>Shapeys Science Activity Book Level 2 Part 1</w:t>
            </w:r>
          </w:p>
        </w:tc>
        <w:tc>
          <w:tcPr>
            <w:tcW w:w="2592" w:type="dxa"/>
            <w:tcMar>
              <w:top w:w="80" w:type="dxa"/>
              <w:left w:w="90" w:type="dxa"/>
              <w:bottom w:w="80" w:type="dxa"/>
              <w:right w:w="90" w:type="dxa"/>
            </w:tcMar>
            <w:vAlign w:val="center"/>
          </w:tcPr>
          <w:p w14:paraId="79C055B4" w14:textId="77777777" w:rsidR="00AE4575" w:rsidRDefault="00000000">
            <w:pPr>
              <w:spacing w:after="20"/>
            </w:pPr>
            <w:r>
              <w:rPr>
                <w:sz w:val="16"/>
              </w:rPr>
              <w:t>978-981-08-7344-8</w:t>
            </w:r>
          </w:p>
        </w:tc>
        <w:tc>
          <w:tcPr>
            <w:tcW w:w="2592" w:type="dxa"/>
            <w:tcMar>
              <w:top w:w="80" w:type="dxa"/>
              <w:left w:w="90" w:type="dxa"/>
              <w:bottom w:w="80" w:type="dxa"/>
              <w:right w:w="90" w:type="dxa"/>
            </w:tcMar>
            <w:vAlign w:val="center"/>
          </w:tcPr>
          <w:p w14:paraId="62A4D366"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684ED761" w14:textId="77777777" w:rsidR="00AE4575" w:rsidRDefault="00000000">
            <w:pPr>
              <w:spacing w:after="20"/>
            </w:pPr>
            <w:r>
              <w:rPr>
                <w:sz w:val="16"/>
              </w:rPr>
              <w:t>Five senses; colours of the rainbow; names of colours; recognising colours; parts of insects and animals; plants and their functions.</w:t>
            </w:r>
          </w:p>
        </w:tc>
      </w:tr>
      <w:tr w:rsidR="00AE4575" w14:paraId="4A1EEB69" w14:textId="77777777">
        <w:trPr>
          <w:jc w:val="center"/>
        </w:trPr>
        <w:tc>
          <w:tcPr>
            <w:tcW w:w="2592" w:type="dxa"/>
            <w:tcMar>
              <w:top w:w="80" w:type="dxa"/>
              <w:left w:w="90" w:type="dxa"/>
              <w:bottom w:w="80" w:type="dxa"/>
              <w:right w:w="90" w:type="dxa"/>
            </w:tcMar>
            <w:vAlign w:val="center"/>
          </w:tcPr>
          <w:p w14:paraId="0B1C96FF" w14:textId="77777777" w:rsidR="00AE4575" w:rsidRDefault="00000000">
            <w:pPr>
              <w:spacing w:after="20"/>
            </w:pPr>
            <w:r>
              <w:rPr>
                <w:b/>
                <w:sz w:val="16"/>
              </w:rPr>
              <w:t>Shapeys Science Activity Book Level 2 Part 2</w:t>
            </w:r>
          </w:p>
        </w:tc>
        <w:tc>
          <w:tcPr>
            <w:tcW w:w="2592" w:type="dxa"/>
            <w:tcMar>
              <w:top w:w="80" w:type="dxa"/>
              <w:left w:w="90" w:type="dxa"/>
              <w:bottom w:w="80" w:type="dxa"/>
              <w:right w:w="90" w:type="dxa"/>
            </w:tcMar>
            <w:vAlign w:val="center"/>
          </w:tcPr>
          <w:p w14:paraId="62D97992" w14:textId="77777777" w:rsidR="00AE4575" w:rsidRDefault="00000000">
            <w:pPr>
              <w:spacing w:after="20"/>
            </w:pPr>
            <w:r>
              <w:rPr>
                <w:sz w:val="16"/>
              </w:rPr>
              <w:t>978-981-08-7345-5</w:t>
            </w:r>
          </w:p>
        </w:tc>
        <w:tc>
          <w:tcPr>
            <w:tcW w:w="2592" w:type="dxa"/>
            <w:tcMar>
              <w:top w:w="80" w:type="dxa"/>
              <w:left w:w="90" w:type="dxa"/>
              <w:bottom w:w="80" w:type="dxa"/>
              <w:right w:w="90" w:type="dxa"/>
            </w:tcMar>
            <w:vAlign w:val="center"/>
          </w:tcPr>
          <w:p w14:paraId="4C19B413"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111E152C" w14:textId="77777777" w:rsidR="00AE4575" w:rsidRDefault="00000000">
            <w:pPr>
              <w:spacing w:after="20"/>
            </w:pPr>
            <w:r>
              <w:rPr>
                <w:sz w:val="16"/>
              </w:rPr>
              <w:t>Animals that lay eggs; animals that do not lay eggs; life cycle of a butterfly; healthy food and drink; float or sink?; what material is used?; metal objects; magnetic or non-magnetic?</w:t>
            </w:r>
          </w:p>
        </w:tc>
      </w:tr>
    </w:tbl>
    <w:p w14:paraId="1F39FE5A" w14:textId="77777777" w:rsidR="00AE4575" w:rsidRDefault="00000000">
      <w:r>
        <w:br w:type="page"/>
      </w:r>
    </w:p>
    <w:p w14:paraId="0EDF890E" w14:textId="49CB0A79" w:rsidR="00AE4575" w:rsidRDefault="00000000">
      <w:pPr>
        <w:pStyle w:val="Heading1"/>
      </w:pPr>
      <w:r>
        <w:lastRenderedPageBreak/>
        <w:t>1</w:t>
      </w:r>
      <w:r w:rsidR="00E05CB0">
        <w:t>1</w:t>
      </w:r>
      <w:r>
        <w:t>. Life Skills — Levels 1 and 2</w:t>
      </w:r>
    </w:p>
    <w:p w14:paraId="3099A711" w14:textId="77777777" w:rsidR="00AE4575" w:rsidRDefault="00000000">
      <w:pPr>
        <w:pStyle w:val="Heading2"/>
      </w:pPr>
      <w:r>
        <w:t>Life Skills Level 1</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4CF27977" w14:textId="77777777">
        <w:trPr>
          <w:tblHeader/>
          <w:jc w:val="center"/>
        </w:trPr>
        <w:tc>
          <w:tcPr>
            <w:tcW w:w="2592" w:type="dxa"/>
            <w:shd w:val="clear" w:color="auto" w:fill="1E88E5"/>
            <w:tcMar>
              <w:top w:w="80" w:type="dxa"/>
              <w:left w:w="90" w:type="dxa"/>
              <w:bottom w:w="80" w:type="dxa"/>
              <w:right w:w="90" w:type="dxa"/>
            </w:tcMar>
            <w:vAlign w:val="center"/>
          </w:tcPr>
          <w:p w14:paraId="11AB0DDF"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6A3FDD8E"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2F237D9C"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7F968829" w14:textId="77777777" w:rsidR="00AE4575" w:rsidRDefault="00000000">
            <w:pPr>
              <w:spacing w:after="20"/>
            </w:pPr>
            <w:r>
              <w:rPr>
                <w:b/>
                <w:sz w:val="16"/>
              </w:rPr>
              <w:t>Learning Focus</w:t>
            </w:r>
          </w:p>
        </w:tc>
      </w:tr>
      <w:tr w:rsidR="00AE4575" w14:paraId="677D4F07" w14:textId="77777777">
        <w:trPr>
          <w:jc w:val="center"/>
        </w:trPr>
        <w:tc>
          <w:tcPr>
            <w:tcW w:w="2592" w:type="dxa"/>
            <w:tcMar>
              <w:top w:w="80" w:type="dxa"/>
              <w:left w:w="90" w:type="dxa"/>
              <w:bottom w:w="80" w:type="dxa"/>
              <w:right w:w="90" w:type="dxa"/>
            </w:tcMar>
            <w:vAlign w:val="center"/>
          </w:tcPr>
          <w:p w14:paraId="0D2AABB7" w14:textId="77777777" w:rsidR="00AE4575" w:rsidRDefault="00000000">
            <w:pPr>
              <w:spacing w:after="20"/>
            </w:pPr>
            <w:r>
              <w:rPr>
                <w:b/>
                <w:sz w:val="16"/>
              </w:rPr>
              <w:t>Shapeys You Can Do It!</w:t>
            </w:r>
          </w:p>
        </w:tc>
        <w:tc>
          <w:tcPr>
            <w:tcW w:w="2592" w:type="dxa"/>
            <w:tcMar>
              <w:top w:w="80" w:type="dxa"/>
              <w:left w:w="90" w:type="dxa"/>
              <w:bottom w:w="80" w:type="dxa"/>
              <w:right w:w="90" w:type="dxa"/>
            </w:tcMar>
            <w:vAlign w:val="center"/>
          </w:tcPr>
          <w:p w14:paraId="390A4B05" w14:textId="77777777" w:rsidR="00AE4575" w:rsidRDefault="00000000">
            <w:pPr>
              <w:spacing w:after="20"/>
            </w:pPr>
            <w:r>
              <w:rPr>
                <w:sz w:val="16"/>
              </w:rPr>
              <w:t>978-981-08-7346-2</w:t>
            </w:r>
          </w:p>
        </w:tc>
        <w:tc>
          <w:tcPr>
            <w:tcW w:w="2592" w:type="dxa"/>
            <w:tcMar>
              <w:top w:w="80" w:type="dxa"/>
              <w:left w:w="90" w:type="dxa"/>
              <w:bottom w:w="80" w:type="dxa"/>
              <w:right w:w="90" w:type="dxa"/>
            </w:tcMar>
            <w:vAlign w:val="center"/>
          </w:tcPr>
          <w:p w14:paraId="5AECD9DA"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4B6E74A2" w14:textId="77777777" w:rsidR="00AE4575" w:rsidRDefault="00000000">
            <w:pPr>
              <w:spacing w:after="20"/>
            </w:pPr>
            <w:r>
              <w:rPr>
                <w:sz w:val="16"/>
              </w:rPr>
              <w:t>Building self esteem.</w:t>
            </w:r>
          </w:p>
        </w:tc>
      </w:tr>
      <w:tr w:rsidR="00AE4575" w14:paraId="533499F5" w14:textId="77777777">
        <w:trPr>
          <w:jc w:val="center"/>
        </w:trPr>
        <w:tc>
          <w:tcPr>
            <w:tcW w:w="2592" w:type="dxa"/>
            <w:tcMar>
              <w:top w:w="80" w:type="dxa"/>
              <w:left w:w="90" w:type="dxa"/>
              <w:bottom w:w="80" w:type="dxa"/>
              <w:right w:w="90" w:type="dxa"/>
            </w:tcMar>
            <w:vAlign w:val="center"/>
          </w:tcPr>
          <w:p w14:paraId="4D4DBA20" w14:textId="77777777" w:rsidR="00AE4575" w:rsidRDefault="00000000">
            <w:pPr>
              <w:spacing w:after="20"/>
            </w:pPr>
            <w:r>
              <w:rPr>
                <w:b/>
                <w:sz w:val="16"/>
              </w:rPr>
              <w:t>Shapeys Little Lessons</w:t>
            </w:r>
          </w:p>
        </w:tc>
        <w:tc>
          <w:tcPr>
            <w:tcW w:w="2592" w:type="dxa"/>
            <w:tcMar>
              <w:top w:w="80" w:type="dxa"/>
              <w:left w:w="90" w:type="dxa"/>
              <w:bottom w:w="80" w:type="dxa"/>
              <w:right w:w="90" w:type="dxa"/>
            </w:tcMar>
            <w:vAlign w:val="center"/>
          </w:tcPr>
          <w:p w14:paraId="39EA3DC2" w14:textId="77777777" w:rsidR="00AE4575" w:rsidRDefault="00000000">
            <w:pPr>
              <w:spacing w:after="20"/>
            </w:pPr>
            <w:r>
              <w:rPr>
                <w:sz w:val="16"/>
              </w:rPr>
              <w:t>978-981-08-7347-9</w:t>
            </w:r>
          </w:p>
        </w:tc>
        <w:tc>
          <w:tcPr>
            <w:tcW w:w="2592" w:type="dxa"/>
            <w:tcMar>
              <w:top w:w="80" w:type="dxa"/>
              <w:left w:w="90" w:type="dxa"/>
              <w:bottom w:w="80" w:type="dxa"/>
              <w:right w:w="90" w:type="dxa"/>
            </w:tcMar>
            <w:vAlign w:val="center"/>
          </w:tcPr>
          <w:p w14:paraId="6A501709" w14:textId="77777777" w:rsidR="00AE4575" w:rsidRDefault="00000000">
            <w:pPr>
              <w:spacing w:after="20"/>
            </w:pPr>
            <w:r>
              <w:rPr>
                <w:sz w:val="16"/>
              </w:rPr>
              <w:t>210 × 210 mm</w:t>
            </w:r>
            <w:r>
              <w:rPr>
                <w:sz w:val="16"/>
              </w:rPr>
              <w:br/>
              <w:t>16 pages • 78 g</w:t>
            </w:r>
          </w:p>
        </w:tc>
        <w:tc>
          <w:tcPr>
            <w:tcW w:w="2592" w:type="dxa"/>
            <w:tcMar>
              <w:top w:w="80" w:type="dxa"/>
              <w:left w:w="90" w:type="dxa"/>
              <w:bottom w:w="80" w:type="dxa"/>
              <w:right w:w="90" w:type="dxa"/>
            </w:tcMar>
            <w:vAlign w:val="center"/>
          </w:tcPr>
          <w:p w14:paraId="1D90B320" w14:textId="77777777" w:rsidR="00AE4575" w:rsidRDefault="00000000">
            <w:pPr>
              <w:spacing w:after="20"/>
            </w:pPr>
            <w:r>
              <w:rPr>
                <w:sz w:val="16"/>
              </w:rPr>
              <w:t>Cultivating good habits.</w:t>
            </w:r>
          </w:p>
        </w:tc>
      </w:tr>
      <w:tr w:rsidR="00AE4575" w14:paraId="28FE7549" w14:textId="77777777">
        <w:trPr>
          <w:jc w:val="center"/>
        </w:trPr>
        <w:tc>
          <w:tcPr>
            <w:tcW w:w="2592" w:type="dxa"/>
            <w:tcMar>
              <w:top w:w="80" w:type="dxa"/>
              <w:left w:w="90" w:type="dxa"/>
              <w:bottom w:w="80" w:type="dxa"/>
              <w:right w:w="90" w:type="dxa"/>
            </w:tcMar>
            <w:vAlign w:val="center"/>
          </w:tcPr>
          <w:p w14:paraId="240322D9" w14:textId="77777777" w:rsidR="00AE4575" w:rsidRDefault="00000000">
            <w:pPr>
              <w:spacing w:after="20"/>
            </w:pPr>
            <w:r>
              <w:rPr>
                <w:b/>
                <w:sz w:val="16"/>
              </w:rPr>
              <w:t>Shapeys The Missing Lunchbox</w:t>
            </w:r>
          </w:p>
        </w:tc>
        <w:tc>
          <w:tcPr>
            <w:tcW w:w="2592" w:type="dxa"/>
            <w:tcMar>
              <w:top w:w="80" w:type="dxa"/>
              <w:left w:w="90" w:type="dxa"/>
              <w:bottom w:w="80" w:type="dxa"/>
              <w:right w:w="90" w:type="dxa"/>
            </w:tcMar>
            <w:vAlign w:val="center"/>
          </w:tcPr>
          <w:p w14:paraId="275CA651" w14:textId="77777777" w:rsidR="00AE4575" w:rsidRDefault="00000000">
            <w:pPr>
              <w:spacing w:after="20"/>
            </w:pPr>
            <w:r>
              <w:rPr>
                <w:sz w:val="16"/>
              </w:rPr>
              <w:t>978-981-08-7348-6</w:t>
            </w:r>
          </w:p>
        </w:tc>
        <w:tc>
          <w:tcPr>
            <w:tcW w:w="2592" w:type="dxa"/>
            <w:tcMar>
              <w:top w:w="80" w:type="dxa"/>
              <w:left w:w="90" w:type="dxa"/>
              <w:bottom w:w="80" w:type="dxa"/>
              <w:right w:w="90" w:type="dxa"/>
            </w:tcMar>
            <w:vAlign w:val="center"/>
          </w:tcPr>
          <w:p w14:paraId="28652FD8" w14:textId="77777777" w:rsidR="00AE4575" w:rsidRDefault="00000000">
            <w:pPr>
              <w:spacing w:after="20"/>
            </w:pPr>
            <w:r>
              <w:rPr>
                <w:sz w:val="16"/>
              </w:rPr>
              <w:t>210 × 210 mm</w:t>
            </w:r>
            <w:r>
              <w:rPr>
                <w:sz w:val="16"/>
              </w:rPr>
              <w:br/>
              <w:t>24 pages • 78 g</w:t>
            </w:r>
          </w:p>
        </w:tc>
        <w:tc>
          <w:tcPr>
            <w:tcW w:w="2592" w:type="dxa"/>
            <w:tcMar>
              <w:top w:w="80" w:type="dxa"/>
              <w:left w:w="90" w:type="dxa"/>
              <w:bottom w:w="80" w:type="dxa"/>
              <w:right w:w="90" w:type="dxa"/>
            </w:tcMar>
            <w:vAlign w:val="center"/>
          </w:tcPr>
          <w:p w14:paraId="4CE930B5" w14:textId="77777777" w:rsidR="00AE4575" w:rsidRDefault="00000000">
            <w:pPr>
              <w:spacing w:after="20"/>
            </w:pPr>
            <w:r>
              <w:rPr>
                <w:sz w:val="16"/>
              </w:rPr>
              <w:t>Being honest.</w:t>
            </w:r>
          </w:p>
        </w:tc>
      </w:tr>
      <w:tr w:rsidR="00AE4575" w14:paraId="22101C21" w14:textId="77777777">
        <w:trPr>
          <w:jc w:val="center"/>
        </w:trPr>
        <w:tc>
          <w:tcPr>
            <w:tcW w:w="2592" w:type="dxa"/>
            <w:tcMar>
              <w:top w:w="80" w:type="dxa"/>
              <w:left w:w="90" w:type="dxa"/>
              <w:bottom w:w="80" w:type="dxa"/>
              <w:right w:w="90" w:type="dxa"/>
            </w:tcMar>
            <w:vAlign w:val="center"/>
          </w:tcPr>
          <w:p w14:paraId="44E629B7" w14:textId="77777777" w:rsidR="00AE4575" w:rsidRDefault="00000000">
            <w:pPr>
              <w:spacing w:after="20"/>
            </w:pPr>
            <w:r>
              <w:rPr>
                <w:b/>
                <w:sz w:val="16"/>
              </w:rPr>
              <w:t>Shapeys We Are Friends</w:t>
            </w:r>
          </w:p>
        </w:tc>
        <w:tc>
          <w:tcPr>
            <w:tcW w:w="2592" w:type="dxa"/>
            <w:tcMar>
              <w:top w:w="80" w:type="dxa"/>
              <w:left w:w="90" w:type="dxa"/>
              <w:bottom w:w="80" w:type="dxa"/>
              <w:right w:w="90" w:type="dxa"/>
            </w:tcMar>
            <w:vAlign w:val="center"/>
          </w:tcPr>
          <w:p w14:paraId="4CDB3429" w14:textId="77777777" w:rsidR="00AE4575" w:rsidRDefault="00000000">
            <w:pPr>
              <w:spacing w:after="20"/>
            </w:pPr>
            <w:r>
              <w:rPr>
                <w:sz w:val="16"/>
              </w:rPr>
              <w:t>978-981-08-7349-3</w:t>
            </w:r>
          </w:p>
        </w:tc>
        <w:tc>
          <w:tcPr>
            <w:tcW w:w="2592" w:type="dxa"/>
            <w:tcMar>
              <w:top w:w="80" w:type="dxa"/>
              <w:left w:w="90" w:type="dxa"/>
              <w:bottom w:w="80" w:type="dxa"/>
              <w:right w:w="90" w:type="dxa"/>
            </w:tcMar>
            <w:vAlign w:val="center"/>
          </w:tcPr>
          <w:p w14:paraId="106CEB34" w14:textId="77777777" w:rsidR="00AE4575" w:rsidRDefault="00000000">
            <w:pPr>
              <w:spacing w:after="20"/>
            </w:pPr>
            <w:r>
              <w:rPr>
                <w:sz w:val="16"/>
              </w:rPr>
              <w:t>210 × 210 mm</w:t>
            </w:r>
            <w:r>
              <w:rPr>
                <w:sz w:val="16"/>
              </w:rPr>
              <w:br/>
              <w:t>24 pages • 78 g</w:t>
            </w:r>
          </w:p>
        </w:tc>
        <w:tc>
          <w:tcPr>
            <w:tcW w:w="2592" w:type="dxa"/>
            <w:tcMar>
              <w:top w:w="80" w:type="dxa"/>
              <w:left w:w="90" w:type="dxa"/>
              <w:bottom w:w="80" w:type="dxa"/>
              <w:right w:w="90" w:type="dxa"/>
            </w:tcMar>
            <w:vAlign w:val="center"/>
          </w:tcPr>
          <w:p w14:paraId="3D87E95B" w14:textId="77777777" w:rsidR="00AE4575" w:rsidRDefault="00000000">
            <w:pPr>
              <w:spacing w:after="20"/>
            </w:pPr>
            <w:r>
              <w:rPr>
                <w:sz w:val="16"/>
              </w:rPr>
              <w:t>Living in harmony.</w:t>
            </w:r>
          </w:p>
        </w:tc>
      </w:tr>
    </w:tbl>
    <w:p w14:paraId="5F13F02F" w14:textId="77777777" w:rsidR="00AE4575" w:rsidRDefault="00AE4575"/>
    <w:p w14:paraId="1AF21EE2" w14:textId="77777777" w:rsidR="00AE4575" w:rsidRDefault="00000000">
      <w:pPr>
        <w:pStyle w:val="Heading2"/>
      </w:pPr>
      <w:r>
        <w:t>Life Skills Level 2</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5501EC31" w14:textId="77777777">
        <w:trPr>
          <w:tblHeader/>
          <w:jc w:val="center"/>
        </w:trPr>
        <w:tc>
          <w:tcPr>
            <w:tcW w:w="2592" w:type="dxa"/>
            <w:shd w:val="clear" w:color="auto" w:fill="1E88E5"/>
            <w:tcMar>
              <w:top w:w="80" w:type="dxa"/>
              <w:left w:w="90" w:type="dxa"/>
              <w:bottom w:w="80" w:type="dxa"/>
              <w:right w:w="90" w:type="dxa"/>
            </w:tcMar>
            <w:vAlign w:val="center"/>
          </w:tcPr>
          <w:p w14:paraId="5597757A"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2E82BE0F"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68C21F23"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7A316BCF" w14:textId="77777777" w:rsidR="00AE4575" w:rsidRDefault="00000000">
            <w:pPr>
              <w:spacing w:after="20"/>
            </w:pPr>
            <w:r>
              <w:rPr>
                <w:b/>
                <w:sz w:val="16"/>
              </w:rPr>
              <w:t>Learning Focus</w:t>
            </w:r>
          </w:p>
        </w:tc>
      </w:tr>
      <w:tr w:rsidR="00AE4575" w14:paraId="49061200" w14:textId="77777777">
        <w:trPr>
          <w:jc w:val="center"/>
        </w:trPr>
        <w:tc>
          <w:tcPr>
            <w:tcW w:w="2592" w:type="dxa"/>
            <w:tcMar>
              <w:top w:w="80" w:type="dxa"/>
              <w:left w:w="90" w:type="dxa"/>
              <w:bottom w:w="80" w:type="dxa"/>
              <w:right w:w="90" w:type="dxa"/>
            </w:tcMar>
            <w:vAlign w:val="center"/>
          </w:tcPr>
          <w:p w14:paraId="45CF07B7" w14:textId="77777777" w:rsidR="00AE4575" w:rsidRDefault="00000000">
            <w:pPr>
              <w:spacing w:after="20"/>
            </w:pPr>
            <w:r>
              <w:rPr>
                <w:b/>
                <w:sz w:val="16"/>
              </w:rPr>
              <w:t>Shapeys We Can Help</w:t>
            </w:r>
          </w:p>
        </w:tc>
        <w:tc>
          <w:tcPr>
            <w:tcW w:w="2592" w:type="dxa"/>
            <w:tcMar>
              <w:top w:w="80" w:type="dxa"/>
              <w:left w:w="90" w:type="dxa"/>
              <w:bottom w:w="80" w:type="dxa"/>
              <w:right w:w="90" w:type="dxa"/>
            </w:tcMar>
            <w:vAlign w:val="center"/>
          </w:tcPr>
          <w:p w14:paraId="3267D13F" w14:textId="77777777" w:rsidR="00AE4575" w:rsidRDefault="00000000">
            <w:pPr>
              <w:spacing w:after="20"/>
            </w:pPr>
            <w:r>
              <w:rPr>
                <w:sz w:val="16"/>
              </w:rPr>
              <w:t>978-981-08-7352-3</w:t>
            </w:r>
          </w:p>
        </w:tc>
        <w:tc>
          <w:tcPr>
            <w:tcW w:w="2592" w:type="dxa"/>
            <w:tcMar>
              <w:top w:w="80" w:type="dxa"/>
              <w:left w:w="90" w:type="dxa"/>
              <w:bottom w:w="80" w:type="dxa"/>
              <w:right w:w="90" w:type="dxa"/>
            </w:tcMar>
            <w:vAlign w:val="center"/>
          </w:tcPr>
          <w:p w14:paraId="53D32897"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66C9065D" w14:textId="77777777" w:rsidR="00AE4575" w:rsidRDefault="00000000">
            <w:pPr>
              <w:spacing w:after="20"/>
            </w:pPr>
            <w:r>
              <w:rPr>
                <w:sz w:val="16"/>
              </w:rPr>
              <w:t>Being caring, helpful and thankful.</w:t>
            </w:r>
          </w:p>
        </w:tc>
      </w:tr>
      <w:tr w:rsidR="00AE4575" w14:paraId="5517B332" w14:textId="77777777">
        <w:trPr>
          <w:jc w:val="center"/>
        </w:trPr>
        <w:tc>
          <w:tcPr>
            <w:tcW w:w="2592" w:type="dxa"/>
            <w:tcMar>
              <w:top w:w="80" w:type="dxa"/>
              <w:left w:w="90" w:type="dxa"/>
              <w:bottom w:w="80" w:type="dxa"/>
              <w:right w:w="90" w:type="dxa"/>
            </w:tcMar>
            <w:vAlign w:val="center"/>
          </w:tcPr>
          <w:p w14:paraId="08ED5947" w14:textId="77777777" w:rsidR="00AE4575" w:rsidRDefault="00000000">
            <w:pPr>
              <w:spacing w:after="20"/>
            </w:pPr>
            <w:r>
              <w:rPr>
                <w:b/>
                <w:sz w:val="16"/>
              </w:rPr>
              <w:t>Shapeys Fun At The Fair</w:t>
            </w:r>
          </w:p>
        </w:tc>
        <w:tc>
          <w:tcPr>
            <w:tcW w:w="2592" w:type="dxa"/>
            <w:tcMar>
              <w:top w:w="80" w:type="dxa"/>
              <w:left w:w="90" w:type="dxa"/>
              <w:bottom w:w="80" w:type="dxa"/>
              <w:right w:w="90" w:type="dxa"/>
            </w:tcMar>
            <w:vAlign w:val="center"/>
          </w:tcPr>
          <w:p w14:paraId="1486B304" w14:textId="77777777" w:rsidR="00AE4575" w:rsidRDefault="00000000">
            <w:pPr>
              <w:spacing w:after="20"/>
            </w:pPr>
            <w:r>
              <w:rPr>
                <w:sz w:val="16"/>
              </w:rPr>
              <w:t>978-981-08-7353-0</w:t>
            </w:r>
          </w:p>
        </w:tc>
        <w:tc>
          <w:tcPr>
            <w:tcW w:w="2592" w:type="dxa"/>
            <w:tcMar>
              <w:top w:w="80" w:type="dxa"/>
              <w:left w:w="90" w:type="dxa"/>
              <w:bottom w:w="80" w:type="dxa"/>
              <w:right w:w="90" w:type="dxa"/>
            </w:tcMar>
            <w:vAlign w:val="center"/>
          </w:tcPr>
          <w:p w14:paraId="0E8E591A"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05FCFA37" w14:textId="77777777" w:rsidR="00AE4575" w:rsidRDefault="00000000">
            <w:pPr>
              <w:spacing w:after="20"/>
            </w:pPr>
            <w:r>
              <w:rPr>
                <w:sz w:val="16"/>
              </w:rPr>
              <w:t>Being a good friend.</w:t>
            </w:r>
          </w:p>
        </w:tc>
      </w:tr>
      <w:tr w:rsidR="00AE4575" w14:paraId="47BD1DA0" w14:textId="77777777">
        <w:trPr>
          <w:jc w:val="center"/>
        </w:trPr>
        <w:tc>
          <w:tcPr>
            <w:tcW w:w="2592" w:type="dxa"/>
            <w:tcMar>
              <w:top w:w="80" w:type="dxa"/>
              <w:left w:w="90" w:type="dxa"/>
              <w:bottom w:w="80" w:type="dxa"/>
              <w:right w:w="90" w:type="dxa"/>
            </w:tcMar>
            <w:vAlign w:val="center"/>
          </w:tcPr>
          <w:p w14:paraId="09426D3E" w14:textId="77777777" w:rsidR="00AE4575" w:rsidRDefault="00000000">
            <w:pPr>
              <w:spacing w:after="20"/>
            </w:pPr>
            <w:r>
              <w:rPr>
                <w:b/>
                <w:sz w:val="16"/>
              </w:rPr>
              <w:t>Shapeys Drip, Drip, Drip!</w:t>
            </w:r>
          </w:p>
        </w:tc>
        <w:tc>
          <w:tcPr>
            <w:tcW w:w="2592" w:type="dxa"/>
            <w:tcMar>
              <w:top w:w="80" w:type="dxa"/>
              <w:left w:w="90" w:type="dxa"/>
              <w:bottom w:w="80" w:type="dxa"/>
              <w:right w:w="90" w:type="dxa"/>
            </w:tcMar>
            <w:vAlign w:val="center"/>
          </w:tcPr>
          <w:p w14:paraId="5465A276" w14:textId="77777777" w:rsidR="00AE4575" w:rsidRDefault="00000000">
            <w:pPr>
              <w:spacing w:after="20"/>
            </w:pPr>
            <w:r>
              <w:rPr>
                <w:sz w:val="16"/>
              </w:rPr>
              <w:t>978-981-08-7354-7</w:t>
            </w:r>
          </w:p>
        </w:tc>
        <w:tc>
          <w:tcPr>
            <w:tcW w:w="2592" w:type="dxa"/>
            <w:tcMar>
              <w:top w:w="80" w:type="dxa"/>
              <w:left w:w="90" w:type="dxa"/>
              <w:bottom w:w="80" w:type="dxa"/>
              <w:right w:w="90" w:type="dxa"/>
            </w:tcMar>
            <w:vAlign w:val="center"/>
          </w:tcPr>
          <w:p w14:paraId="5A1678E2"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2B286526" w14:textId="77777777" w:rsidR="00AE4575" w:rsidRDefault="00000000">
            <w:pPr>
              <w:spacing w:after="20"/>
            </w:pPr>
            <w:r>
              <w:rPr>
                <w:sz w:val="16"/>
              </w:rPr>
              <w:t>Knowing what is important.</w:t>
            </w:r>
          </w:p>
        </w:tc>
      </w:tr>
      <w:tr w:rsidR="00AE4575" w14:paraId="47DC1E1B" w14:textId="77777777">
        <w:trPr>
          <w:jc w:val="center"/>
        </w:trPr>
        <w:tc>
          <w:tcPr>
            <w:tcW w:w="2592" w:type="dxa"/>
            <w:tcMar>
              <w:top w:w="80" w:type="dxa"/>
              <w:left w:w="90" w:type="dxa"/>
              <w:bottom w:w="80" w:type="dxa"/>
              <w:right w:w="90" w:type="dxa"/>
            </w:tcMar>
            <w:vAlign w:val="center"/>
          </w:tcPr>
          <w:p w14:paraId="3D264D28" w14:textId="77777777" w:rsidR="00AE4575" w:rsidRDefault="00000000">
            <w:pPr>
              <w:spacing w:after="20"/>
            </w:pPr>
            <w:r>
              <w:rPr>
                <w:b/>
                <w:sz w:val="16"/>
              </w:rPr>
              <w:t>Shapeys At The Airport</w:t>
            </w:r>
          </w:p>
        </w:tc>
        <w:tc>
          <w:tcPr>
            <w:tcW w:w="2592" w:type="dxa"/>
            <w:tcMar>
              <w:top w:w="80" w:type="dxa"/>
              <w:left w:w="90" w:type="dxa"/>
              <w:bottom w:w="80" w:type="dxa"/>
              <w:right w:w="90" w:type="dxa"/>
            </w:tcMar>
            <w:vAlign w:val="center"/>
          </w:tcPr>
          <w:p w14:paraId="016ABCB2" w14:textId="77777777" w:rsidR="00AE4575" w:rsidRDefault="00000000">
            <w:pPr>
              <w:spacing w:after="20"/>
            </w:pPr>
            <w:r>
              <w:rPr>
                <w:sz w:val="16"/>
              </w:rPr>
              <w:t>978-981-08-7355-4</w:t>
            </w:r>
          </w:p>
        </w:tc>
        <w:tc>
          <w:tcPr>
            <w:tcW w:w="2592" w:type="dxa"/>
            <w:tcMar>
              <w:top w:w="80" w:type="dxa"/>
              <w:left w:w="90" w:type="dxa"/>
              <w:bottom w:w="80" w:type="dxa"/>
              <w:right w:w="90" w:type="dxa"/>
            </w:tcMar>
            <w:vAlign w:val="center"/>
          </w:tcPr>
          <w:p w14:paraId="76D59EE0" w14:textId="77777777" w:rsidR="00AE4575" w:rsidRDefault="00000000">
            <w:pPr>
              <w:spacing w:after="20"/>
            </w:pPr>
            <w:r>
              <w:rPr>
                <w:sz w:val="16"/>
              </w:rPr>
              <w:t>210 × 210 mm</w:t>
            </w:r>
            <w:r>
              <w:rPr>
                <w:sz w:val="16"/>
              </w:rPr>
              <w:br/>
              <w:t>24 pages • 98 g</w:t>
            </w:r>
          </w:p>
        </w:tc>
        <w:tc>
          <w:tcPr>
            <w:tcW w:w="2592" w:type="dxa"/>
            <w:tcMar>
              <w:top w:w="80" w:type="dxa"/>
              <w:left w:w="90" w:type="dxa"/>
              <w:bottom w:w="80" w:type="dxa"/>
              <w:right w:w="90" w:type="dxa"/>
            </w:tcMar>
            <w:vAlign w:val="center"/>
          </w:tcPr>
          <w:p w14:paraId="7C3CE9A3" w14:textId="77777777" w:rsidR="00AE4575" w:rsidRDefault="00000000">
            <w:pPr>
              <w:spacing w:after="20"/>
            </w:pPr>
            <w:r>
              <w:rPr>
                <w:sz w:val="16"/>
              </w:rPr>
              <w:t>Understanding how things work.</w:t>
            </w:r>
          </w:p>
        </w:tc>
      </w:tr>
    </w:tbl>
    <w:p w14:paraId="627BD071" w14:textId="77777777" w:rsidR="00AE4575" w:rsidRDefault="00000000">
      <w:r>
        <w:br w:type="page"/>
      </w:r>
    </w:p>
    <w:p w14:paraId="42F868B3" w14:textId="5BC9094A" w:rsidR="00AE4575" w:rsidRDefault="00000000">
      <w:pPr>
        <w:pStyle w:val="Heading1"/>
      </w:pPr>
      <w:r>
        <w:lastRenderedPageBreak/>
        <w:t>1</w:t>
      </w:r>
      <w:r w:rsidR="00E05CB0">
        <w:t>2</w:t>
      </w:r>
      <w:r>
        <w:t>. Life Skills Activity Books</w:t>
      </w:r>
    </w:p>
    <w:tbl>
      <w:tblPr>
        <w:tblStyle w:val="TableGrid"/>
        <w:tblW w:w="0" w:type="auto"/>
        <w:jc w:val="center"/>
        <w:tblLook w:val="04A0" w:firstRow="1" w:lastRow="0" w:firstColumn="1" w:lastColumn="0" w:noHBand="0" w:noVBand="1"/>
      </w:tblPr>
      <w:tblGrid>
        <w:gridCol w:w="2590"/>
        <w:gridCol w:w="2589"/>
        <w:gridCol w:w="2589"/>
        <w:gridCol w:w="2590"/>
      </w:tblGrid>
      <w:tr w:rsidR="00AE4575" w14:paraId="39D1B537" w14:textId="77777777">
        <w:trPr>
          <w:tblHeader/>
          <w:jc w:val="center"/>
        </w:trPr>
        <w:tc>
          <w:tcPr>
            <w:tcW w:w="2592" w:type="dxa"/>
            <w:shd w:val="clear" w:color="auto" w:fill="1E88E5"/>
            <w:tcMar>
              <w:top w:w="80" w:type="dxa"/>
              <w:left w:w="90" w:type="dxa"/>
              <w:bottom w:w="80" w:type="dxa"/>
              <w:right w:w="90" w:type="dxa"/>
            </w:tcMar>
            <w:vAlign w:val="center"/>
          </w:tcPr>
          <w:p w14:paraId="4ED57936" w14:textId="77777777" w:rsidR="00AE4575" w:rsidRDefault="00000000">
            <w:pPr>
              <w:spacing w:after="20"/>
            </w:pPr>
            <w:r>
              <w:rPr>
                <w:b/>
                <w:sz w:val="16"/>
              </w:rPr>
              <w:t>Title</w:t>
            </w:r>
          </w:p>
        </w:tc>
        <w:tc>
          <w:tcPr>
            <w:tcW w:w="2592" w:type="dxa"/>
            <w:shd w:val="clear" w:color="auto" w:fill="1E88E5"/>
            <w:tcMar>
              <w:top w:w="80" w:type="dxa"/>
              <w:left w:w="90" w:type="dxa"/>
              <w:bottom w:w="80" w:type="dxa"/>
              <w:right w:w="90" w:type="dxa"/>
            </w:tcMar>
            <w:vAlign w:val="center"/>
          </w:tcPr>
          <w:p w14:paraId="6E97F2D1" w14:textId="77777777" w:rsidR="00AE4575" w:rsidRDefault="00000000">
            <w:pPr>
              <w:spacing w:after="20"/>
            </w:pPr>
            <w:r>
              <w:rPr>
                <w:b/>
                <w:sz w:val="16"/>
              </w:rPr>
              <w:t>ISBN</w:t>
            </w:r>
          </w:p>
        </w:tc>
        <w:tc>
          <w:tcPr>
            <w:tcW w:w="2592" w:type="dxa"/>
            <w:shd w:val="clear" w:color="auto" w:fill="1E88E5"/>
            <w:tcMar>
              <w:top w:w="80" w:type="dxa"/>
              <w:left w:w="90" w:type="dxa"/>
              <w:bottom w:w="80" w:type="dxa"/>
              <w:right w:w="90" w:type="dxa"/>
            </w:tcMar>
            <w:vAlign w:val="center"/>
          </w:tcPr>
          <w:p w14:paraId="564B32D6" w14:textId="77777777" w:rsidR="00AE4575" w:rsidRDefault="00000000">
            <w:pPr>
              <w:spacing w:after="20"/>
            </w:pPr>
            <w:r>
              <w:rPr>
                <w:b/>
                <w:sz w:val="16"/>
              </w:rPr>
              <w:t>Format / Size</w:t>
            </w:r>
          </w:p>
        </w:tc>
        <w:tc>
          <w:tcPr>
            <w:tcW w:w="2592" w:type="dxa"/>
            <w:shd w:val="clear" w:color="auto" w:fill="1E88E5"/>
            <w:tcMar>
              <w:top w:w="80" w:type="dxa"/>
              <w:left w:w="90" w:type="dxa"/>
              <w:bottom w:w="80" w:type="dxa"/>
              <w:right w:w="90" w:type="dxa"/>
            </w:tcMar>
            <w:vAlign w:val="center"/>
          </w:tcPr>
          <w:p w14:paraId="1DEA1FC6" w14:textId="77777777" w:rsidR="00AE4575" w:rsidRDefault="00000000">
            <w:pPr>
              <w:spacing w:after="20"/>
            </w:pPr>
            <w:r>
              <w:rPr>
                <w:b/>
                <w:sz w:val="16"/>
              </w:rPr>
              <w:t>Learning Focus</w:t>
            </w:r>
          </w:p>
        </w:tc>
      </w:tr>
      <w:tr w:rsidR="00AE4575" w14:paraId="1EA748CE" w14:textId="77777777">
        <w:trPr>
          <w:jc w:val="center"/>
        </w:trPr>
        <w:tc>
          <w:tcPr>
            <w:tcW w:w="2592" w:type="dxa"/>
            <w:tcMar>
              <w:top w:w="80" w:type="dxa"/>
              <w:left w:w="90" w:type="dxa"/>
              <w:bottom w:w="80" w:type="dxa"/>
              <w:right w:w="90" w:type="dxa"/>
            </w:tcMar>
            <w:vAlign w:val="center"/>
          </w:tcPr>
          <w:p w14:paraId="3D21C0FE" w14:textId="77777777" w:rsidR="00AE4575" w:rsidRDefault="00000000">
            <w:pPr>
              <w:spacing w:after="20"/>
            </w:pPr>
            <w:r>
              <w:rPr>
                <w:b/>
                <w:sz w:val="16"/>
              </w:rPr>
              <w:t>Shapeys Life Skills Activity Book Level 1 Part 1</w:t>
            </w:r>
          </w:p>
        </w:tc>
        <w:tc>
          <w:tcPr>
            <w:tcW w:w="2592" w:type="dxa"/>
            <w:tcMar>
              <w:top w:w="80" w:type="dxa"/>
              <w:left w:w="90" w:type="dxa"/>
              <w:bottom w:w="80" w:type="dxa"/>
              <w:right w:w="90" w:type="dxa"/>
            </w:tcMar>
            <w:vAlign w:val="center"/>
          </w:tcPr>
          <w:p w14:paraId="52F5AB16" w14:textId="77777777" w:rsidR="00AE4575" w:rsidRDefault="00000000">
            <w:pPr>
              <w:spacing w:after="20"/>
            </w:pPr>
            <w:r>
              <w:rPr>
                <w:sz w:val="16"/>
              </w:rPr>
              <w:t>978-981-08-7350-9</w:t>
            </w:r>
          </w:p>
        </w:tc>
        <w:tc>
          <w:tcPr>
            <w:tcW w:w="2592" w:type="dxa"/>
            <w:tcMar>
              <w:top w:w="80" w:type="dxa"/>
              <w:left w:w="90" w:type="dxa"/>
              <w:bottom w:w="80" w:type="dxa"/>
              <w:right w:w="90" w:type="dxa"/>
            </w:tcMar>
            <w:vAlign w:val="center"/>
          </w:tcPr>
          <w:p w14:paraId="35B14A87"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6D84E738" w14:textId="77777777" w:rsidR="00AE4575" w:rsidRDefault="00000000">
            <w:pPr>
              <w:spacing w:after="20"/>
            </w:pPr>
            <w:r>
              <w:rPr>
                <w:sz w:val="16"/>
              </w:rPr>
              <w:t>Knowing your family; being a good child; what can you do?; keeping clean; are you helpful?; are you obedient?; how we should treat others; be nice to our friends; doing the chores; working together; teamwork.</w:t>
            </w:r>
          </w:p>
        </w:tc>
      </w:tr>
      <w:tr w:rsidR="00AE4575" w14:paraId="4C80BB67" w14:textId="77777777">
        <w:trPr>
          <w:jc w:val="center"/>
        </w:trPr>
        <w:tc>
          <w:tcPr>
            <w:tcW w:w="2592" w:type="dxa"/>
            <w:tcMar>
              <w:top w:w="80" w:type="dxa"/>
              <w:left w:w="90" w:type="dxa"/>
              <w:bottom w:w="80" w:type="dxa"/>
              <w:right w:w="90" w:type="dxa"/>
            </w:tcMar>
            <w:vAlign w:val="center"/>
          </w:tcPr>
          <w:p w14:paraId="12A0CB40" w14:textId="77777777" w:rsidR="00AE4575" w:rsidRDefault="00000000">
            <w:pPr>
              <w:spacing w:after="20"/>
            </w:pPr>
            <w:r>
              <w:rPr>
                <w:b/>
                <w:sz w:val="16"/>
              </w:rPr>
              <w:t>Shapeys Life Skills Activity Book Level 1 Part 2</w:t>
            </w:r>
          </w:p>
        </w:tc>
        <w:tc>
          <w:tcPr>
            <w:tcW w:w="2592" w:type="dxa"/>
            <w:tcMar>
              <w:top w:w="80" w:type="dxa"/>
              <w:left w:w="90" w:type="dxa"/>
              <w:bottom w:w="80" w:type="dxa"/>
              <w:right w:w="90" w:type="dxa"/>
            </w:tcMar>
            <w:vAlign w:val="center"/>
          </w:tcPr>
          <w:p w14:paraId="3DA20382" w14:textId="77777777" w:rsidR="00AE4575" w:rsidRDefault="00000000">
            <w:pPr>
              <w:spacing w:after="20"/>
            </w:pPr>
            <w:r>
              <w:rPr>
                <w:sz w:val="16"/>
              </w:rPr>
              <w:t>978-981-08-7351-6</w:t>
            </w:r>
          </w:p>
        </w:tc>
        <w:tc>
          <w:tcPr>
            <w:tcW w:w="2592" w:type="dxa"/>
            <w:tcMar>
              <w:top w:w="80" w:type="dxa"/>
              <w:left w:w="90" w:type="dxa"/>
              <w:bottom w:w="80" w:type="dxa"/>
              <w:right w:w="90" w:type="dxa"/>
            </w:tcMar>
            <w:vAlign w:val="center"/>
          </w:tcPr>
          <w:p w14:paraId="0B6D60FB"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7E2E2CFC" w14:textId="77777777" w:rsidR="00AE4575" w:rsidRDefault="00000000">
            <w:pPr>
              <w:spacing w:after="20"/>
            </w:pPr>
            <w:r>
              <w:rPr>
                <w:sz w:val="16"/>
              </w:rPr>
              <w:t>Knowing and describing the parts of your body; good and bad habits; shadows; thinking of others; school is fun; school activities; classroom rules; being with our friends; flags, country.</w:t>
            </w:r>
          </w:p>
        </w:tc>
      </w:tr>
      <w:tr w:rsidR="00AE4575" w14:paraId="730BF4C3" w14:textId="77777777">
        <w:trPr>
          <w:jc w:val="center"/>
        </w:trPr>
        <w:tc>
          <w:tcPr>
            <w:tcW w:w="2592" w:type="dxa"/>
            <w:tcMar>
              <w:top w:w="80" w:type="dxa"/>
              <w:left w:w="90" w:type="dxa"/>
              <w:bottom w:w="80" w:type="dxa"/>
              <w:right w:w="90" w:type="dxa"/>
            </w:tcMar>
            <w:vAlign w:val="center"/>
          </w:tcPr>
          <w:p w14:paraId="01A24200" w14:textId="77777777" w:rsidR="00AE4575" w:rsidRDefault="00000000">
            <w:pPr>
              <w:spacing w:after="20"/>
            </w:pPr>
            <w:r>
              <w:rPr>
                <w:b/>
                <w:sz w:val="16"/>
              </w:rPr>
              <w:t>Shapeys Life Skills Activity Book Level 2 Part 1</w:t>
            </w:r>
          </w:p>
        </w:tc>
        <w:tc>
          <w:tcPr>
            <w:tcW w:w="2592" w:type="dxa"/>
            <w:tcMar>
              <w:top w:w="80" w:type="dxa"/>
              <w:left w:w="90" w:type="dxa"/>
              <w:bottom w:w="80" w:type="dxa"/>
              <w:right w:w="90" w:type="dxa"/>
            </w:tcMar>
            <w:vAlign w:val="center"/>
          </w:tcPr>
          <w:p w14:paraId="48CABCD6" w14:textId="77777777" w:rsidR="00AE4575" w:rsidRDefault="00000000">
            <w:pPr>
              <w:spacing w:after="20"/>
            </w:pPr>
            <w:r>
              <w:rPr>
                <w:sz w:val="16"/>
              </w:rPr>
              <w:t>978-981-08-7356-1</w:t>
            </w:r>
          </w:p>
        </w:tc>
        <w:tc>
          <w:tcPr>
            <w:tcW w:w="2592" w:type="dxa"/>
            <w:tcMar>
              <w:top w:w="80" w:type="dxa"/>
              <w:left w:w="90" w:type="dxa"/>
              <w:bottom w:w="80" w:type="dxa"/>
              <w:right w:w="90" w:type="dxa"/>
            </w:tcMar>
            <w:vAlign w:val="center"/>
          </w:tcPr>
          <w:p w14:paraId="24BB387C"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3D72AAB7" w14:textId="77777777" w:rsidR="00AE4575" w:rsidRDefault="00000000">
            <w:pPr>
              <w:spacing w:after="20"/>
            </w:pPr>
            <w:r>
              <w:rPr>
                <w:sz w:val="16"/>
              </w:rPr>
              <w:t>Good habits, bad habits; do the right thing; who should you see?; what should you use?; birthdays; helping your family and friends; festivals; recycling; care for our school, streets, gardens; know the rules; pet care.</w:t>
            </w:r>
          </w:p>
        </w:tc>
      </w:tr>
      <w:tr w:rsidR="00AE4575" w14:paraId="6261FA8A" w14:textId="77777777">
        <w:trPr>
          <w:jc w:val="center"/>
        </w:trPr>
        <w:tc>
          <w:tcPr>
            <w:tcW w:w="2592" w:type="dxa"/>
            <w:tcMar>
              <w:top w:w="80" w:type="dxa"/>
              <w:left w:w="90" w:type="dxa"/>
              <w:bottom w:w="80" w:type="dxa"/>
              <w:right w:w="90" w:type="dxa"/>
            </w:tcMar>
            <w:vAlign w:val="center"/>
          </w:tcPr>
          <w:p w14:paraId="2CB9C537" w14:textId="77777777" w:rsidR="00AE4575" w:rsidRDefault="00000000">
            <w:pPr>
              <w:spacing w:after="20"/>
            </w:pPr>
            <w:r>
              <w:rPr>
                <w:b/>
                <w:sz w:val="16"/>
              </w:rPr>
              <w:t>Shapeys Life Skills Activity Books Level 2 Part 2</w:t>
            </w:r>
          </w:p>
        </w:tc>
        <w:tc>
          <w:tcPr>
            <w:tcW w:w="2592" w:type="dxa"/>
            <w:tcMar>
              <w:top w:w="80" w:type="dxa"/>
              <w:left w:w="90" w:type="dxa"/>
              <w:bottom w:w="80" w:type="dxa"/>
              <w:right w:w="90" w:type="dxa"/>
            </w:tcMar>
            <w:vAlign w:val="center"/>
          </w:tcPr>
          <w:p w14:paraId="6DCFA9DE" w14:textId="77777777" w:rsidR="00AE4575" w:rsidRDefault="00000000">
            <w:pPr>
              <w:spacing w:after="20"/>
            </w:pPr>
            <w:r>
              <w:rPr>
                <w:sz w:val="16"/>
              </w:rPr>
              <w:t>978-981-08-7357-8</w:t>
            </w:r>
          </w:p>
        </w:tc>
        <w:tc>
          <w:tcPr>
            <w:tcW w:w="2592" w:type="dxa"/>
            <w:tcMar>
              <w:top w:w="80" w:type="dxa"/>
              <w:left w:w="90" w:type="dxa"/>
              <w:bottom w:w="80" w:type="dxa"/>
              <w:right w:w="90" w:type="dxa"/>
            </w:tcMar>
            <w:vAlign w:val="center"/>
          </w:tcPr>
          <w:p w14:paraId="52B49026" w14:textId="77777777" w:rsidR="00AE4575" w:rsidRDefault="00000000">
            <w:pPr>
              <w:spacing w:after="20"/>
            </w:pPr>
            <w:r>
              <w:rPr>
                <w:sz w:val="16"/>
              </w:rPr>
              <w:t>210 × 297 mm</w:t>
            </w:r>
            <w:r>
              <w:rPr>
                <w:sz w:val="16"/>
              </w:rPr>
              <w:br/>
              <w:t>48 pages • 186 g</w:t>
            </w:r>
          </w:p>
        </w:tc>
        <w:tc>
          <w:tcPr>
            <w:tcW w:w="2592" w:type="dxa"/>
            <w:tcMar>
              <w:top w:w="80" w:type="dxa"/>
              <w:left w:w="90" w:type="dxa"/>
              <w:bottom w:w="80" w:type="dxa"/>
              <w:right w:w="90" w:type="dxa"/>
            </w:tcMar>
            <w:vAlign w:val="center"/>
          </w:tcPr>
          <w:p w14:paraId="740AEE39" w14:textId="77777777" w:rsidR="00AE4575" w:rsidRDefault="00000000">
            <w:pPr>
              <w:spacing w:after="20"/>
            </w:pPr>
            <w:r>
              <w:rPr>
                <w:sz w:val="16"/>
              </w:rPr>
              <w:t>What would you do?; how to be someone people can trust; how would you handle this?; asking for help; helping our loved ones; know your signs; rules of a queue; on the street; in an aeroplane; on the bus; during a game; at public places; paying for rides.</w:t>
            </w:r>
          </w:p>
        </w:tc>
      </w:tr>
    </w:tbl>
    <w:p w14:paraId="63D56775" w14:textId="77777777" w:rsidR="00AE4575" w:rsidRDefault="00000000">
      <w:r>
        <w:br w:type="page"/>
      </w:r>
    </w:p>
    <w:p w14:paraId="0CEEDFDB" w14:textId="3479260F" w:rsidR="00AE4575" w:rsidRDefault="00000000">
      <w:pPr>
        <w:pStyle w:val="Heading1"/>
      </w:pPr>
      <w:r>
        <w:lastRenderedPageBreak/>
        <w:t>1</w:t>
      </w:r>
      <w:r w:rsidR="00E05CB0">
        <w:t>3</w:t>
      </w:r>
      <w:r>
        <w:t>. Book Specifications and Rights</w:t>
      </w:r>
    </w:p>
    <w:p w14:paraId="25EF67AE" w14:textId="08AB0148" w:rsidR="00B876AC" w:rsidRDefault="00B876AC" w:rsidP="00B876AC">
      <w:pPr>
        <w:pStyle w:val="Heading2"/>
      </w:pPr>
      <w:r>
        <w:t>Phonics Teaching Manual</w:t>
      </w:r>
    </w:p>
    <w:p w14:paraId="1B7EE46D" w14:textId="3A2B6252" w:rsidR="00B876AC" w:rsidRPr="00B876AC" w:rsidRDefault="00B876AC">
      <w:pPr>
        <w:pStyle w:val="Heading2"/>
        <w:rPr>
          <w:rFonts w:ascii="Aptos" w:hAnsi="Aptos"/>
          <w:color w:val="000000" w:themeColor="text1"/>
          <w:sz w:val="18"/>
          <w:szCs w:val="18"/>
        </w:rPr>
      </w:pPr>
      <w:r w:rsidRPr="00B876AC">
        <w:rPr>
          <w:rFonts w:ascii="Aptos" w:hAnsi="Aptos"/>
          <w:b w:val="0"/>
          <w:color w:val="000000" w:themeColor="text1"/>
          <w:sz w:val="18"/>
          <w:szCs w:val="18"/>
        </w:rPr>
        <w:t>Teaching Manuals</w:t>
      </w:r>
      <w:r w:rsidRPr="00B876AC">
        <w:rPr>
          <w:rFonts w:ascii="Aptos" w:hAnsi="Aptos"/>
          <w:color w:val="000000" w:themeColor="text1"/>
          <w:sz w:val="18"/>
          <w:szCs w:val="18"/>
        </w:rPr>
        <w:t xml:space="preserve">: </w:t>
      </w:r>
      <w:r w:rsidRPr="00B876AC">
        <w:rPr>
          <w:rFonts w:ascii="Aptos" w:hAnsi="Aptos"/>
          <w:b w:val="0"/>
          <w:bCs w:val="0"/>
          <w:color w:val="000000" w:themeColor="text1"/>
          <w:sz w:val="18"/>
          <w:szCs w:val="18"/>
        </w:rPr>
        <w:t>210 × 297 mm.</w:t>
      </w:r>
    </w:p>
    <w:p w14:paraId="430E7AB2" w14:textId="1829ED3C" w:rsidR="00AE4575" w:rsidRDefault="00000000">
      <w:pPr>
        <w:pStyle w:val="Heading2"/>
      </w:pPr>
      <w:r>
        <w:t>Reading Books</w:t>
      </w:r>
    </w:p>
    <w:p w14:paraId="1D85E9F7" w14:textId="77777777" w:rsidR="00AE4575" w:rsidRDefault="00000000">
      <w:r>
        <w:t>Level 1: 210 × 210 mm; 16 pages. The historical catalogue lists approximately 76 g for English and Mathematics titles and 78 g for Science and Life Skills titles.</w:t>
      </w:r>
    </w:p>
    <w:p w14:paraId="356D6067" w14:textId="77777777" w:rsidR="00AE4575" w:rsidRDefault="00000000">
      <w:r>
        <w:t>Level 2: 210 × 210 mm; 24 pages; approximately 98 g across the supplied catalogue.</w:t>
      </w:r>
    </w:p>
    <w:p w14:paraId="401827AF" w14:textId="77777777" w:rsidR="00AE4575" w:rsidRDefault="00000000">
      <w:pPr>
        <w:pStyle w:val="Heading2"/>
      </w:pPr>
      <w:r>
        <w:t>Activity Books</w:t>
      </w:r>
    </w:p>
    <w:p w14:paraId="79B73D5C" w14:textId="77777777" w:rsidR="00AE4575" w:rsidRDefault="00000000">
      <w:r>
        <w:t>210 × 297 mm; 48 pages; 186 g, across the supplied catalogue.</w:t>
      </w:r>
    </w:p>
    <w:p w14:paraId="05B9FBFE" w14:textId="77777777" w:rsidR="00AE4575" w:rsidRDefault="00000000">
      <w:pPr>
        <w:pStyle w:val="Heading2"/>
      </w:pPr>
      <w:r>
        <w:t>Rights</w:t>
      </w:r>
    </w:p>
    <w:p w14:paraId="4B0505A1" w14:textId="4F907DA3" w:rsidR="00AE4575" w:rsidRDefault="00000000">
      <w:proofErr w:type="spellStart"/>
      <w:r>
        <w:t>Shapeys</w:t>
      </w:r>
      <w:proofErr w:type="spellEnd"/>
      <w:r w:rsidR="00B876AC">
        <w:t xml:space="preserve"> Education (Pte) Ltd</w:t>
      </w:r>
      <w:r>
        <w:t xml:space="preserve"> </w:t>
      </w:r>
      <w:r w:rsidR="00B876AC">
        <w:t>holds</w:t>
      </w:r>
      <w:r>
        <w:t xml:space="preserve"> all global rights in all formats for the </w:t>
      </w:r>
      <w:proofErr w:type="spellStart"/>
      <w:r>
        <w:t>Shapeys</w:t>
      </w:r>
      <w:proofErr w:type="spellEnd"/>
      <w:r>
        <w:t>® brand</w:t>
      </w:r>
      <w:r w:rsidR="00B876AC">
        <w:t xml:space="preserve"> via a </w:t>
      </w:r>
      <w:proofErr w:type="spellStart"/>
      <w:r w:rsidR="00B876AC">
        <w:t>licence</w:t>
      </w:r>
      <w:proofErr w:type="spellEnd"/>
      <w:r w:rsidR="00B876AC">
        <w:t xml:space="preserve"> from Adrian Alexander.</w:t>
      </w:r>
    </w:p>
    <w:p w14:paraId="7E4AEC72" w14:textId="77777777" w:rsidR="00AE4575" w:rsidRDefault="00000000">
      <w:r>
        <w:br w:type="page"/>
      </w:r>
    </w:p>
    <w:p w14:paraId="1B5DBE70" w14:textId="2C59E957" w:rsidR="00AE4575" w:rsidRDefault="00000000">
      <w:pPr>
        <w:pStyle w:val="Heading1"/>
      </w:pPr>
      <w:r>
        <w:lastRenderedPageBreak/>
        <w:t>1</w:t>
      </w:r>
      <w:r w:rsidR="00E05CB0">
        <w:t>4</w:t>
      </w:r>
      <w:r>
        <w:t>. Publisher / Licensing Enquiries</w:t>
      </w:r>
    </w:p>
    <w:p w14:paraId="765F8D40" w14:textId="77777777" w:rsidR="00AE4575" w:rsidRDefault="00000000">
      <w:r>
        <w:t>Shapeys Education (Pte) Limited</w:t>
      </w:r>
    </w:p>
    <w:p w14:paraId="4ABAC3CA" w14:textId="2EEBCA42" w:rsidR="00AE4575" w:rsidRDefault="00000000">
      <w:r>
        <w:t>10 Anson Road</w:t>
      </w:r>
      <w:r>
        <w:br/>
        <w:t>International Plaza #</w:t>
      </w:r>
      <w:r w:rsidR="00B876AC">
        <w:t>18-11</w:t>
      </w:r>
      <w:r>
        <w:br/>
        <w:t>Singapore 079903</w:t>
      </w:r>
    </w:p>
    <w:p w14:paraId="79F5F9D1" w14:textId="77777777" w:rsidR="00AE4575" w:rsidRDefault="00000000">
      <w:r>
        <w:t>Email: info@shapeys.com</w:t>
      </w:r>
      <w:r>
        <w:br/>
        <w:t>Website: www.shapeys.com</w:t>
      </w:r>
    </w:p>
    <w:p w14:paraId="6C7DB42B" w14:textId="77777777" w:rsidR="00AE4575" w:rsidRDefault="00000000">
      <w:pPr>
        <w:pStyle w:val="Heading2"/>
      </w:pPr>
      <w:r>
        <w:t>Licensing and rights information</w:t>
      </w:r>
    </w:p>
    <w:p w14:paraId="2D75CF88" w14:textId="77777777" w:rsidR="00AE4575" w:rsidRDefault="00000000">
      <w:r>
        <w:t>For publishers and licensing partners, this catalogue can be accompanied by the Shapeys Rights Guide, Phonics Overview, Sample Pages and Media Kit.</w:t>
      </w:r>
    </w:p>
    <w:p w14:paraId="42AC5994" w14:textId="77777777" w:rsidR="00AE4575" w:rsidRDefault="00000000">
      <w:r>
        <w:t>© Adrian Alexander / Shapeys Education (Pte) Limited. All rights reserved.</w:t>
      </w:r>
    </w:p>
    <w:sectPr w:rsidR="00AE4575" w:rsidSect="00034616">
      <w:headerReference w:type="default" r:id="rId9"/>
      <w:footerReference w:type="default" r:id="rId10"/>
      <w:pgSz w:w="12240" w:h="15840"/>
      <w:pgMar w:top="936" w:right="936" w:bottom="936"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C7B47E" w14:textId="77777777" w:rsidR="00506212" w:rsidRDefault="00506212">
      <w:pPr>
        <w:spacing w:after="0" w:line="240" w:lineRule="auto"/>
      </w:pPr>
      <w:r>
        <w:separator/>
      </w:r>
    </w:p>
  </w:endnote>
  <w:endnote w:type="continuationSeparator" w:id="0">
    <w:p w14:paraId="79505464" w14:textId="77777777" w:rsidR="00506212" w:rsidRDefault="00506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3C7F47" w14:textId="77777777" w:rsidR="00AE4575" w:rsidRDefault="00000000">
    <w:pPr>
      <w:pStyle w:val="Footer"/>
      <w:jc w:val="center"/>
    </w:pPr>
    <w:r>
      <w:rPr>
        <w:sz w:val="16"/>
      </w:rPr>
      <w:t xml:space="preserve">SHAPEYS </w:t>
    </w:r>
    <w:proofErr w:type="gramStart"/>
    <w:r>
      <w:rPr>
        <w:sz w:val="16"/>
      </w:rPr>
      <w:t>EDUCATION  •</w:t>
    </w:r>
    <w:proofErr w:type="gramEnd"/>
    <w:r>
      <w:rPr>
        <w:sz w:val="16"/>
      </w:rPr>
      <w:t xml:space="preserve">  COMPLETE BOOK CATALOGUE </w:t>
    </w:r>
    <w:proofErr w:type="gramStart"/>
    <w:r>
      <w:rPr>
        <w:sz w:val="16"/>
      </w:rPr>
      <w:t>2026  •</w:t>
    </w:r>
    <w:proofErr w:type="gramEnd"/>
    <w:r>
      <w:rPr>
        <w:sz w:val="16"/>
      </w:rPr>
      <w:t xml:space="preserve">  www.shapeys.com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A1FD3A" w14:textId="77777777" w:rsidR="00506212" w:rsidRDefault="00506212">
      <w:pPr>
        <w:spacing w:after="0" w:line="240" w:lineRule="auto"/>
      </w:pPr>
      <w:r>
        <w:separator/>
      </w:r>
    </w:p>
  </w:footnote>
  <w:footnote w:type="continuationSeparator" w:id="0">
    <w:p w14:paraId="676F0F36" w14:textId="77777777" w:rsidR="00506212" w:rsidRDefault="00506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92162" w14:textId="77777777" w:rsidR="00AE4575" w:rsidRDefault="00000000">
    <w:pPr>
      <w:pStyle w:val="Header"/>
    </w:pPr>
    <w:r>
      <w:rPr>
        <w:b/>
        <w:sz w:val="16"/>
      </w:rPr>
      <w:t xml:space="preserve">SHAPEYS </w:t>
    </w:r>
    <w:proofErr w:type="gramStart"/>
    <w:r>
      <w:rPr>
        <w:b/>
        <w:sz w:val="16"/>
      </w:rPr>
      <w:t>EDUCATION  |</w:t>
    </w:r>
    <w:proofErr w:type="gramEnd"/>
    <w:r>
      <w:rPr>
        <w:b/>
        <w:sz w:val="16"/>
      </w:rPr>
      <w:t xml:space="preserve">  PUBLISHER CATALOGUE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70331765">
    <w:abstractNumId w:val="8"/>
  </w:num>
  <w:num w:numId="2" w16cid:durableId="617103636">
    <w:abstractNumId w:val="6"/>
  </w:num>
  <w:num w:numId="3" w16cid:durableId="1887795860">
    <w:abstractNumId w:val="5"/>
  </w:num>
  <w:num w:numId="4" w16cid:durableId="1571647407">
    <w:abstractNumId w:val="4"/>
  </w:num>
  <w:num w:numId="5" w16cid:durableId="1790199139">
    <w:abstractNumId w:val="7"/>
  </w:num>
  <w:num w:numId="6" w16cid:durableId="296842751">
    <w:abstractNumId w:val="3"/>
  </w:num>
  <w:num w:numId="7" w16cid:durableId="1290549690">
    <w:abstractNumId w:val="2"/>
  </w:num>
  <w:num w:numId="8" w16cid:durableId="1626426062">
    <w:abstractNumId w:val="1"/>
  </w:num>
  <w:num w:numId="9" w16cid:durableId="11524051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1E11"/>
    <w:rsid w:val="000D27E4"/>
    <w:rsid w:val="0015074B"/>
    <w:rsid w:val="0017147F"/>
    <w:rsid w:val="0029639D"/>
    <w:rsid w:val="00326F90"/>
    <w:rsid w:val="00334B92"/>
    <w:rsid w:val="00506212"/>
    <w:rsid w:val="0062203B"/>
    <w:rsid w:val="006C2641"/>
    <w:rsid w:val="00700B14"/>
    <w:rsid w:val="009E1126"/>
    <w:rsid w:val="00AA1D8D"/>
    <w:rsid w:val="00AE4575"/>
    <w:rsid w:val="00B47730"/>
    <w:rsid w:val="00B876AC"/>
    <w:rsid w:val="00C12C7B"/>
    <w:rsid w:val="00C84102"/>
    <w:rsid w:val="00CB0664"/>
    <w:rsid w:val="00E05C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115D43"/>
  <w14:defaultImageDpi w14:val="300"/>
  <w15:docId w15:val="{5FC0F60D-BDAC-584C-B45D-C002921C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6AC"/>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2574</Words>
  <Characters>14673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Adrian Alexander</cp:lastModifiedBy>
  <cp:revision>2</cp:revision>
  <dcterms:created xsi:type="dcterms:W3CDTF">2026-09-25T05:18:00Z</dcterms:created>
  <dcterms:modified xsi:type="dcterms:W3CDTF">2026-09-25T05:18:00Z</dcterms:modified>
  <cp:category/>
</cp:coreProperties>
</file>